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YOGA THERAPY INTAKE FORM</w:t>
      </w:r>
    </w:p>
    <w:p/>
    <w:p/>
    <w:p>
      <w:r>
        <w:rPr>
          <w:b/>
          <w:sz w:val="22"/>
        </w:rPr>
        <w:t>Client Information</w:t>
      </w:r>
    </w:p>
    <w:p>
      <w:r>
        <w:rPr>
          <w:b w:val="0"/>
          <w:sz w:val="20"/>
        </w:rPr>
        <w:t>Full Name: ________________________________________________________________</w:t>
      </w:r>
    </w:p>
    <w:p>
      <w:r>
        <w:rPr>
          <w:b w:val="0"/>
          <w:sz w:val="20"/>
        </w:rPr>
        <w:t>Date of Birth (MM/DD/YYYY): ______________________________________________</w:t>
      </w:r>
    </w:p>
    <w:p>
      <w:r>
        <w:rPr>
          <w:b w:val="0"/>
          <w:sz w:val="20"/>
        </w:rPr>
        <w:t>Gender: _________________________________________________________________</w:t>
      </w:r>
    </w:p>
    <w:p>
      <w:r>
        <w:rPr>
          <w:b w:val="0"/>
          <w:sz w:val="20"/>
        </w:rPr>
        <w:t>Phone Number: ____________________________________________________________</w:t>
      </w:r>
    </w:p>
    <w:p>
      <w:r>
        <w:rPr>
          <w:b w:val="0"/>
          <w:sz w:val="20"/>
        </w:rPr>
        <w:t>Email Address: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_________________________________________________________________</w:t>
      </w:r>
    </w:p>
    <w:p/>
    <w:p>
      <w:r>
        <w:rPr>
          <w:b/>
          <w:sz w:val="22"/>
        </w:rPr>
        <w:t>Emergency Contact Information</w:t>
      </w:r>
    </w:p>
    <w:p>
      <w:r>
        <w:rPr>
          <w:b w:val="0"/>
          <w:sz w:val="20"/>
        </w:rPr>
        <w:t>Full Name: ________________________________________________________________</w:t>
      </w:r>
    </w:p>
    <w:p>
      <w:r>
        <w:rPr>
          <w:b w:val="0"/>
          <w:sz w:val="20"/>
        </w:rPr>
        <w:t>Relationship: _____________________________________________________________</w:t>
      </w:r>
    </w:p>
    <w:p>
      <w:r>
        <w:rPr>
          <w:b w:val="0"/>
          <w:sz w:val="20"/>
        </w:rPr>
        <w:t>Phone Number: ____________________________________________________________</w:t>
      </w:r>
    </w:p>
    <w:p/>
    <w:p>
      <w:r>
        <w:rPr>
          <w:b/>
          <w:sz w:val="22"/>
        </w:rPr>
        <w:t>Medical History and Conditions</w:t>
      </w:r>
    </w:p>
    <w:p>
      <w:r>
        <w:rPr>
          <w:b w:val="0"/>
          <w:sz w:val="20"/>
        </w:rPr>
        <w:t>Please check all that apply to you:</w:t>
      </w:r>
    </w:p>
    <w:p>
      <w:r>
        <w:rPr>
          <w:b w:val="0"/>
          <w:sz w:val="20"/>
        </w:rPr>
        <w:t>☐ High Blood Pressure</w:t>
      </w:r>
    </w:p>
    <w:p>
      <w:r>
        <w:rPr>
          <w:b w:val="0"/>
          <w:sz w:val="20"/>
        </w:rPr>
        <w:t>☐ Heart Conditions</w:t>
      </w:r>
    </w:p>
    <w:p>
      <w:r>
        <w:rPr>
          <w:b w:val="0"/>
          <w:sz w:val="20"/>
        </w:rPr>
        <w:t>☐ Diabetes</w:t>
      </w:r>
    </w:p>
    <w:p>
      <w:r>
        <w:rPr>
          <w:b w:val="0"/>
          <w:sz w:val="20"/>
        </w:rPr>
        <w:t>☐ Respiratory Conditions (e.g., asthma)</w:t>
      </w:r>
    </w:p>
    <w:p>
      <w:r>
        <w:rPr>
          <w:b w:val="0"/>
          <w:sz w:val="20"/>
        </w:rPr>
        <w:t>☐ Joint or Bone Disorders (e.g., arthritis)</w:t>
      </w:r>
    </w:p>
    <w:p>
      <w:r>
        <w:rPr>
          <w:b w:val="0"/>
          <w:sz w:val="20"/>
        </w:rPr>
        <w:t>☐ Recent Surgeries or Hospitalizations</w:t>
      </w:r>
    </w:p>
    <w:p>
      <w:r>
        <w:rPr>
          <w:b w:val="0"/>
          <w:sz w:val="20"/>
        </w:rPr>
        <w:t>☐ Pregnancy</w:t>
      </w:r>
    </w:p>
    <w:p>
      <w:r>
        <w:rPr>
          <w:b w:val="0"/>
          <w:sz w:val="20"/>
        </w:rPr>
        <w:t>☐ Neurological Conditions (e.g., seizures)</w:t>
      </w:r>
    </w:p>
    <w:p>
      <w:r>
        <w:rPr>
          <w:b w:val="0"/>
          <w:sz w:val="20"/>
        </w:rPr>
        <w:t>☐ Chronic Pain</w:t>
      </w:r>
    </w:p>
    <w:p>
      <w:r>
        <w:rPr>
          <w:b w:val="0"/>
          <w:sz w:val="20"/>
        </w:rPr>
        <w:t>☐ Mental Health Conditions (e.g., anxiety, depression)</w:t>
      </w:r>
    </w:p>
    <w:p>
      <w:r>
        <w:rPr>
          <w:b w:val="0"/>
          <w:sz w:val="20"/>
        </w:rPr>
        <w:t>☐ Allergies</w:t>
      </w:r>
    </w:p>
    <w:p>
      <w:r>
        <w:rPr>
          <w:b w:val="0"/>
          <w:sz w:val="20"/>
        </w:rPr>
        <w:t>☐ Other (please specify): ________________________________________________</w:t>
      </w:r>
    </w:p>
    <w:p/>
    <w:p>
      <w:r>
        <w:rPr>
          <w:b w:val="0"/>
          <w:sz w:val="20"/>
        </w:rPr>
        <w:t>If you checked any of the above, please provide details or additional information: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2"/>
        </w:rPr>
        <w:t>Current Medications</w:t>
      </w:r>
    </w:p>
    <w:p>
      <w:r>
        <w:rPr>
          <w:b w:val="0"/>
          <w:sz w:val="20"/>
        </w:rPr>
        <w:t>Please list any medications or supplements you are currently taking, including dosage and frequency: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2"/>
        </w:rPr>
        <w:t>Lifestyle and Physical Activity</w:t>
      </w:r>
    </w:p>
    <w:p>
      <w:r>
        <w:rPr>
          <w:b w:val="0"/>
          <w:sz w:val="20"/>
        </w:rPr>
        <w:t>Occupation: _______________________________________________________________</w:t>
      </w:r>
    </w:p>
    <w:p>
      <w:r>
        <w:rPr>
          <w:b w:val="0"/>
          <w:sz w:val="20"/>
        </w:rPr>
        <w:t>Typical Physical Activity Level: ☐ Sedentary   ☐ Light   ☐ Moderate   ☐ Active</w:t>
      </w:r>
    </w:p>
    <w:p>
      <w:r>
        <w:rPr>
          <w:b w:val="0"/>
          <w:sz w:val="20"/>
        </w:rPr>
        <w:t>Do you currently practice yoga? ☐ Yes   ☐ No</w:t>
      </w:r>
    </w:p>
    <w:p>
      <w:r>
        <w:rPr>
          <w:b w:val="0"/>
          <w:sz w:val="20"/>
        </w:rPr>
        <w:t>If yes, please describe your yoga practice (style, frequency, duration):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2"/>
        </w:rPr>
        <w:t>Goals and Expectations</w:t>
      </w:r>
    </w:p>
    <w:p>
      <w:r>
        <w:rPr>
          <w:b w:val="0"/>
          <w:sz w:val="20"/>
        </w:rPr>
        <w:t>Please describe your primary goals or reasons for seeking yoga therapy: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2"/>
        </w:rPr>
        <w:t>Contraindications and Restrictions</w:t>
      </w:r>
    </w:p>
    <w:p>
      <w:r>
        <w:rPr>
          <w:b w:val="0"/>
          <w:sz w:val="20"/>
        </w:rPr>
        <w:t>Are there any movements, poses, or activities you wish to avoid or have been advised against? ☐ Yes ☐ No</w:t>
      </w:r>
    </w:p>
    <w:p>
      <w:r>
        <w:rPr>
          <w:b w:val="0"/>
          <w:sz w:val="20"/>
        </w:rPr>
        <w:t>If yes, please specify: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2"/>
        </w:rPr>
        <w:t>Consent and Agreement</w:t>
      </w:r>
    </w:p>
    <w:p>
      <w:r>
        <w:rPr>
          <w:b w:val="0"/>
          <w:sz w:val="20"/>
        </w:rPr>
        <w:t>I hereby certify that the above information is complete and accurate to the best of my knowledge. I understand that yoga therapy sessions are not a substitute for medical treatment or medication prescribed by a licensed healthcare provider. I agree to inform my yoga therapist of any changes in my medical condition or medications. I acknowledge that participation in yoga therapy involves physical activity that carries inherent risks, and I voluntarily assume all risks associated with my participation. I release my yoga therapist, and any affiliated entities from any liability for injury, loss, or damage that may result from my participation in yoga therapy sessions.</w:t>
      </w:r>
    </w:p>
    <w:p/>
    <w:p>
      <w:r>
        <w:rPr>
          <w:b w:val="0"/>
          <w:sz w:val="20"/>
        </w:rPr>
        <w:t>Client Signature: ________________________________________    Date: ____________________</w:t>
      </w:r>
    </w:p>
    <w:p>
      <w:r>
        <w:rPr>
          <w:b w:val="0"/>
          <w:sz w:val="20"/>
        </w:rPr>
        <w:t>Yoga Therapist Signature: __________________________________    Date: 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CLIENT SIGNATURE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YOGA THERAPIST SIGNATURE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https://form247-us.com/yoga-therapy-intake-form/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https://form247-us.com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form247-us.com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form247-us.com/yoga-therapy-intake-form/" TargetMode="External"/><Relationship Id="rId10" Type="http://schemas.openxmlformats.org/officeDocument/2006/relationships/hyperlink" Target="https://form247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