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WORK RELEASE FORM</w:t>
      </w:r>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Employee Information:</w:t>
      </w:r>
    </w:p>
    <w:p>
      <w:r>
        <w:rPr>
          <w:b w:val="0"/>
          <w:sz w:val="20"/>
        </w:rPr>
        <w:t>Full Name: _______________________________________________________________</w:t>
      </w:r>
    </w:p>
    <w:p>
      <w:r>
        <w:rPr>
          <w:b w:val="0"/>
          <w:sz w:val="20"/>
        </w:rPr>
        <w:t>Employee ID / Badge No.: _________________________________________________</w:t>
      </w:r>
    </w:p>
    <w:p>
      <w:r>
        <w:rPr>
          <w:b w:val="0"/>
          <w:sz w:val="20"/>
        </w:rPr>
        <w:t>Position/Title: __________________________________________________________</w:t>
      </w:r>
    </w:p>
    <w:p>
      <w:r>
        <w:rPr>
          <w:b w:val="0"/>
          <w:sz w:val="20"/>
        </w:rPr>
        <w:t>Department: 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Work Details:</w:t>
      </w:r>
    </w:p>
    <w:p>
      <w:r>
        <w:rPr>
          <w:b w:val="0"/>
          <w:sz w:val="20"/>
        </w:rPr>
        <w:t>Type of Work Authorized: _________________________________________________</w:t>
      </w:r>
    </w:p>
    <w:p>
      <w:r>
        <w:rPr>
          <w:b w:val="0"/>
          <w:sz w:val="20"/>
        </w:rPr>
        <w:t>Location(s) of Work: _____________________________________________________</w:t>
      </w:r>
    </w:p>
    <w:p>
      <w:r>
        <w:rPr>
          <w:b w:val="0"/>
          <w:sz w:val="20"/>
        </w:rPr>
        <w:t>Specific Tasks / Responsibilities: _________________________________________</w:t>
      </w:r>
    </w:p>
    <w:p>
      <w:r>
        <w:rPr>
          <w:b w:val="0"/>
          <w:sz w:val="20"/>
        </w:rPr>
        <w:t>Work Hours Authorized: ___________________________________________________</w:t>
      </w:r>
    </w:p>
    <w:p>
      <w:r>
        <w:rPr>
          <w:b w:val="0"/>
          <w:sz w:val="20"/>
        </w:rPr>
        <w:t>Supervisor / Contact Person: ______________________________________________</w:t>
      </w:r>
    </w:p>
    <w:p/>
    <w:p>
      <w:r>
        <w:rPr>
          <w:b/>
          <w:sz w:val="20"/>
        </w:rPr>
        <w:t>Duration of Work Release:</w:t>
      </w:r>
    </w:p>
    <w:p>
      <w:r>
        <w:rPr>
          <w:b w:val="0"/>
          <w:sz w:val="20"/>
        </w:rPr>
        <w:t>Start Date: ______________________________________________________________</w:t>
      </w:r>
    </w:p>
    <w:p>
      <w:r>
        <w:rPr>
          <w:b w:val="0"/>
          <w:sz w:val="20"/>
        </w:rPr>
        <w:t>End Date (if applicable): _________________________________________________</w:t>
      </w:r>
    </w:p>
    <w:p/>
    <w:p>
      <w:r>
        <w:rPr>
          <w:b/>
          <w:sz w:val="20"/>
        </w:rPr>
        <w:t>Terms and Conditions:</w:t>
      </w:r>
    </w:p>
    <w:p>
      <w:r>
        <w:rPr>
          <w:b w:val="0"/>
          <w:sz w:val="20"/>
        </w:rPr>
        <w:t>1. The Employee is authorized to perform only the work specifically described above.</w:t>
      </w:r>
    </w:p>
    <w:p>
      <w:r>
        <w:rPr>
          <w:b w:val="0"/>
          <w:sz w:val="20"/>
        </w:rPr>
        <w:t>2. The Employee agrees to comply with all applicable federal, state, and local laws, regulations, and company policies while performing the authorized work.</w:t>
      </w:r>
    </w:p>
    <w:p>
      <w:r>
        <w:rPr>
          <w:b w:val="0"/>
          <w:sz w:val="20"/>
        </w:rPr>
        <w:t>3. The Employer shall not be liable for any injury, damages, or losses incurred by the Employee while performing unauthorized tasks.</w:t>
      </w:r>
    </w:p>
    <w:p>
      <w:r>
        <w:rPr>
          <w:b w:val="0"/>
          <w:sz w:val="20"/>
        </w:rPr>
        <w:t>4. The Employee agrees to immediately report any unsafe conditions, accidents, or incidents to their supervisor.</w:t>
      </w:r>
    </w:p>
    <w:p>
      <w:r>
        <w:rPr>
          <w:b w:val="0"/>
          <w:sz w:val="20"/>
        </w:rPr>
        <w:t>5. This Work Release Form does not constitute an employment contract or guarantee of employment duration.</w:t>
      </w:r>
    </w:p>
    <w:p>
      <w:r>
        <w:rPr>
          <w:b w:val="0"/>
          <w:sz w:val="20"/>
        </w:rPr>
        <w:t>6. The Employee acknowledges that they have read, understood, and agree to the terms outlined in this form.</w:t>
      </w:r>
    </w:p>
    <w:p>
      <w:r>
        <w:rPr>
          <w:b w:val="0"/>
          <w:sz w:val="20"/>
        </w:rPr>
        <w:t>7. The Employer reserves the right to modify or revoke this work release authorization at any time, with or without cause.</w:t>
      </w:r>
    </w:p>
    <w:p/>
    <w:p>
      <w:r>
        <w:rPr>
          <w:b/>
          <w:sz w:val="20"/>
        </w:rPr>
        <w:t>Liability and Indemnification:</w:t>
      </w:r>
    </w:p>
    <w:p>
      <w:r>
        <w:rPr>
          <w:b w:val="0"/>
          <w:sz w:val="20"/>
        </w:rPr>
        <w:t>To the fullest extent permitted by law, the Employee agrees to indemnify, defend, and hold harmless the Employer and its agents, employees, and representatives from and against any liabilities, losses, damages, claims, or expenses (including reasonable attorneys’ fees) arising out of or resulting from the Employee’s work performed under this authorization.</w:t>
      </w:r>
    </w:p>
    <w:p/>
    <w:p>
      <w:r>
        <w:rPr>
          <w:b/>
          <w:sz w:val="20"/>
        </w:rPr>
        <w:t>Confidentiality:</w:t>
      </w:r>
    </w:p>
    <w:p>
      <w:r>
        <w:rPr>
          <w:b w:val="0"/>
          <w:sz w:val="20"/>
        </w:rPr>
        <w:t>The Employee agrees to keep confidential and not disclose any proprietary or sensitive information obtained during the course of work, except as authorized or required by law.</w:t>
      </w:r>
    </w:p>
    <w:p/>
    <w:p>
      <w:r>
        <w:rPr>
          <w:b/>
          <w:sz w:val="20"/>
        </w:rPr>
        <w:t>Governing Law and Jurisdiction:</w:t>
      </w:r>
    </w:p>
    <w:p>
      <w:r>
        <w:rPr>
          <w:b w:val="0"/>
          <w:sz w:val="20"/>
        </w:rPr>
        <w:t>This Work Release Form shall be governed by and construed in accordance with the laws of the state in which the work is performed. Any disputes arising out of or relating to this form shall be subject to the exclusive jurisdiction of the courts located therein.</w:t>
      </w:r>
    </w:p>
    <w:p/>
    <w:p/>
    <w:p>
      <w:r>
        <w:rPr>
          <w:b/>
          <w:sz w:val="20"/>
        </w:rPr>
        <w:t>Acknowledgment and Signatures:</w:t>
      </w:r>
    </w:p>
    <w:p>
      <w:r>
        <w:rPr>
          <w:b w:val="0"/>
          <w:sz w:val="20"/>
        </w:rPr>
        <w:t>By signing below, the Employee acknowledges and agrees to all terms and conditions stated in this Work Release Form.</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 / AUTHORIZED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w:t>
            </w:r>
          </w:p>
        </w:tc>
        <w:tc>
          <w:tcPr>
            <w:tcW w:type="dxa" w:w="4986"/>
            <w:tcBorders>
              <w:top w:val="nil"/>
              <w:left w:val="nil"/>
              <w:bottom w:val="nil"/>
              <w:right w:val="nil"/>
              <w:insideH w:val="nil"/>
              <w:insideV w:val="nil"/>
            </w:tcBorders>
          </w:tcPr>
          <w:p>
            <w:pPr>
              <w:jc w:val="center"/>
            </w:pPr>
            <w:r>
              <w:t>Printed Name: ______________________</w:t>
            </w:r>
          </w:p>
        </w:tc>
      </w:tr>
      <w:tr>
        <w:tc>
          <w:tcPr>
            <w:tcW w:type="dxa" w:w="4986"/>
            <w:tcBorders>
              <w:top w:val="nil"/>
              <w:left w:val="nil"/>
              <w:bottom w:val="nil"/>
              <w:right w:val="nil"/>
              <w:insideH w:val="nil"/>
              <w:insideV w:val="nil"/>
            </w:tcBorders>
          </w:tcPr>
          <w:p>
            <w:pPr>
              <w:jc w:val="center"/>
            </w:pPr>
            <w:r>
              <w:t>Title / Position: ____________________</w:t>
            </w:r>
          </w:p>
        </w:tc>
        <w:tc>
          <w:tcPr>
            <w:tcW w:type="dxa" w:w="4986"/>
            <w:tcBorders>
              <w:top w:val="nil"/>
              <w:left w:val="nil"/>
              <w:bottom w:val="nil"/>
              <w:right w:val="nil"/>
              <w:insideH w:val="nil"/>
              <w:insideV w:val="nil"/>
            </w:tcBorders>
          </w:tcPr>
          <w:p>
            <w:pPr>
              <w:jc w:val="center"/>
            </w:pPr>
            <w:r>
              <w:t>Title / Position: 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https://form247-us.com/work-release-form/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work-release-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