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VIDEO CONSENT AND RELEASE FORM</w:t>
      </w:r>
    </w:p>
    <w:p/>
    <w:p/>
    <w:p>
      <w:r>
        <w:rPr>
          <w:b w:val="0"/>
          <w:sz w:val="20"/>
        </w:rPr>
        <w:t>I, the undersigned, hereby grant permission to the undersigned production company, its representatives, employees, agents, and assigns (collectively, "Producer"), to record, use, and distribute my name, voice, likeness, image, and statements in connection with video recordings, photographs, audio recordings, and other media (collectively, "Recordings"), for any lawful purpose, including but not limited to advertising, promotion, marketing, and distribution.</w:t>
      </w:r>
    </w:p>
    <w:p/>
    <w:p>
      <w:r>
        <w:rPr>
          <w:b/>
          <w:sz w:val="20"/>
        </w:rPr>
        <w:t>Participant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Production Information:</w:t>
      </w:r>
    </w:p>
    <w:p>
      <w:r>
        <w:rPr>
          <w:b w:val="0"/>
          <w:sz w:val="20"/>
        </w:rPr>
        <w:t>Production/Project Name: _______________________________________________</w:t>
      </w:r>
    </w:p>
    <w:p>
      <w:r>
        <w:rPr>
          <w:b w:val="0"/>
          <w:sz w:val="20"/>
        </w:rPr>
        <w:t>Producer/Company: ______________________________________________________</w:t>
      </w:r>
    </w:p>
    <w:p>
      <w:r>
        <w:rPr>
          <w:b w:val="0"/>
          <w:sz w:val="20"/>
        </w:rPr>
        <w:t>Location of Recording: _________________________________________________</w:t>
      </w:r>
    </w:p>
    <w:p>
      <w:r>
        <w:rPr>
          <w:b w:val="0"/>
          <w:sz w:val="20"/>
        </w:rPr>
        <w:t>Date(s) of Recording: _________________________________________________</w:t>
      </w:r>
    </w:p>
    <w:p/>
    <w:p>
      <w:r>
        <w:rPr>
          <w:b/>
          <w:sz w:val="20"/>
        </w:rPr>
        <w:t>Consent and Authorization:</w:t>
      </w:r>
    </w:p>
    <w:p>
      <w:r>
        <w:rPr>
          <w:b w:val="0"/>
          <w:sz w:val="20"/>
        </w:rPr>
        <w:t>1. I understand and agree that the Recordings may be edited, copied, exhibited, published, or distributed and waive the right to inspect or approve the finished product wherein my likeness appears.</w:t>
      </w:r>
    </w:p>
    <w:p>
      <w:r>
        <w:rPr>
          <w:b w:val="0"/>
          <w:sz w:val="20"/>
        </w:rPr>
        <w:t>2. I hereby waive any right to royalties or other compensation arising from or related to the use of the Recordings.</w:t>
      </w:r>
    </w:p>
    <w:p>
      <w:r>
        <w:rPr>
          <w:b w:val="0"/>
          <w:sz w:val="20"/>
        </w:rPr>
        <w:t>3. I agree that the Recordings shall remain the sole property of the Producer, who shall own all rights, title, and interest therein, including copyrights.</w:t>
      </w:r>
    </w:p>
    <w:p>
      <w:r>
        <w:rPr>
          <w:b w:val="0"/>
          <w:sz w:val="20"/>
        </w:rPr>
        <w:t>4. I release, discharge, and hold harmless the Producer and its successors and assigns from any claims, demands, or causes of action that I may have by reason of anything contained in the Recordings.</w:t>
      </w:r>
    </w:p>
    <w:p/>
    <w:p>
      <w:r>
        <w:rPr>
          <w:b/>
          <w:sz w:val="20"/>
        </w:rPr>
        <w:t>If Participant is a Minor:</w:t>
      </w:r>
    </w:p>
    <w:p>
      <w:r>
        <w:rPr>
          <w:b w:val="0"/>
          <w:sz w:val="20"/>
        </w:rPr>
        <w:t>I certify that I am the parent or legal guardian of the minor named below, and I hereby consent to the foregoing on behalf of the minor and agree to be bound by the terms herein.</w:t>
      </w:r>
    </w:p>
    <w:p>
      <w:r>
        <w:rPr>
          <w:b w:val="0"/>
          <w:sz w:val="20"/>
        </w:rPr>
        <w:t>Minor's Full Name: ____________________________________________________</w:t>
      </w:r>
    </w:p>
    <w:p>
      <w:r>
        <w:rPr>
          <w:b w:val="0"/>
          <w:sz w:val="20"/>
        </w:rPr>
        <w:t>Parent/Guardian Full Name: _____________________________________________</w:t>
      </w:r>
    </w:p>
    <w:p>
      <w:r>
        <w:rPr>
          <w:b w:val="0"/>
          <w:sz w:val="20"/>
        </w:rPr>
        <w:t>Parent/Guardian Signature: ______________________________________________</w:t>
      </w:r>
    </w:p>
    <w:p>
      <w:r>
        <w:rPr>
          <w:b w:val="0"/>
          <w:sz w:val="20"/>
        </w:rPr>
        <w:t>Date: _________________________________________________________________</w:t>
      </w:r>
    </w:p>
    <w:p/>
    <w:p>
      <w:r>
        <w:rPr>
          <w:b/>
          <w:sz w:val="20"/>
        </w:rPr>
        <w:t>Representations and Warranties:</w:t>
      </w:r>
    </w:p>
    <w:p>
      <w:r>
        <w:rPr>
          <w:b w:val="0"/>
          <w:sz w:val="20"/>
        </w:rPr>
        <w:t>I represent and warrant that I have the full legal capacity and authority to enter into this agreement and that my participation and consent do not violate any other agreement, contract, or obligation.</w:t>
      </w:r>
    </w:p>
    <w:p/>
    <w:p>
      <w:r>
        <w:rPr>
          <w:b/>
          <w:sz w:val="20"/>
        </w:rPr>
        <w:t>Indemnification:</w:t>
      </w:r>
    </w:p>
    <w:p>
      <w:r>
        <w:rPr>
          <w:b w:val="0"/>
          <w:sz w:val="20"/>
        </w:rPr>
        <w:t>I agree to indemnify, defend, and hold harmless the Producer from any claims, damages, liabilities, costs, or expenses (including attorney’s fees) arising out of any breach or alleged breach of my representations and warranties herein.</w:t>
      </w:r>
    </w:p>
    <w:p/>
    <w:p>
      <w:r>
        <w:rPr>
          <w:b/>
          <w:sz w:val="20"/>
        </w:rPr>
        <w:t>Governing Law and Jurisdiction:</w:t>
      </w:r>
    </w:p>
    <w:p>
      <w:r>
        <w:rPr>
          <w:b w:val="0"/>
          <w:sz w:val="20"/>
        </w:rPr>
        <w:t>This Agreement shall be governed by and construed in accordance with the laws of the State of ____________________, without regard to its conflict of law principles. Any disputes arising under or in connection with this Agreement shall be subject to the exclusive jurisdiction of the state and federal courts located in ____________________.</w:t>
      </w:r>
    </w:p>
    <w:p/>
    <w:p>
      <w:r>
        <w:rPr>
          <w:b/>
          <w:sz w:val="20"/>
        </w:rPr>
        <w:t>Entire Agreement:</w:t>
      </w:r>
    </w:p>
    <w:p>
      <w:r>
        <w:rPr>
          <w:b w:val="0"/>
          <w:sz w:val="20"/>
        </w:rPr>
        <w:t>This Agreement constitutes the entire understanding between the parties and supersedes all prior negotiations, representations, or agreements, whether written or oral, related to the subject matter herein.</w:t>
      </w:r>
    </w:p>
    <w:p/>
    <w:p/>
    <w:p>
      <w:r>
        <w:rPr>
          <w:b/>
          <w:sz w:val="20"/>
        </w:rPr>
        <w:t>Participant Signature:</w:t>
      </w:r>
    </w:p>
    <w:p>
      <w:r>
        <w:rPr>
          <w:b w:val="0"/>
          <w:sz w:val="20"/>
        </w:rPr>
        <w:t>I have read this Video Consent and Release Form, fully understand its terms, and sign it freely and voluntarily.</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w:t>
            </w:r>
          </w:p>
        </w:tc>
        <w:tc>
          <w:tcPr>
            <w:tcW w:type="dxa" w:w="4986"/>
            <w:tcBorders>
              <w:top w:val="nil"/>
              <w:left w:val="nil"/>
              <w:bottom w:val="nil"/>
              <w:right w:val="nil"/>
              <w:insideH w:val="nil"/>
              <w:insideV w:val="nil"/>
            </w:tcBorders>
          </w:tcPr>
          <w:p>
            <w:pPr>
              <w:jc w:val="center"/>
            </w:pPr>
            <w:r>
              <w:t>Producer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https://form247-us.com/video-consent-and-release-form/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video-consent-and-releas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