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TUTORING SERVICES AGREEMENT</w:t>
      </w:r>
    </w:p>
    <w:p/>
    <w:p>
      <w:r>
        <w:rPr>
          <w:b/>
          <w:sz w:val="20"/>
        </w:rPr>
        <w:t>This Tutoring Services Agreement (the "Agreement") is entered into by and between:</w:t>
      </w:r>
    </w:p>
    <w:p/>
    <w:p>
      <w:r>
        <w:rPr>
          <w:b/>
          <w:sz w:val="20"/>
        </w:rPr>
        <w:t>Tutor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Student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Tutoring Services:</w:t>
      </w:r>
    </w:p>
    <w:p>
      <w:r>
        <w:rPr>
          <w:b w:val="0"/>
          <w:sz w:val="20"/>
        </w:rPr>
        <w:t>Subject(s): __________________________________________________________</w:t>
      </w:r>
    </w:p>
    <w:p>
      <w:r>
        <w:rPr>
          <w:b w:val="0"/>
          <w:sz w:val="20"/>
        </w:rPr>
        <w:t>Grade/Level: _________________________________________________________</w:t>
      </w:r>
    </w:p>
    <w:p>
      <w:r>
        <w:rPr>
          <w:b w:val="0"/>
          <w:sz w:val="20"/>
        </w:rPr>
        <w:t>Location(s) of Tutoring: ______________________________________________</w:t>
      </w:r>
    </w:p>
    <w:p>
      <w:r>
        <w:rPr>
          <w:b w:val="0"/>
          <w:sz w:val="20"/>
        </w:rPr>
        <w:t>Mode of Sessions (e.g., in-person, online): ____________________________</w:t>
      </w:r>
    </w:p>
    <w:p>
      <w:r>
        <w:rPr>
          <w:b w:val="0"/>
          <w:sz w:val="20"/>
        </w:rPr>
        <w:t>Session Length: ______________________________________________________</w:t>
      </w:r>
    </w:p>
    <w:p>
      <w:r>
        <w:rPr>
          <w:b w:val="0"/>
          <w:sz w:val="20"/>
        </w:rPr>
        <w:t>Frequency of Sessions: _______________________________________________</w:t>
      </w:r>
    </w:p>
    <w:p/>
    <w:p>
      <w:r>
        <w:rPr>
          <w:b/>
          <w:sz w:val="20"/>
        </w:rPr>
        <w:t>Payment Terms:</w:t>
      </w:r>
    </w:p>
    <w:p>
      <w:r>
        <w:rPr>
          <w:b w:val="0"/>
          <w:sz w:val="20"/>
        </w:rPr>
        <w:t>Rate per Session: __________________ USD</w:t>
      </w:r>
    </w:p>
    <w:p>
      <w:r>
        <w:rPr>
          <w:b w:val="0"/>
          <w:sz w:val="20"/>
        </w:rPr>
        <w:t>Payment Method: _____________________________________________________</w:t>
      </w:r>
    </w:p>
    <w:p>
      <w:r>
        <w:rPr>
          <w:b w:val="0"/>
          <w:sz w:val="20"/>
        </w:rPr>
        <w:t>Payment Due Date / Terms: ___________________________________________</w:t>
      </w:r>
    </w:p>
    <w:p>
      <w:r>
        <w:rPr>
          <w:b w:val="0"/>
          <w:sz w:val="20"/>
        </w:rPr>
        <w:t>Cancellation Policy: _________________________________________________</w:t>
      </w:r>
    </w:p>
    <w:p/>
    <w:p>
      <w:r>
        <w:rPr>
          <w:b/>
          <w:sz w:val="20"/>
        </w:rPr>
        <w:t>Responsibilities and Expectations:</w:t>
      </w:r>
    </w:p>
    <w:p>
      <w:r>
        <w:rPr>
          <w:b w:val="0"/>
          <w:sz w:val="20"/>
        </w:rPr>
        <w:t>Tutor agrees to provide tutoring services in a professional manner and prepare adequately for each session. Tutor shall maintain confidentiality regarding the Student’s academic performance and personal information.</w:t>
      </w:r>
    </w:p>
    <w:p/>
    <w:p>
      <w:r>
        <w:rPr>
          <w:b w:val="0"/>
          <w:sz w:val="20"/>
        </w:rPr>
        <w:t>Student agrees to attend scheduled sessions on time, complete any assigned work, and communicate promptly with the Tutor regarding any schedule changes or concerns.</w:t>
      </w:r>
    </w:p>
    <w:p/>
    <w:p>
      <w:r>
        <w:rPr>
          <w:b/>
          <w:sz w:val="20"/>
        </w:rPr>
        <w:t>Term and Termination:</w:t>
      </w:r>
    </w:p>
    <w:p>
      <w:r>
        <w:rPr>
          <w:b w:val="0"/>
          <w:sz w:val="20"/>
        </w:rPr>
        <w:t>This Agreement shall commence upon execution by both parties and continue until either party provides written notice of termination at least seven (7) days prior to the next scheduled session. Payment shall be made for all sessions conducted prior to termination.</w:t>
      </w:r>
    </w:p>
    <w:p/>
    <w:p>
      <w:r>
        <w:rPr>
          <w:b/>
          <w:sz w:val="20"/>
        </w:rPr>
        <w:t>Liability and Disclaimers:</w:t>
      </w:r>
    </w:p>
    <w:p>
      <w:r>
        <w:rPr>
          <w:b w:val="0"/>
          <w:sz w:val="20"/>
        </w:rPr>
        <w:t>Tutor makes no guarantees regarding the Student’s academic performance or results from tutoring sessions. The Student and/or Parent/Guardian assumes all risks related to participation in tutoring services. Tutor shall not be liable for any indirect, incidental, or consequential damages arising from the tutoring relationship.</w:t>
      </w:r>
    </w:p>
    <w:p/>
    <w:p>
      <w:r>
        <w:rPr>
          <w:b/>
          <w:sz w:val="20"/>
        </w:rPr>
        <w:t>Confidentiality:</w:t>
      </w:r>
    </w:p>
    <w:p>
      <w:r>
        <w:rPr>
          <w:b w:val="0"/>
          <w:sz w:val="20"/>
        </w:rPr>
        <w:t>Both parties agree to keep all information exchanged during the tutoring relationship confidential, except as required by law or with prior written consent.</w:t>
      </w:r>
    </w:p>
    <w:p/>
    <w:p>
      <w:r>
        <w:rPr>
          <w:b/>
          <w:sz w:val="20"/>
        </w:rPr>
        <w:t>Governing Law:</w:t>
      </w:r>
    </w:p>
    <w:p>
      <w:r>
        <w:rPr>
          <w:b w:val="0"/>
          <w:sz w:val="20"/>
        </w:rPr>
        <w:t>This Agreement shall be governed by and construed in accordance with the laws of the State of ____________________, United States of America, without regard to its conflict of laws principles.</w:t>
      </w:r>
    </w:p>
    <w:p/>
    <w:p>
      <w:r>
        <w:rPr>
          <w:b/>
          <w:sz w:val="20"/>
        </w:rPr>
        <w:t>Entire Agreement:</w:t>
      </w:r>
    </w:p>
    <w:p>
      <w:r>
        <w:rPr>
          <w:b w:val="0"/>
          <w:sz w:val="20"/>
        </w:rPr>
        <w:t>This Agreement constitutes the entire understanding between the parties and supersedes all prior agreements, oral or written, relating to the subject matter herein. Any amendments or modifications must be made in writing and signed by both parties.</w:t>
      </w:r>
    </w:p>
    <w:p/>
    <w:p/>
    <w:p>
      <w:pPr>
        <w:jc w:val="center"/>
      </w:pPr>
      <w:r>
        <w:rPr>
          <w:b w:val="0"/>
          <w:sz w:val="20"/>
        </w:rPr>
        <w:t>IN WITNESS WHEREOF, the parties have executed this Tutoring Services Agreement as of the date indicated below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TUTOR</w:t>
            </w:r>
          </w:p>
        </w:tc>
        <w:tc>
          <w:tcPr>
            <w:tcW w:type="dxa" w:w="4986"/>
            <w:tcBorders>
              <w:top w:val="nil"/>
              <w:left w:val="nil"/>
              <w:bottom w:val="nil"/>
              <w:right w:val="nil"/>
              <w:insideH w:val="nil"/>
              <w:insideV w:val="nil"/>
            </w:tcBorders>
          </w:tcPr>
          <w:p>
            <w:pPr>
              <w:jc w:val="center"/>
            </w:pPr>
            <w:r>
              <w:t>STUDENT / PARENT / 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https://form247-us.com/tutoring-form/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tutoring-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