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PATIENT TRIAGE FORM</w:t>
      </w:r>
    </w:p>
    <w:p/>
    <w:p/>
    <w:p>
      <w:r>
        <w:rPr>
          <w:b/>
          <w:sz w:val="20"/>
        </w:rPr>
        <w:t>PATIENT INFORMATION</w:t>
      </w:r>
    </w:p>
    <w:p>
      <w:r>
        <w:rPr>
          <w:b w:val="0"/>
          <w:sz w:val="20"/>
        </w:rPr>
        <w:t>Full Name: ____________________________________________________________</w:t>
      </w:r>
    </w:p>
    <w:p>
      <w:r>
        <w:rPr>
          <w:b w:val="0"/>
          <w:sz w:val="20"/>
        </w:rPr>
        <w:t>Date of Birth (MM/DD/YYYY): ___________________________________________</w:t>
      </w:r>
    </w:p>
    <w:p>
      <w:r>
        <w:rPr>
          <w:b w:val="0"/>
          <w:sz w:val="20"/>
        </w:rPr>
        <w:t>Gender: _______________________________________________________________</w:t>
      </w:r>
    </w:p>
    <w:p>
      <w:r>
        <w:rPr>
          <w:b w:val="0"/>
          <w:sz w:val="20"/>
        </w:rPr>
        <w:t>Contact Number: _______________________________________________________</w:t>
      </w:r>
    </w:p>
    <w:p>
      <w:r>
        <w:rPr>
          <w:b w:val="0"/>
          <w:sz w:val="20"/>
        </w:rPr>
        <w:t>Address: ______________________________________________________________</w:t>
      </w:r>
    </w:p>
    <w:p>
      <w:r>
        <w:rPr>
          <w:b w:val="0"/>
          <w:sz w:val="20"/>
        </w:rPr>
        <w:t>Emergency Contact Name: _______________________________________________</w:t>
      </w:r>
    </w:p>
    <w:p>
      <w:r>
        <w:rPr>
          <w:b w:val="0"/>
          <w:sz w:val="20"/>
        </w:rPr>
        <w:t>Emergency Contact Phone: ______________________________________________</w:t>
      </w:r>
    </w:p>
    <w:p/>
    <w:p>
      <w:r>
        <w:rPr>
          <w:b/>
          <w:sz w:val="20"/>
        </w:rPr>
        <w:t>ARRIVAL DETAILS</w:t>
      </w:r>
    </w:p>
    <w:p>
      <w:r>
        <w:rPr>
          <w:b w:val="0"/>
          <w:sz w:val="20"/>
        </w:rPr>
        <w:t>Date and Time of Arrival: ______________________________________________</w:t>
      </w:r>
    </w:p>
    <w:p>
      <w:r>
        <w:rPr>
          <w:b w:val="0"/>
          <w:sz w:val="20"/>
        </w:rPr>
        <w:t>Mode of Arrival (e.g., Ambulance, Walk-In): ____________________________</w:t>
      </w:r>
    </w:p>
    <w:p>
      <w:r>
        <w:rPr>
          <w:b w:val="0"/>
          <w:sz w:val="20"/>
        </w:rPr>
        <w:t>Referring Physician (if any): __________________________________________</w:t>
      </w:r>
    </w:p>
    <w:p/>
    <w:p>
      <w:r>
        <w:rPr>
          <w:b/>
          <w:sz w:val="20"/>
        </w:rPr>
        <w:t>CHIEF COMPLAINT</w:t>
      </w:r>
    </w:p>
    <w:p>
      <w:r>
        <w:rPr>
          <w:b w:val="0"/>
          <w:sz w:val="20"/>
        </w:rPr>
        <w:t>Primary reason for visit: ______________________________________________</w:t>
      </w:r>
    </w:p>
    <w:p/>
    <w:p>
      <w:r>
        <w:rPr>
          <w:b/>
          <w:sz w:val="20"/>
        </w:rPr>
        <w:t>VITAL SIGNS</w:t>
      </w:r>
    </w:p>
    <w:tbl>
      <w:tblPr>
        <w:tblStyle w:val="TableGrid"/>
        <w:tblW w:type="auto" w:w="0"/>
        <w:tblLayout w:type="autofit"/>
        <w:tblLook w:firstColumn="1" w:firstRow="1" w:lastColumn="0" w:lastRow="0" w:noHBand="0" w:noVBand="1" w:val="04A0"/>
      </w:tblPr>
      <w:tblGrid>
        <w:gridCol w:w="4986"/>
        <w:gridCol w:w="4986"/>
      </w:tblGrid>
      <w:tr>
        <w:tc>
          <w:tcPr>
            <w:tcW w:type="dxa" w:w="4986"/>
          </w:tcPr>
          <w:p>
            <w:pPr>
              <w:jc w:val="left"/>
            </w:pPr>
            <w:r>
              <w:t>Heart Rate (bpm):</w:t>
            </w:r>
          </w:p>
        </w:tc>
        <w:tc>
          <w:tcPr>
            <w:tcW w:type="dxa" w:w="4986"/>
          </w:tcPr>
          <w:p>
            <w:pPr>
              <w:jc w:val="center"/>
            </w:pPr>
            <w:r>
              <w:t>__________</w:t>
            </w:r>
          </w:p>
        </w:tc>
      </w:tr>
      <w:tr>
        <w:tc>
          <w:tcPr>
            <w:tcW w:type="dxa" w:w="4986"/>
          </w:tcPr>
          <w:p>
            <w:pPr>
              <w:jc w:val="left"/>
            </w:pPr>
            <w:r>
              <w:t>Blood Pressure (mmHg):</w:t>
            </w:r>
          </w:p>
        </w:tc>
        <w:tc>
          <w:tcPr>
            <w:tcW w:type="dxa" w:w="4986"/>
          </w:tcPr>
          <w:p>
            <w:pPr>
              <w:jc w:val="center"/>
            </w:pPr>
            <w:r>
              <w:t>__________/__________</w:t>
            </w:r>
          </w:p>
        </w:tc>
      </w:tr>
      <w:tr>
        <w:tc>
          <w:tcPr>
            <w:tcW w:type="dxa" w:w="4986"/>
          </w:tcPr>
          <w:p>
            <w:pPr>
              <w:jc w:val="left"/>
            </w:pPr>
            <w:r>
              <w:t>Respiratory Rate (breaths/min):</w:t>
            </w:r>
          </w:p>
        </w:tc>
        <w:tc>
          <w:tcPr>
            <w:tcW w:type="dxa" w:w="4986"/>
          </w:tcPr>
          <w:p>
            <w:pPr>
              <w:jc w:val="center"/>
            </w:pPr>
            <w:r>
              <w:t>__________</w:t>
            </w:r>
          </w:p>
        </w:tc>
      </w:tr>
      <w:tr>
        <w:tc>
          <w:tcPr>
            <w:tcW w:type="dxa" w:w="4986"/>
          </w:tcPr>
          <w:p>
            <w:pPr>
              <w:jc w:val="left"/>
            </w:pPr>
            <w:r>
              <w:t>Temperature (°F):</w:t>
            </w:r>
          </w:p>
        </w:tc>
        <w:tc>
          <w:tcPr>
            <w:tcW w:type="dxa" w:w="4986"/>
          </w:tcPr>
          <w:p>
            <w:pPr>
              <w:jc w:val="center"/>
            </w:pPr>
            <w:r>
              <w:t>__________</w:t>
            </w:r>
          </w:p>
        </w:tc>
      </w:tr>
      <w:tr>
        <w:tc>
          <w:tcPr>
            <w:tcW w:type="dxa" w:w="4986"/>
          </w:tcPr>
          <w:p>
            <w:pPr>
              <w:jc w:val="left"/>
            </w:pPr>
            <w:r>
              <w:t>SpO2 (%):</w:t>
            </w:r>
          </w:p>
        </w:tc>
        <w:tc>
          <w:tcPr>
            <w:tcW w:type="dxa" w:w="4986"/>
          </w:tcPr>
          <w:p>
            <w:pPr>
              <w:jc w:val="center"/>
            </w:pPr>
            <w:r>
              <w:t>__________</w:t>
            </w:r>
          </w:p>
        </w:tc>
      </w:tr>
    </w:tbl>
    <w:p/>
    <w:p>
      <w:r>
        <w:rPr>
          <w:b/>
          <w:sz w:val="20"/>
        </w:rPr>
        <w:t>ALLERGIES</w:t>
      </w:r>
    </w:p>
    <w:p>
      <w:r>
        <w:rPr>
          <w:b w:val="0"/>
          <w:sz w:val="20"/>
        </w:rPr>
        <w:t>List any known allergies (medications, food, environmental):</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CURRENT MEDICATIONS</w:t>
      </w:r>
    </w:p>
    <w:p>
      <w:r>
        <w:rPr>
          <w:b w:val="0"/>
          <w:sz w:val="20"/>
        </w:rPr>
        <w:t>List all current medications including dosages: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PAST MEDICAL HISTORY</w:t>
      </w:r>
    </w:p>
    <w:p>
      <w:r>
        <w:rPr>
          <w:b w:val="0"/>
          <w:sz w:val="20"/>
        </w:rPr>
        <w:t>Specify any significant past illnesses, surgeries, or chronic conditions: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sz w:val="20"/>
        </w:rPr>
        <w:t>SOCIAL HISTORY</w:t>
      </w:r>
    </w:p>
    <w:p>
      <w:r>
        <w:rPr>
          <w:b w:val="0"/>
          <w:sz w:val="20"/>
        </w:rPr>
        <w:t>Smoking: __ Yes  __ No  If yes, amount/frequency: ________________________</w:t>
      </w:r>
    </w:p>
    <w:p>
      <w:r>
        <w:rPr>
          <w:b w:val="0"/>
          <w:sz w:val="20"/>
        </w:rPr>
        <w:t>Alcohol Use: __ Yes  __ No  If yes, amount/frequency: ____________________</w:t>
      </w:r>
    </w:p>
    <w:p>
      <w:r>
        <w:rPr>
          <w:b w:val="0"/>
          <w:sz w:val="20"/>
        </w:rPr>
        <w:t>Drug Use: __ Yes  __ No  If yes, specify: ______________________________</w:t>
      </w:r>
    </w:p>
    <w:p/>
    <w:p>
      <w:r>
        <w:rPr>
          <w:b/>
          <w:sz w:val="20"/>
        </w:rPr>
        <w:t>REVIEW OF SYSTEMS</w:t>
      </w:r>
    </w:p>
    <w:p>
      <w:r>
        <w:rPr>
          <w:b w:val="0"/>
          <w:sz w:val="20"/>
        </w:rPr>
        <w:t>General (fever, weight loss, fatigue): ________________________________</w:t>
      </w:r>
    </w:p>
    <w:p>
      <w:r>
        <w:rPr>
          <w:b w:val="0"/>
          <w:sz w:val="20"/>
        </w:rPr>
        <w:t>Cardiovascular (chest pain, palpitations): ____________________________</w:t>
      </w:r>
    </w:p>
    <w:p>
      <w:r>
        <w:rPr>
          <w:b w:val="0"/>
          <w:sz w:val="20"/>
        </w:rPr>
        <w:t>Respiratory (cough, shortness of breath): _____________________________</w:t>
      </w:r>
    </w:p>
    <w:p>
      <w:r>
        <w:rPr>
          <w:b w:val="0"/>
          <w:sz w:val="20"/>
        </w:rPr>
        <w:t>Gastrointestinal (nausea, vomiting, diarrhea): _________________________</w:t>
      </w:r>
    </w:p>
    <w:p>
      <w:r>
        <w:rPr>
          <w:b w:val="0"/>
          <w:sz w:val="20"/>
        </w:rPr>
        <w:t>Neurological (headache, dizziness, weakness): _________________________</w:t>
      </w:r>
    </w:p>
    <w:p>
      <w:r>
        <w:rPr>
          <w:b w:val="0"/>
          <w:sz w:val="20"/>
        </w:rPr>
        <w:t>Musculoskeletal (joint pain, muscle weakness): ________________________</w:t>
      </w:r>
    </w:p>
    <w:p>
      <w:r>
        <w:rPr>
          <w:b w:val="0"/>
          <w:sz w:val="20"/>
        </w:rPr>
        <w:t>Skin (rashes, lesions): ________________________________________________</w:t>
      </w:r>
    </w:p>
    <w:p>
      <w:r>
        <w:rPr>
          <w:b w:val="0"/>
          <w:sz w:val="20"/>
        </w:rPr>
        <w:t>Psychiatric (anxiety, depression): _____________________________________</w:t>
      </w:r>
    </w:p>
    <w:p/>
    <w:p>
      <w:r>
        <w:rPr>
          <w:b/>
          <w:sz w:val="20"/>
        </w:rPr>
        <w:t>PHYSICAL EXAMINATION</w:t>
      </w:r>
    </w:p>
    <w:p>
      <w:r>
        <w:rPr>
          <w:b w:val="0"/>
          <w:sz w:val="20"/>
        </w:rPr>
        <w:t>General Appearance: _________________________________________________</w:t>
      </w:r>
    </w:p>
    <w:p>
      <w:r>
        <w:rPr>
          <w:b w:val="0"/>
          <w:sz w:val="20"/>
        </w:rPr>
        <w:t>Head, Eyes, Ears, Nose, Throat (HEENT): _____________________________</w:t>
      </w:r>
    </w:p>
    <w:p>
      <w:r>
        <w:rPr>
          <w:b w:val="0"/>
          <w:sz w:val="20"/>
        </w:rPr>
        <w:t>Neck: _______________________________________________________________</w:t>
      </w:r>
    </w:p>
    <w:p>
      <w:r>
        <w:rPr>
          <w:b w:val="0"/>
          <w:sz w:val="20"/>
        </w:rPr>
        <w:t>Lungs: ______________________________________________________________</w:t>
      </w:r>
    </w:p>
    <w:p>
      <w:r>
        <w:rPr>
          <w:b w:val="0"/>
          <w:sz w:val="20"/>
        </w:rPr>
        <w:t>Heart: _______________________________________________________________</w:t>
      </w:r>
    </w:p>
    <w:p>
      <w:r>
        <w:rPr>
          <w:b w:val="0"/>
          <w:sz w:val="20"/>
        </w:rPr>
        <w:t>Abdomen: ____________________________________________________________</w:t>
      </w:r>
    </w:p>
    <w:p>
      <w:r>
        <w:rPr>
          <w:b w:val="0"/>
          <w:sz w:val="20"/>
        </w:rPr>
        <w:t>Extremities: _________________________________________________________</w:t>
      </w:r>
    </w:p>
    <w:p>
      <w:r>
        <w:rPr>
          <w:b w:val="0"/>
          <w:sz w:val="20"/>
        </w:rPr>
        <w:t>Neurological: ________________________________________________________</w:t>
      </w:r>
    </w:p>
    <w:p/>
    <w:p>
      <w:r>
        <w:rPr>
          <w:b/>
          <w:sz w:val="20"/>
        </w:rPr>
        <w:t>TRIAGE ASSESSMENT</w:t>
      </w:r>
    </w:p>
    <w:p>
      <w:r>
        <w:rPr>
          <w:b w:val="0"/>
          <w:sz w:val="20"/>
        </w:rPr>
        <w:t>Triage Category (assign one):</w:t>
      </w:r>
    </w:p>
    <w:tbl>
      <w:tblPr>
        <w:tblStyle w:val="TableGrid"/>
        <w:tblW w:type="auto" w:w="0"/>
        <w:tblLayout w:type="autofit"/>
        <w:tblLook w:firstColumn="1" w:firstRow="1" w:lastColumn="0" w:lastRow="0" w:noHBand="0" w:noVBand="1" w:val="04A0"/>
      </w:tblPr>
      <w:tblGrid>
        <w:gridCol w:w="4986"/>
        <w:gridCol w:w="4986"/>
      </w:tblGrid>
      <w:tr>
        <w:tc>
          <w:tcPr>
            <w:tcW w:type="dxa" w:w="4986"/>
          </w:tcPr>
          <w:p>
            <w:pPr>
              <w:jc w:val="left"/>
            </w:pPr>
            <w:r>
              <w:t>[  ] Emergent</w:t>
            </w:r>
          </w:p>
        </w:tc>
        <w:tc>
          <w:tcPr>
            <w:tcW w:type="dxa" w:w="4986"/>
          </w:tcPr>
          <w:p>
            <w:pPr>
              <w:jc w:val="left"/>
            </w:pPr>
            <w:r>
              <w:t>Immediate threat to life, requires immediate attention</w:t>
            </w:r>
          </w:p>
        </w:tc>
      </w:tr>
      <w:tr>
        <w:tc>
          <w:tcPr>
            <w:tcW w:type="dxa" w:w="4986"/>
          </w:tcPr>
          <w:p>
            <w:pPr>
              <w:jc w:val="left"/>
            </w:pPr>
            <w:r>
              <w:t>[  ] Urgent</w:t>
            </w:r>
          </w:p>
        </w:tc>
        <w:tc>
          <w:tcPr>
            <w:tcW w:type="dxa" w:w="4986"/>
          </w:tcPr>
          <w:p>
            <w:pPr>
              <w:jc w:val="left"/>
            </w:pPr>
            <w:r>
              <w:t>Condition potentially life-threatening, seen within 15 minutes</w:t>
            </w:r>
          </w:p>
        </w:tc>
      </w:tr>
      <w:tr>
        <w:tc>
          <w:tcPr>
            <w:tcW w:type="dxa" w:w="4986"/>
          </w:tcPr>
          <w:p>
            <w:pPr>
              <w:jc w:val="left"/>
            </w:pPr>
            <w:r>
              <w:t>[  ] Less Urgent</w:t>
            </w:r>
          </w:p>
        </w:tc>
        <w:tc>
          <w:tcPr>
            <w:tcW w:type="dxa" w:w="4986"/>
          </w:tcPr>
          <w:p>
            <w:pPr>
              <w:jc w:val="left"/>
            </w:pPr>
            <w:r>
              <w:t>Stable but requires prompt evaluation</w:t>
            </w:r>
          </w:p>
        </w:tc>
      </w:tr>
      <w:tr>
        <w:tc>
          <w:tcPr>
            <w:tcW w:type="dxa" w:w="4986"/>
          </w:tcPr>
          <w:p>
            <w:pPr>
              <w:jc w:val="left"/>
            </w:pPr>
            <w:r>
              <w:t>[  ] Non-Urgent</w:t>
            </w:r>
          </w:p>
        </w:tc>
        <w:tc>
          <w:tcPr>
            <w:tcW w:type="dxa" w:w="4986"/>
          </w:tcPr>
          <w:p>
            <w:pPr>
              <w:jc w:val="left"/>
            </w:pPr>
            <w:r>
              <w:t>Stable, can wait for evaluation</w:t>
            </w:r>
          </w:p>
        </w:tc>
      </w:tr>
    </w:tbl>
    <w:p/>
    <w:p>
      <w:r>
        <w:rPr>
          <w:b/>
          <w:sz w:val="20"/>
        </w:rPr>
        <w:t>Initial Vital Signs Stable: __ Yes  __ No</w:t>
      </w:r>
    </w:p>
    <w:p>
      <w:r>
        <w:rPr>
          <w:b/>
          <w:sz w:val="20"/>
        </w:rPr>
        <w:t>Pain Severity (0–10): __________</w:t>
      </w:r>
    </w:p>
    <w:p>
      <w:r>
        <w:rPr>
          <w:b/>
          <w:sz w:val="20"/>
        </w:rPr>
        <w:t>Additional Notes:</w:t>
      </w:r>
    </w:p>
    <w:p>
      <w:r>
        <w:rPr>
          <w:b w:val="0"/>
          <w:sz w:val="20"/>
        </w:rPr>
        <w:t>______________________________________________________________________</w:t>
      </w:r>
    </w:p>
    <w:p>
      <w:r>
        <w:rPr>
          <w:b w:val="0"/>
          <w:sz w:val="20"/>
        </w:rPr>
        <w:t>______________________________________________________________________</w:t>
      </w:r>
    </w:p>
    <w:p/>
    <w:p>
      <w:r>
        <w:rPr>
          <w:b/>
          <w:sz w:val="20"/>
        </w:rPr>
        <w:t>TRIAGE NURSE / STAFF DETAILS</w:t>
      </w:r>
    </w:p>
    <w:p>
      <w:r>
        <w:rPr>
          <w:b w:val="0"/>
          <w:sz w:val="20"/>
        </w:rPr>
        <w:t>Name: _______________________________________________________________</w:t>
      </w:r>
    </w:p>
    <w:p>
      <w:r>
        <w:rPr>
          <w:b w:val="0"/>
          <w:sz w:val="20"/>
        </w:rPr>
        <w:t>Title/Role: __________________________________________________________</w:t>
      </w:r>
    </w:p>
    <w:p>
      <w:r>
        <w:rPr>
          <w:b w:val="0"/>
          <w:sz w:val="20"/>
        </w:rPr>
        <w:t>Signature: ___________________________________________________________</w:t>
      </w:r>
    </w:p>
    <w:p>
      <w:r>
        <w:rPr>
          <w:b w:val="0"/>
          <w:sz w:val="20"/>
        </w:rPr>
        <w:t>Time of Triage Completion: ___________________________________________</w:t>
      </w:r>
    </w:p>
    <w:p/>
    <w:p/>
    <w:p>
      <w:r>
        <w:rPr>
          <w:b/>
          <w:sz w:val="20"/>
        </w:rPr>
        <w:t>LEGAL NOTICE</w:t>
      </w:r>
    </w:p>
    <w:p>
      <w:r>
        <w:rPr>
          <w:b w:val="0"/>
          <w:sz w:val="20"/>
        </w:rPr>
        <w:t>This triage form is a medical record document used to evaluate the urgency and priority of patient care. The information provided is accurate to the best of the triage staff's knowledge at the time of assessment. This form does not constitute a final diagnosis or treatment plan. The patient consents to the use of this information for medical evaluation and treatment purposes in compliance with United States laws and regulations, including HIPAA privacy rules.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 / Guardian</w:t>
            </w:r>
          </w:p>
        </w:tc>
        <w:tc>
          <w:tcPr>
            <w:tcW w:type="dxa" w:w="4986"/>
            <w:tcBorders>
              <w:top w:val="nil"/>
              <w:left w:val="nil"/>
              <w:bottom w:val="nil"/>
              <w:right w:val="nil"/>
              <w:insideH w:val="nil"/>
              <w:insideV w:val="nil"/>
            </w:tcBorders>
          </w:tcPr>
          <w:p>
            <w:pPr>
              <w:jc w:val="center"/>
            </w:pPr>
            <w:r>
              <w:t>Triage Nurse / Staff</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https://form247-us.com/triage-form/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triage-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