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TRANSCRIPT REQUEST FORM</w:t>
      </w:r>
    </w:p>
    <w:p/>
    <w:p>
      <w:r>
        <w:rPr>
          <w:b/>
          <w:sz w:val="20"/>
        </w:rPr>
        <w:t>1. Personal Information</w:t>
      </w:r>
    </w:p>
    <w:p>
      <w:r>
        <w:rPr>
          <w:b w:val="0"/>
          <w:sz w:val="20"/>
        </w:rPr>
        <w:t>Full Name: ______________________________________________________________</w:t>
      </w:r>
    </w:p>
    <w:p>
      <w:r>
        <w:rPr>
          <w:b w:val="0"/>
          <w:sz w:val="20"/>
        </w:rPr>
        <w:t>Date of Birth: ___________________________________________________________</w:t>
      </w:r>
    </w:p>
    <w:p>
      <w:r>
        <w:rPr>
          <w:b w:val="0"/>
          <w:sz w:val="20"/>
        </w:rPr>
        <w:t>Student ID Number (if known): ____________________________________________</w:t>
      </w:r>
    </w:p>
    <w:p>
      <w:r>
        <w:rPr>
          <w:b w:val="0"/>
          <w:sz w:val="20"/>
        </w:rPr>
        <w:t>Current Address: _________________________________________________________</w:t>
      </w:r>
    </w:p>
    <w:p>
      <w:r>
        <w:rPr>
          <w:b w:val="0"/>
          <w:sz w:val="20"/>
        </w:rPr>
        <w:t xml:space="preserve">                _________________________________________________________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r>
        <w:rPr>
          <w:b/>
          <w:sz w:val="20"/>
        </w:rPr>
        <w:t>2. Academic Information</w:t>
      </w:r>
    </w:p>
    <w:p>
      <w:r>
        <w:rPr>
          <w:b w:val="0"/>
          <w:sz w:val="20"/>
        </w:rPr>
        <w:t>Institution Name: ________________________________________________________</w:t>
      </w:r>
    </w:p>
    <w:p>
      <w:r>
        <w:rPr>
          <w:b w:val="0"/>
          <w:sz w:val="20"/>
        </w:rPr>
        <w:t>Department/Major: ________________________________________________________</w:t>
      </w:r>
    </w:p>
    <w:p>
      <w:r>
        <w:rPr>
          <w:b w:val="0"/>
          <w:sz w:val="20"/>
        </w:rPr>
        <w:t>Dates of Attendance: _____________________________________________________</w:t>
      </w:r>
    </w:p>
    <w:p>
      <w:r>
        <w:rPr>
          <w:b w:val="0"/>
          <w:sz w:val="20"/>
        </w:rPr>
        <w:t>Degree(s) Awarded: _______________________________________________________</w:t>
      </w:r>
    </w:p>
    <w:p>
      <w:r>
        <w:rPr>
          <w:b w:val="0"/>
          <w:sz w:val="20"/>
        </w:rPr>
        <w:t>Last Date Attended: ______________________________________________________</w:t>
      </w:r>
    </w:p>
    <w:p/>
    <w:p>
      <w:r>
        <w:rPr>
          <w:b/>
          <w:sz w:val="20"/>
        </w:rPr>
        <w:t>3. Transcript Request Details</w:t>
      </w:r>
    </w:p>
    <w:p>
      <w:r>
        <w:rPr>
          <w:b w:val="0"/>
          <w:sz w:val="20"/>
        </w:rPr>
        <w:t>Number of Copies Requested: ____________________</w:t>
      </w:r>
    </w:p>
    <w:p>
      <w:r>
        <w:rPr>
          <w:b w:val="0"/>
          <w:sz w:val="20"/>
        </w:rPr>
        <w:t>Delivery Method (select one):</w:t>
      </w:r>
    </w:p>
    <w:p>
      <w:r>
        <w:rPr>
          <w:b w:val="0"/>
          <w:sz w:val="20"/>
        </w:rPr>
        <w:t xml:space="preserve">    ☐ Pick up in person</w:t>
      </w:r>
    </w:p>
    <w:p>
      <w:r>
        <w:rPr>
          <w:b w:val="0"/>
          <w:sz w:val="20"/>
        </w:rPr>
        <w:t xml:space="preserve">    ☐ Mail to address below:</w:t>
      </w:r>
    </w:p>
    <w:p>
      <w:r>
        <w:rPr>
          <w:b w:val="0"/>
          <w:sz w:val="20"/>
        </w:rPr>
        <w:t xml:space="preserve">        ________________________________________________________________</w:t>
      </w:r>
    </w:p>
    <w:p>
      <w:r>
        <w:rPr>
          <w:b w:val="0"/>
          <w:sz w:val="20"/>
        </w:rPr>
        <w:t xml:space="preserve">        ________________________________________________________________</w:t>
      </w:r>
    </w:p>
    <w:p>
      <w:r>
        <w:rPr>
          <w:b w:val="0"/>
          <w:sz w:val="20"/>
        </w:rPr>
        <w:t xml:space="preserve">    ☐ Electronically to email address(es):</w:t>
      </w:r>
    </w:p>
    <w:p>
      <w:r>
        <w:rPr>
          <w:b w:val="0"/>
          <w:sz w:val="20"/>
        </w:rPr>
        <w:t xml:space="preserve">        ________________________________________________________________</w:t>
      </w:r>
    </w:p>
    <w:p>
      <w:r>
        <w:rPr>
          <w:b w:val="0"/>
          <w:sz w:val="20"/>
        </w:rPr>
        <w:t xml:space="preserve">        ________________________________________________________________</w:t>
      </w:r>
    </w:p>
    <w:p/>
    <w:p>
      <w:r>
        <w:rPr>
          <w:b/>
          <w:sz w:val="20"/>
        </w:rPr>
        <w:t>4. Fees and Payment</w:t>
      </w:r>
    </w:p>
    <w:p>
      <w:r>
        <w:rPr>
          <w:b w:val="0"/>
          <w:sz w:val="20"/>
        </w:rPr>
        <w:t>I understand that transcript requests may require payment of applicable fees in accordance with institutional policies.</w:t>
      </w:r>
    </w:p>
    <w:p>
      <w:r>
        <w:rPr>
          <w:b w:val="0"/>
          <w:sz w:val="20"/>
        </w:rPr>
        <w:t>Payment Method (select one):</w:t>
      </w:r>
    </w:p>
    <w:p>
      <w:r>
        <w:rPr>
          <w:b w:val="0"/>
          <w:sz w:val="20"/>
        </w:rPr>
        <w:t xml:space="preserve">    ☐ Check or Money Order</w:t>
      </w:r>
    </w:p>
    <w:p>
      <w:r>
        <w:rPr>
          <w:b w:val="0"/>
          <w:sz w:val="20"/>
        </w:rPr>
        <w:t xml:space="preserve">    ☐ Credit Card</w:t>
      </w:r>
    </w:p>
    <w:p>
      <w:r>
        <w:rPr>
          <w:b w:val="0"/>
          <w:sz w:val="20"/>
        </w:rPr>
        <w:t xml:space="preserve">    ☐ Cash (if in person)</w:t>
      </w:r>
    </w:p>
    <w:p>
      <w:r>
        <w:rPr>
          <w:b w:val="0"/>
          <w:sz w:val="20"/>
        </w:rPr>
        <w:t xml:space="preserve">    ☐ Other: _________________________________________</w:t>
      </w:r>
    </w:p>
    <w:p/>
    <w:p>
      <w:r>
        <w:rPr>
          <w:b/>
          <w:sz w:val="20"/>
        </w:rPr>
        <w:t>5. Authorization</w:t>
      </w:r>
    </w:p>
    <w:p>
      <w:r>
        <w:rPr>
          <w:b w:val="0"/>
          <w:sz w:val="20"/>
        </w:rPr>
        <w:t>By signing below, I certify that I am the individual named above or authorized to request this transcript on behalf of the individual.</w:t>
      </w:r>
    </w:p>
    <w:p>
      <w:r>
        <w:rPr>
          <w:b w:val="0"/>
          <w:sz w:val="20"/>
        </w:rPr>
        <w:t>I understand that falsification of information may result in denial of this request and possible legal action.</w:t>
      </w:r>
    </w:p>
    <w:p>
      <w:r>
        <w:rPr>
          <w:b w:val="0"/>
          <w:sz w:val="20"/>
        </w:rPr>
      </w:r>
    </w:p>
    <w:p>
      <w:r>
        <w:rPr>
          <w:b w:val="0"/>
          <w:sz w:val="20"/>
        </w:rPr>
        <w:t>Signature: ____________________________________________</w:t>
      </w:r>
    </w:p>
    <w:p>
      <w:r>
        <w:rPr>
          <w:b w:val="0"/>
          <w:sz w:val="20"/>
        </w:rPr>
        <w:t>Printed Name: _________________________________________</w:t>
      </w:r>
    </w:p>
    <w:p>
      <w:r>
        <w:rPr>
          <w:b w:val="0"/>
          <w:sz w:val="20"/>
        </w:rPr>
        <w:t>Relationship to Student (if not self): ____________________</w:t>
      </w:r>
    </w:p>
    <w:p>
      <w:r>
        <w:rPr>
          <w:b w:val="0"/>
          <w:sz w:val="20"/>
        </w:rPr>
        <w:t>Date: _________________________________________________</w:t>
      </w:r>
    </w:p>
    <w:p/>
    <w:p/>
    <w:p>
      <w:r>
        <w:rPr>
          <w:b/>
          <w:sz w:val="20"/>
        </w:rPr>
        <w:t>6. Disclaimer and Privacy Notice</w:t>
      </w:r>
    </w:p>
    <w:p>
      <w:r>
        <w:rPr>
          <w:b w:val="0"/>
          <w:sz w:val="20"/>
        </w:rPr>
        <w:t>This transcript request form is subject to the Family Educational Rights and Privacy Act (FERPA), which protects the privacy of student education records. The institution will only release transcripts to authorized individuals or entities in compliance with applicable law.</w:t>
      </w:r>
    </w:p>
    <w:p>
      <w:r>
        <w:rPr>
          <w:b w:val="0"/>
          <w:sz w:val="20"/>
        </w:rPr>
        <w:t>Requests that do not comply with institutional policies or legal requirements may be denied.</w:t>
      </w:r>
    </w:p>
    <w:p/>
    <w:p>
      <w:r>
        <w:rPr>
          <w:b/>
          <w:sz w:val="20"/>
        </w:rPr>
        <w:t>7. Institutional Use Only</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Processed By:</w:t>
            </w:r>
          </w:p>
        </w:tc>
        <w:tc>
          <w:tcPr>
            <w:tcW w:type="dxa" w:w="4986"/>
            <w:tcBorders>
              <w:top w:val="nil"/>
              <w:left w:val="nil"/>
              <w:bottom w:val="nil"/>
              <w:right w:val="nil"/>
              <w:insideH w:val="nil"/>
              <w:insideV w:val="nil"/>
            </w:tcBorders>
          </w:tcPr>
          <w:p>
            <w:pPr>
              <w:jc w:val="left"/>
            </w:pPr>
            <w:r>
              <w:t>Date Processed:</w:t>
            </w:r>
          </w:p>
        </w:tc>
      </w:tr>
      <w:tr>
        <w:tc>
          <w:tcPr>
            <w:tcW w:type="dxa" w:w="4986"/>
            <w:tcBorders>
              <w:top w:val="nil"/>
              <w:left w:val="nil"/>
              <w:bottom w:val="nil"/>
              <w:right w:val="nil"/>
              <w:insideH w:val="nil"/>
              <w:insideV w:val="nil"/>
            </w:tcBorders>
          </w:tcPr>
          <w:p>
            <w:pPr>
              <w:jc w:val="left"/>
            </w:pPr>
            <w:r>
              <w:t>Payment Received (Amount):</w:t>
            </w:r>
          </w:p>
        </w:tc>
        <w:tc>
          <w:tcPr>
            <w:tcW w:type="dxa" w:w="4986"/>
            <w:tcBorders>
              <w:top w:val="nil"/>
              <w:left w:val="nil"/>
              <w:bottom w:val="nil"/>
              <w:right w:val="nil"/>
              <w:insideH w:val="nil"/>
              <w:insideV w:val="nil"/>
            </w:tcBorders>
          </w:tcPr>
          <w:p>
            <w:pPr>
              <w:jc w:val="left"/>
            </w:pPr>
            <w:r>
              <w:t>Payment Method:</w:t>
            </w:r>
          </w:p>
        </w:tc>
      </w:tr>
      <w:tr>
        <w:tc>
          <w:tcPr>
            <w:tcW w:type="dxa" w:w="4986"/>
            <w:tcBorders>
              <w:top w:val="nil"/>
              <w:left w:val="nil"/>
              <w:bottom w:val="nil"/>
              <w:right w:val="nil"/>
              <w:insideH w:val="nil"/>
              <w:insideV w:val="nil"/>
            </w:tcBorders>
          </w:tcPr>
          <w:p>
            <w:pPr>
              <w:jc w:val="left"/>
            </w:pPr>
            <w:r>
              <w:t>Transcript Copy Number(s):</w:t>
            </w:r>
          </w:p>
        </w:tc>
        <w:tc>
          <w:tcPr>
            <w:tcW w:type="dxa" w:w="4986"/>
            <w:tcBorders>
              <w:top w:val="nil"/>
              <w:left w:val="nil"/>
              <w:bottom w:val="nil"/>
              <w:right w:val="nil"/>
              <w:insideH w:val="nil"/>
              <w:insideV w:val="nil"/>
            </w:tcBorders>
          </w:tcPr>
          <w:p>
            <w:pPr>
              <w:jc w:val="left"/>
            </w:pPr>
            <w:r>
              <w:t>Delivery Method Confirmed:</w:t>
            </w:r>
          </w:p>
        </w:tc>
      </w:tr>
      <w:tr>
        <w:tc>
          <w:tcPr>
            <w:tcW w:type="dxa" w:w="4986"/>
            <w:tcBorders>
              <w:top w:val="nil"/>
              <w:left w:val="nil"/>
              <w:bottom w:val="nil"/>
              <w:right w:val="nil"/>
              <w:insideH w:val="nil"/>
              <w:insideV w:val="nil"/>
            </w:tcBorders>
          </w:tcPr>
          <w:p>
            <w:pPr>
              <w:jc w:val="left"/>
            </w:pPr>
            <w:r>
              <w:t>Special Instructions:</w:t>
            </w:r>
          </w:p>
        </w:tc>
        <w:tc>
          <w:tcPr>
            <w:tcW w:type="dxa" w:w="4986"/>
            <w:tcBorders>
              <w:top w:val="nil"/>
              <w:left w:val="nil"/>
              <w:bottom w:val="nil"/>
              <w:right w:val="nil"/>
              <w:insideH w:val="nil"/>
              <w:insideV w:val="nil"/>
            </w:tcBorders>
          </w:tcPr>
          <w:p>
            <w:pPr>
              <w:jc w:val="left"/>
            </w:pPr>
            <w:r/>
          </w:p>
        </w:tc>
      </w:tr>
      <w:tr>
        <w:tc>
          <w:tcPr>
            <w:tcW w:type="dxa" w:w="4986"/>
            <w:tcBorders>
              <w:top w:val="nil"/>
              <w:left w:val="nil"/>
              <w:bottom w:val="nil"/>
              <w:right w:val="nil"/>
              <w:insideH w:val="nil"/>
              <w:insideV w:val="nil"/>
            </w:tcBorders>
          </w:tcPr>
          <w:p>
            <w:pPr>
              <w:jc w:val="left"/>
            </w:pPr>
            <w:r>
              <w:t>Additional Notes:</w:t>
            </w:r>
          </w:p>
        </w:tc>
        <w:tc>
          <w:tcPr>
            <w:tcW w:type="dxa" w:w="4986"/>
            <w:tcBorders>
              <w:top w:val="nil"/>
              <w:left w:val="nil"/>
              <w:bottom w:val="nil"/>
              <w:right w:val="nil"/>
              <w:insideH w:val="nil"/>
              <w:insideV w:val="nil"/>
            </w:tcBorders>
          </w:tcPr>
          <w:p>
            <w:pPr>
              <w:jc w:val="left"/>
            </w:pPr>
            <w:r/>
          </w:p>
        </w:tc>
      </w:tr>
    </w:tbl>
    <w:p>
      <w:r>
        <w:br w:type="page"/>
      </w:r>
    </w:p>
    <w:p>
      <w:pPr>
        <w:jc w:val="center"/>
      </w:pPr>
      <w:r>
        <w:rPr>
          <w:color w:val="555555"/>
          <w:sz w:val="24"/>
        </w:rPr>
        <w:t>Original source of this document:</w:t>
      </w:r>
    </w:p>
    <w:p>
      <w:pPr>
        <w:jc w:val="center"/>
      </w:pPr>
      <w:hyperlink r:id="rId9">
        <w:r>
          <w:rPr>
            <w:color w:val="0000FF"/>
            <w:u w:val="single"/>
          </w:rPr>
          <w:t>https://form247-us.com/transcript-request-form/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transcript-reques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