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LEASE AGREEMENT</w:t>
      </w:r>
    </w:p>
    <w:p/>
    <w:p>
      <w:r>
        <w:rPr>
          <w:b/>
          <w:sz w:val="20"/>
        </w:rPr>
        <w:t>This Residential Lease Agreement ("Lease") is made between the following parties:</w:t>
      </w:r>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Name(s): _________________________________________________________</w:t>
      </w:r>
    </w:p>
    <w:p>
      <w:r>
        <w:rPr>
          <w:b w:val="0"/>
          <w:sz w:val="20"/>
        </w:rPr>
        <w:t>Current Address: 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Premises to be Rented:</w:t>
      </w:r>
    </w:p>
    <w:p>
      <w:r>
        <w:rPr>
          <w:b w:val="0"/>
          <w:sz w:val="20"/>
        </w:rPr>
        <w:t>Address: ______________________________________________________________</w:t>
      </w:r>
    </w:p>
    <w:p>
      <w:r>
        <w:rPr>
          <w:b w:val="0"/>
          <w:sz w:val="20"/>
        </w:rPr>
        <w:t>Unit/Apt #: _________________________</w:t>
      </w:r>
    </w:p>
    <w:p>
      <w:r>
        <w:rPr>
          <w:b w:val="0"/>
          <w:sz w:val="20"/>
        </w:rPr>
        <w:t>Type of Property: ______________________________________________________</w:t>
      </w:r>
    </w:p>
    <w:p/>
    <w:p>
      <w:r>
        <w:rPr>
          <w:b/>
          <w:sz w:val="20"/>
        </w:rPr>
        <w:t>Term of Lease:</w:t>
      </w:r>
    </w:p>
    <w:p>
      <w:r>
        <w:rPr>
          <w:b w:val="0"/>
          <w:sz w:val="20"/>
        </w:rPr>
        <w:t>The lease shall commence on ______________________ and end on ______________________.</w:t>
      </w:r>
    </w:p>
    <w:p>
      <w:r>
        <w:rPr>
          <w:b w:val="0"/>
          <w:sz w:val="20"/>
        </w:rPr>
        <w:t>Tenant shall have the right to occupy the Premises for the duration of the Lease term, subject to all terms and conditions set forth herein.</w:t>
      </w:r>
    </w:p>
    <w:p/>
    <w:p>
      <w:r>
        <w:rPr>
          <w:b/>
          <w:sz w:val="20"/>
        </w:rPr>
        <w:t>Rent and Payment:</w:t>
      </w:r>
    </w:p>
    <w:p>
      <w:r>
        <w:rPr>
          <w:b w:val="0"/>
          <w:sz w:val="20"/>
        </w:rPr>
        <w:t>Monthly Rent Amount: $________________</w:t>
      </w:r>
    </w:p>
    <w:p>
      <w:r>
        <w:rPr>
          <w:b w:val="0"/>
          <w:sz w:val="20"/>
        </w:rPr>
        <w:t>Rent is payable in advance on the first day of each month to Landlord at the address specified above or at another place designated by Landlord.</w:t>
      </w:r>
    </w:p>
    <w:p>
      <w:r>
        <w:rPr>
          <w:b w:val="0"/>
          <w:sz w:val="20"/>
        </w:rPr>
        <w:t>Late fees: Rent not received within ______ days of due date shall incur a late fee of $_________.</w:t>
      </w:r>
    </w:p>
    <w:p/>
    <w:p>
      <w:r>
        <w:rPr>
          <w:b/>
          <w:sz w:val="20"/>
        </w:rPr>
        <w:t>Security Deposit:</w:t>
      </w:r>
    </w:p>
    <w:p>
      <w:r>
        <w:rPr>
          <w:b w:val="0"/>
          <w:sz w:val="20"/>
        </w:rPr>
        <w:t>Tenant shall pay a security deposit of $_____________ upon execution of this Lease.</w:t>
      </w:r>
    </w:p>
    <w:p>
      <w:r>
        <w:rPr>
          <w:b w:val="0"/>
          <w:sz w:val="20"/>
        </w:rPr>
        <w:t>The security deposit will be held to cover damages beyond normal wear and tear, unpaid rent, or other defaults by Tenant under this Lease.</w:t>
      </w:r>
    </w:p>
    <w:p>
      <w:r>
        <w:rPr>
          <w:b w:val="0"/>
          <w:sz w:val="20"/>
        </w:rPr>
        <w:t>The security deposit will be returned to Tenant within 30 days after the Lease terminates, less any lawful deductions, with an itemized statement of such deductions.</w:t>
      </w:r>
    </w:p>
    <w:p/>
    <w:p>
      <w:r>
        <w:rPr>
          <w:b/>
          <w:sz w:val="20"/>
        </w:rPr>
        <w:t>Utilities and Services:</w:t>
      </w:r>
    </w:p>
    <w:p>
      <w:r>
        <w:rPr>
          <w:b w:val="0"/>
          <w:sz w:val="20"/>
        </w:rPr>
        <w:t>Tenant shall be responsible for payment of the following utilities and services: _______________________________</w:t>
      </w:r>
    </w:p>
    <w:p>
      <w:r>
        <w:rPr>
          <w:b w:val="0"/>
          <w:sz w:val="20"/>
        </w:rPr>
        <w:t>Landlord shall be responsible for payment of the following utilities and services: ______________________________</w:t>
      </w:r>
    </w:p>
    <w:p/>
    <w:p>
      <w:r>
        <w:rPr>
          <w:b/>
          <w:sz w:val="20"/>
        </w:rPr>
        <w:t>Use of Premises:</w:t>
      </w:r>
    </w:p>
    <w:p>
      <w:r>
        <w:rPr>
          <w:b w:val="0"/>
          <w:sz w:val="20"/>
        </w:rPr>
        <w:t>The Premises shall be used exclusively as a residential dwelling by Tenant and no other persons.</w:t>
      </w:r>
    </w:p>
    <w:p>
      <w:r>
        <w:rPr>
          <w:b w:val="0"/>
          <w:sz w:val="20"/>
        </w:rPr>
        <w:t>Tenant shall comply with all applicable laws, ordinances, and regulations.</w:t>
      </w:r>
    </w:p>
    <w:p>
      <w:r>
        <w:rPr>
          <w:b w:val="0"/>
          <w:sz w:val="20"/>
        </w:rPr>
        <w:t>No unlawful activities shall be conducted on the Premises.</w:t>
      </w:r>
    </w:p>
    <w:p/>
    <w:p>
      <w:r>
        <w:rPr>
          <w:b/>
          <w:sz w:val="20"/>
        </w:rPr>
        <w:t>Occupants and Guests:</w:t>
      </w:r>
    </w:p>
    <w:p>
      <w:r>
        <w:rPr>
          <w:b w:val="0"/>
          <w:sz w:val="20"/>
        </w:rPr>
        <w:t>Only the following persons shall occupy the Premises: _______________________________</w:t>
      </w:r>
    </w:p>
    <w:p>
      <w:r>
        <w:rPr>
          <w:b w:val="0"/>
          <w:sz w:val="20"/>
        </w:rPr>
        <w:t>Tenant shall be responsible for the conduct of all occupants and guests, and any violation of this Lease by them shall be deemed a violation by Tenant.</w:t>
      </w:r>
    </w:p>
    <w:p/>
    <w:p>
      <w:r>
        <w:rPr>
          <w:b/>
          <w:sz w:val="20"/>
        </w:rPr>
        <w:t>Maintenance and Repairs:</w:t>
      </w:r>
    </w:p>
    <w:p>
      <w:r>
        <w:rPr>
          <w:b w:val="0"/>
          <w:sz w:val="20"/>
        </w:rPr>
        <w:t>Tenant shall keep the Premises clean and in good condition and shall promptly notify Landlord of any damage or needed repairs.</w:t>
      </w:r>
    </w:p>
    <w:p>
      <w:r>
        <w:rPr>
          <w:b w:val="0"/>
          <w:sz w:val="20"/>
        </w:rPr>
        <w:t>Tenant shall not make alterations or improvements without Landlord's prior written consent.</w:t>
      </w:r>
    </w:p>
    <w:p>
      <w:r>
        <w:rPr>
          <w:b w:val="0"/>
          <w:sz w:val="20"/>
        </w:rPr>
        <w:t>Landlord shall be responsible for repairs not caused by Tenant’s negligence or misuse.</w:t>
      </w:r>
    </w:p>
    <w:p/>
    <w:p>
      <w:r>
        <w:rPr>
          <w:b/>
          <w:sz w:val="20"/>
        </w:rPr>
        <w:t>Entry by Landlord:</w:t>
      </w:r>
    </w:p>
    <w:p>
      <w:r>
        <w:rPr>
          <w:b w:val="0"/>
          <w:sz w:val="20"/>
        </w:rPr>
        <w:t>Landlord or Landlord’s agents may enter the Premises during reasonable hours to inspect, make repairs, or show the property, upon providing at least 24 hours' notice, except in emergencies.</w:t>
      </w:r>
    </w:p>
    <w:p/>
    <w:p>
      <w:r>
        <w:rPr>
          <w:b/>
          <w:sz w:val="20"/>
        </w:rPr>
        <w:t>Pets:</w:t>
      </w:r>
    </w:p>
    <w:p>
      <w:r>
        <w:rPr>
          <w:b w:val="0"/>
          <w:sz w:val="20"/>
        </w:rPr>
        <w:t>Pets are (allowed / not allowed). If allowed, the following conditions apply:</w:t>
      </w:r>
    </w:p>
    <w:p>
      <w:r>
        <w:rPr>
          <w:b w:val="0"/>
          <w:sz w:val="20"/>
        </w:rPr>
        <w:t>______________________________________________________________________________</w:t>
      </w:r>
    </w:p>
    <w:p/>
    <w:p>
      <w:r>
        <w:rPr>
          <w:b/>
          <w:sz w:val="20"/>
        </w:rPr>
        <w:t>Subletting and Assignment:</w:t>
      </w:r>
    </w:p>
    <w:p>
      <w:r>
        <w:rPr>
          <w:b w:val="0"/>
          <w:sz w:val="20"/>
        </w:rPr>
        <w:t>Tenant shall not assign this Lease or sublet any portion of the Premises without the prior written consent of Landlord.</w:t>
      </w:r>
    </w:p>
    <w:p/>
    <w:p>
      <w:r>
        <w:rPr>
          <w:b/>
          <w:sz w:val="20"/>
        </w:rPr>
        <w:t>Default and Remedies:</w:t>
      </w:r>
    </w:p>
    <w:p>
      <w:r>
        <w:rPr>
          <w:b w:val="0"/>
          <w:sz w:val="20"/>
        </w:rPr>
        <w:t>In the event of default by Tenant, including but not limited to failure to pay rent or breach of any term of this Lease, Landlord may terminate this Lease and pursue all remedies available under law.</w:t>
      </w:r>
    </w:p>
    <w:p>
      <w:r>
        <w:rPr>
          <w:b w:val="0"/>
          <w:sz w:val="20"/>
        </w:rPr>
        <w:t>Tenant shall be responsible for all costs and expenses, including attorney fees, incurred by Landlord in enforcing this Lease.</w:t>
      </w:r>
    </w:p>
    <w:p/>
    <w:p>
      <w:r>
        <w:rPr>
          <w:b/>
          <w:sz w:val="20"/>
        </w:rPr>
        <w:t>Indemnification and Liability:</w:t>
      </w:r>
    </w:p>
    <w:p>
      <w:r>
        <w:rPr>
          <w:b w:val="0"/>
          <w:sz w:val="20"/>
        </w:rPr>
        <w:t>Tenant agrees to indemnify and hold Landlord harmless from any claims, damages, or expenses arising from Tenant’s use of the Premises, except to the extent caused by Landlord’s negligence or willful misconduct.</w:t>
      </w:r>
    </w:p>
    <w:p/>
    <w:p>
      <w:r>
        <w:rPr>
          <w:b/>
          <w:sz w:val="20"/>
        </w:rPr>
        <w:t>Governing Law:</w:t>
      </w:r>
    </w:p>
    <w:p>
      <w:r>
        <w:rPr>
          <w:b w:val="0"/>
          <w:sz w:val="20"/>
        </w:rPr>
        <w:t>This Lease shall be governed by and construed in accordance with the laws of the State of ______________________.</w:t>
      </w:r>
    </w:p>
    <w:p/>
    <w:p>
      <w:r>
        <w:rPr>
          <w:b/>
          <w:sz w:val="20"/>
        </w:rPr>
        <w:t>Entire Agreement:</w:t>
      </w:r>
    </w:p>
    <w:p>
      <w:r>
        <w:rPr>
          <w:b w:val="0"/>
          <w:sz w:val="20"/>
        </w:rPr>
        <w:t>This Lease constitutes the entire agreement between the parties and supersedes all prior negotiations, representations, or agreements, whether written or oral.</w:t>
      </w:r>
    </w:p>
    <w:p>
      <w:r>
        <w:rPr>
          <w:b w:val="0"/>
          <w:sz w:val="20"/>
        </w:rPr>
        <w:t>Any amendments must be in writing and signed by both parties.</w:t>
      </w:r>
    </w:p>
    <w:p/>
    <w:p>
      <w:r>
        <w:rPr>
          <w:b/>
          <w:sz w:val="20"/>
        </w:rPr>
        <w:t>Severability:</w:t>
      </w:r>
    </w:p>
    <w:p>
      <w:r>
        <w:rPr>
          <w:b w:val="0"/>
          <w:sz w:val="20"/>
        </w:rPr>
        <w:t>If any provision of this Lease is found invalid or unenforceable, the remaining provisions shall remain in full force and effect.</w:t>
      </w:r>
    </w:p>
    <w:p/>
    <w:p>
      <w:r>
        <w:rPr>
          <w:b/>
          <w:sz w:val="20"/>
        </w:rPr>
        <w:t>Waiver:</w:t>
      </w:r>
    </w:p>
    <w:p>
      <w:r>
        <w:rPr>
          <w:b w:val="0"/>
          <w:sz w:val="20"/>
        </w:rPr>
        <w:t>Failure to enforce any provision of this Lease shall not be deemed a waiver of Landlord’s right to enforce such provision or any other provision in the future.</w:t>
      </w:r>
    </w:p>
    <w:p/>
    <w:p>
      <w:r>
        <w:rPr>
          <w:b/>
          <w:sz w:val="20"/>
        </w:rPr>
        <w:t>Notices:</w:t>
      </w:r>
    </w:p>
    <w:p>
      <w:r>
        <w:rPr>
          <w:b w:val="0"/>
          <w:sz w:val="20"/>
        </w:rPr>
        <w:t>All notices under this Lease shall be in writing and delivered personally, by mail, or email to the addresses listed above, or as otherwise designated by the parties in writing.</w:t>
      </w:r>
    </w:p>
    <w:p/>
    <w:p/>
    <w:p>
      <w:r>
        <w:rPr>
          <w:b/>
          <w:sz w:val="20"/>
        </w:rPr>
        <w:t>IN WITNESS WHEREOF, the parties have executed this Lease as of the date written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https://form247-us.com/tenant-form/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tenant-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