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TENNESSEE DEPARTMENT OF REVENUE</w:t>
      </w:r>
    </w:p>
    <w:p>
      <w:pPr>
        <w:jc w:val="center"/>
      </w:pPr>
      <w:r>
        <w:rPr>
          <w:b/>
          <w:sz w:val="20"/>
        </w:rPr>
        <w:t>TENNESSEE BOAT REGISTRATION APPLICATION (TB-1 FORM)</w:t>
      </w:r>
    </w:p>
    <w:p/>
    <w:p/>
    <w:p>
      <w:r>
        <w:rPr>
          <w:b/>
          <w:sz w:val="22"/>
        </w:rPr>
        <w:t>Section 1 – Applicant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___________________________ State: ___________ Zip Code: _________</w:t>
      </w:r>
    </w:p>
    <w:p>
      <w:r>
        <w:rPr>
          <w:b w:val="0"/>
          <w:sz w:val="20"/>
        </w:rPr>
        <w:t>Phone Number: _________________________________________________________</w:t>
      </w:r>
    </w:p>
    <w:p>
      <w:r>
        <w:rPr>
          <w:b w:val="0"/>
          <w:sz w:val="20"/>
        </w:rPr>
        <w:t>Email Address: _________________________________________________________</w:t>
      </w:r>
    </w:p>
    <w:p/>
    <w:p>
      <w:r>
        <w:rPr>
          <w:b/>
          <w:sz w:val="22"/>
        </w:rPr>
        <w:t>Section 2 – Owner Information (if different from applicant)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___________________________ State: ___________ Zip Code: _________</w:t>
      </w:r>
    </w:p>
    <w:p>
      <w:r>
        <w:rPr>
          <w:b w:val="0"/>
          <w:sz w:val="20"/>
        </w:rPr>
        <w:t>Phone Number: _________________________________________________________</w:t>
      </w:r>
    </w:p>
    <w:p/>
    <w:p>
      <w:r>
        <w:rPr>
          <w:b/>
          <w:sz w:val="22"/>
        </w:rPr>
        <w:t>Section 3 – Boat Description</w:t>
      </w:r>
    </w:p>
    <w:p>
      <w:r>
        <w:rPr>
          <w:b w:val="0"/>
          <w:sz w:val="20"/>
        </w:rPr>
        <w:t>Boat Make: ____________________________________________________________</w:t>
      </w:r>
    </w:p>
    <w:p>
      <w:r>
        <w:rPr>
          <w:b w:val="0"/>
          <w:sz w:val="20"/>
        </w:rPr>
        <w:t>Boat Model: ___________________________________________________________</w:t>
      </w:r>
    </w:p>
    <w:p>
      <w:r>
        <w:rPr>
          <w:b w:val="0"/>
          <w:sz w:val="20"/>
        </w:rPr>
        <w:t>Hull Identification Number (HIN): ______________________________________</w:t>
      </w:r>
    </w:p>
    <w:p>
      <w:r>
        <w:rPr>
          <w:b w:val="0"/>
          <w:sz w:val="20"/>
        </w:rPr>
        <w:t>Length (feet): ______________</w:t>
      </w:r>
    </w:p>
    <w:p>
      <w:r>
        <w:rPr>
          <w:b w:val="0"/>
          <w:sz w:val="20"/>
        </w:rPr>
        <w:t>Year Built: ______________</w:t>
      </w:r>
    </w:p>
    <w:p>
      <w:r>
        <w:rPr>
          <w:b w:val="0"/>
          <w:sz w:val="20"/>
        </w:rPr>
        <w:t>Color: ________________________________________________________________</w:t>
      </w:r>
    </w:p>
    <w:p>
      <w:r>
        <w:rPr>
          <w:b w:val="0"/>
          <w:sz w:val="20"/>
        </w:rPr>
        <w:t>Type of Hull Material: _________________________________________________</w:t>
      </w:r>
    </w:p>
    <w:p>
      <w:r>
        <w:rPr>
          <w:b w:val="0"/>
          <w:sz w:val="20"/>
        </w:rPr>
        <w:t>Boat Type: ____________________________________________________________</w:t>
      </w:r>
    </w:p>
    <w:p>
      <w:r>
        <w:rPr>
          <w:b w:val="0"/>
          <w:sz w:val="20"/>
        </w:rPr>
        <w:t>Engine Make: __________________________________________________________</w:t>
      </w:r>
    </w:p>
    <w:p>
      <w:r>
        <w:rPr>
          <w:b w:val="0"/>
          <w:sz w:val="20"/>
        </w:rPr>
        <w:t>Engine Model: _________________________________________________________</w:t>
      </w:r>
    </w:p>
    <w:p>
      <w:r>
        <w:rPr>
          <w:b w:val="0"/>
          <w:sz w:val="20"/>
        </w:rPr>
        <w:t>Engine Horsepower: ______________</w:t>
      </w:r>
    </w:p>
    <w:p>
      <w:r>
        <w:rPr>
          <w:b w:val="0"/>
          <w:sz w:val="20"/>
        </w:rPr>
        <w:t>Fuel Type: ____________________________________________________________</w:t>
      </w:r>
    </w:p>
    <w:p/>
    <w:p>
      <w:r>
        <w:rPr>
          <w:b/>
          <w:sz w:val="22"/>
        </w:rPr>
        <w:t>Section 4 – Registration Information</w:t>
      </w:r>
    </w:p>
    <w:p>
      <w:r>
        <w:rPr>
          <w:b w:val="0"/>
          <w:sz w:val="20"/>
        </w:rPr>
        <w:t>Previous Registration Number (if any): ________________________________</w:t>
      </w:r>
    </w:p>
    <w:p>
      <w:r>
        <w:rPr>
          <w:b w:val="0"/>
          <w:sz w:val="20"/>
        </w:rPr>
        <w:t>State of Previous Registration: _______________________________________</w:t>
      </w:r>
    </w:p>
    <w:p>
      <w:r>
        <w:rPr>
          <w:b w:val="0"/>
          <w:sz w:val="20"/>
        </w:rPr>
        <w:t>Title Number (if applicable): __________________________________________</w:t>
      </w:r>
    </w:p>
    <w:p/>
    <w:p>
      <w:r>
        <w:rPr>
          <w:b/>
          <w:sz w:val="22"/>
        </w:rPr>
        <w:t>Section 5 – Purchase Information</w:t>
      </w:r>
    </w:p>
    <w:p>
      <w:r>
        <w:rPr>
          <w:b w:val="0"/>
          <w:sz w:val="20"/>
        </w:rPr>
        <w:t>Date of Purchase: _____________________________________________________</w:t>
      </w:r>
    </w:p>
    <w:p>
      <w:r>
        <w:rPr>
          <w:b w:val="0"/>
          <w:sz w:val="20"/>
        </w:rPr>
        <w:t>Seller's Name: ________________________________________________________</w:t>
      </w:r>
    </w:p>
    <w:p>
      <w:r>
        <w:rPr>
          <w:b w:val="0"/>
          <w:sz w:val="20"/>
        </w:rPr>
        <w:t>Seller's Address: _____________________________________________________</w:t>
      </w:r>
    </w:p>
    <w:p>
      <w:r>
        <w:rPr>
          <w:b w:val="0"/>
          <w:sz w:val="20"/>
        </w:rPr>
        <w:t>Purchase Price (USD): _________________________________________________</w:t>
      </w:r>
    </w:p>
    <w:p/>
    <w:p>
      <w:r>
        <w:rPr>
          <w:b/>
          <w:sz w:val="22"/>
        </w:rPr>
        <w:t>Section 6 – Declaration and Signature</w:t>
      </w:r>
    </w:p>
    <w:p>
      <w:r>
        <w:rPr>
          <w:b w:val="0"/>
          <w:sz w:val="20"/>
        </w:rPr>
        <w:t>I hereby certify that all information provided in this application is true and correct to the best of my knowledge. I understand that any false statement or misrepresentation may subject me to penalties under Tennessee law.</w:t>
      </w:r>
    </w:p>
    <w:p/>
    <w:p/>
    <w:p>
      <w:r>
        <w:rPr>
          <w:b w:val="0"/>
          <w:sz w:val="20"/>
        </w:rPr>
        <w:t>Applicant's Signature: ____________________________________</w:t>
      </w:r>
    </w:p>
    <w:p>
      <w:r>
        <w:rPr>
          <w:b w:val="0"/>
          <w:sz w:val="20"/>
        </w:rPr>
        <w:t>Printed Name: ___________________________________________</w:t>
      </w:r>
    </w:p>
    <w:p>
      <w:r>
        <w:rPr>
          <w:b w:val="0"/>
          <w:sz w:val="20"/>
        </w:rPr>
        <w:t>Date: _________________________________________________</w:t>
      </w:r>
    </w:p>
    <w:p/>
    <w:p/>
    <w:p>
      <w:r>
        <w:rPr>
          <w:b/>
          <w:sz w:val="22"/>
        </w:rPr>
        <w:t>Section 7 – Notary Public (if required)</w:t>
      </w:r>
    </w:p>
    <w:p>
      <w:r>
        <w:rPr>
          <w:b w:val="0"/>
          <w:sz w:val="20"/>
        </w:rPr>
        <w:t>State of Tennessee</w:t>
      </w:r>
    </w:p>
    <w:p>
      <w:r>
        <w:rPr>
          <w:b w:val="0"/>
          <w:sz w:val="20"/>
        </w:rPr>
        <w:t>County of ___________________________</w:t>
      </w:r>
    </w:p>
    <w:p>
      <w:r>
        <w:rPr>
          <w:b w:val="0"/>
          <w:sz w:val="20"/>
        </w:rPr>
      </w:r>
    </w:p>
    <w:p>
      <w:r>
        <w:rPr>
          <w:b w:val="0"/>
          <w:sz w:val="20"/>
        </w:rPr>
        <w:t>Subscribed and sworn to before me this ______ day of ________________, 20____.</w:t>
      </w:r>
    </w:p>
    <w:p>
      <w:r>
        <w:rPr>
          <w:b w:val="0"/>
          <w:sz w:val="20"/>
        </w:rPr>
      </w:r>
    </w:p>
    <w:p>
      <w:r>
        <w:rPr>
          <w:b w:val="0"/>
          <w:sz w:val="20"/>
        </w:rPr>
        <w:t>Notary Public Signature: _________________________________</w:t>
      </w:r>
    </w:p>
    <w:p>
      <w:r>
        <w:rPr>
          <w:b w:val="0"/>
          <w:sz w:val="20"/>
        </w:rPr>
        <w:t>My Commission Expires: ____________________________________</w:t>
      </w:r>
    </w:p>
    <w:p/>
    <w:p/>
    <w:p>
      <w:r>
        <w:rPr>
          <w:b/>
          <w:sz w:val="22"/>
        </w:rPr>
        <w:t>Section 8 – For Department Use Only</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Date Received:</w:t>
            </w:r>
          </w:p>
        </w:tc>
        <w:tc>
          <w:tcPr>
            <w:tcW w:type="dxa" w:w="4986"/>
            <w:tcBorders>
              <w:top w:val="nil"/>
              <w:left w:val="nil"/>
              <w:bottom w:val="nil"/>
              <w:right w:val="nil"/>
              <w:insideH w:val="nil"/>
              <w:insideV w:val="nil"/>
            </w:tcBorders>
          </w:tcPr>
          <w:p>
            <w:pPr>
              <w:jc w:val="left"/>
            </w:pPr>
            <w:r>
              <w:t>____________________________</w:t>
            </w:r>
          </w:p>
        </w:tc>
      </w:tr>
      <w:tr>
        <w:tc>
          <w:tcPr>
            <w:tcW w:type="dxa" w:w="4986"/>
            <w:tcBorders>
              <w:top w:val="nil"/>
              <w:left w:val="nil"/>
              <w:bottom w:val="nil"/>
              <w:right w:val="nil"/>
              <w:insideH w:val="nil"/>
              <w:insideV w:val="nil"/>
            </w:tcBorders>
          </w:tcPr>
          <w:p>
            <w:pPr>
              <w:jc w:val="left"/>
            </w:pPr>
            <w:r>
              <w:t>Registration Number Assigned:</w:t>
            </w:r>
          </w:p>
        </w:tc>
        <w:tc>
          <w:tcPr>
            <w:tcW w:type="dxa" w:w="4986"/>
            <w:tcBorders>
              <w:top w:val="nil"/>
              <w:left w:val="nil"/>
              <w:bottom w:val="nil"/>
              <w:right w:val="nil"/>
              <w:insideH w:val="nil"/>
              <w:insideV w:val="nil"/>
            </w:tcBorders>
          </w:tcPr>
          <w:p>
            <w:pPr>
              <w:jc w:val="left"/>
            </w:pPr>
            <w:r>
              <w:t>____________________________</w:t>
            </w:r>
          </w:p>
        </w:tc>
      </w:tr>
      <w:tr>
        <w:tc>
          <w:tcPr>
            <w:tcW w:type="dxa" w:w="4986"/>
            <w:tcBorders>
              <w:top w:val="nil"/>
              <w:left w:val="nil"/>
              <w:bottom w:val="nil"/>
              <w:right w:val="nil"/>
              <w:insideH w:val="nil"/>
              <w:insideV w:val="nil"/>
            </w:tcBorders>
          </w:tcPr>
          <w:p>
            <w:pPr>
              <w:jc w:val="left"/>
            </w:pPr>
            <w:r>
              <w:t>Title Number Assigned:</w:t>
            </w:r>
          </w:p>
        </w:tc>
        <w:tc>
          <w:tcPr>
            <w:tcW w:type="dxa" w:w="4986"/>
            <w:tcBorders>
              <w:top w:val="nil"/>
              <w:left w:val="nil"/>
              <w:bottom w:val="nil"/>
              <w:right w:val="nil"/>
              <w:insideH w:val="nil"/>
              <w:insideV w:val="nil"/>
            </w:tcBorders>
          </w:tcPr>
          <w:p>
            <w:pPr>
              <w:jc w:val="left"/>
            </w:pPr>
            <w:r>
              <w:t>____________________________</w:t>
            </w:r>
          </w:p>
        </w:tc>
      </w:tr>
      <w:tr>
        <w:tc>
          <w:tcPr>
            <w:tcW w:type="dxa" w:w="4986"/>
            <w:tcBorders>
              <w:top w:val="nil"/>
              <w:left w:val="nil"/>
              <w:bottom w:val="nil"/>
              <w:right w:val="nil"/>
              <w:insideH w:val="nil"/>
              <w:insideV w:val="nil"/>
            </w:tcBorders>
          </w:tcPr>
          <w:p>
            <w:pPr>
              <w:jc w:val="left"/>
            </w:pPr>
            <w:r>
              <w:t>Fees Collected:</w:t>
            </w:r>
          </w:p>
        </w:tc>
        <w:tc>
          <w:tcPr>
            <w:tcW w:type="dxa" w:w="4986"/>
            <w:tcBorders>
              <w:top w:val="nil"/>
              <w:left w:val="nil"/>
              <w:bottom w:val="nil"/>
              <w:right w:val="nil"/>
              <w:insideH w:val="nil"/>
              <w:insideV w:val="nil"/>
            </w:tcBorders>
          </w:tcPr>
          <w:p>
            <w:pPr>
              <w:jc w:val="left"/>
            </w:pPr>
            <w:r>
              <w:t>____________________________</w:t>
            </w:r>
          </w:p>
        </w:tc>
      </w:tr>
      <w:tr>
        <w:tc>
          <w:tcPr>
            <w:tcW w:type="dxa" w:w="4986"/>
            <w:tcBorders>
              <w:top w:val="nil"/>
              <w:left w:val="nil"/>
              <w:bottom w:val="nil"/>
              <w:right w:val="nil"/>
              <w:insideH w:val="nil"/>
              <w:insideV w:val="nil"/>
            </w:tcBorders>
          </w:tcPr>
          <w:p>
            <w:pPr>
              <w:jc w:val="left"/>
            </w:pPr>
            <w:r>
              <w:t>Processed By:</w:t>
            </w:r>
          </w:p>
        </w:tc>
        <w:tc>
          <w:tcPr>
            <w:tcW w:type="dxa" w:w="4986"/>
            <w:tcBorders>
              <w:top w:val="nil"/>
              <w:left w:val="nil"/>
              <w:bottom w:val="nil"/>
              <w:right w:val="nil"/>
              <w:insideH w:val="nil"/>
              <w:insideV w:val="nil"/>
            </w:tcBorders>
          </w:tcPr>
          <w:p>
            <w:pPr>
              <w:jc w:val="left"/>
            </w:pPr>
            <w:r>
              <w:t>____________________________</w:t>
            </w:r>
          </w:p>
        </w:tc>
      </w:tr>
      <w:tr>
        <w:tc>
          <w:tcPr>
            <w:tcW w:type="dxa" w:w="4986"/>
            <w:tcBorders>
              <w:top w:val="nil"/>
              <w:left w:val="nil"/>
              <w:bottom w:val="nil"/>
              <w:right w:val="nil"/>
              <w:insideH w:val="nil"/>
              <w:insideV w:val="nil"/>
            </w:tcBorders>
          </w:tcPr>
          <w:p>
            <w:pPr>
              <w:jc w:val="left"/>
            </w:pPr>
            <w:r>
              <w:t>Date Processed:</w:t>
            </w:r>
          </w:p>
        </w:tc>
        <w:tc>
          <w:tcPr>
            <w:tcW w:type="dxa" w:w="4986"/>
            <w:tcBorders>
              <w:top w:val="nil"/>
              <w:left w:val="nil"/>
              <w:bottom w:val="nil"/>
              <w:right w:val="nil"/>
              <w:insideH w:val="nil"/>
              <w:insideV w:val="nil"/>
            </w:tcBorders>
          </w:tcPr>
          <w:p>
            <w:pPr>
              <w:jc w:val="left"/>
            </w:pPr>
            <w:r>
              <w:t>____________________________</w:t>
            </w:r>
          </w:p>
        </w:tc>
      </w:tr>
    </w:tbl>
    <w:p/>
    <w:p/>
    <w:p>
      <w:r>
        <w:rPr>
          <w:b/>
          <w:sz w:val="22"/>
        </w:rPr>
        <w:t>Instructions and Legal Notices</w:t>
      </w:r>
    </w:p>
    <w:p>
      <w:r>
        <w:rPr>
          <w:b w:val="0"/>
          <w:sz w:val="20"/>
        </w:rPr>
        <w:t>• This form must be completed in full and signed before submission.</w:t>
      </w:r>
    </w:p>
    <w:p>
      <w:r>
        <w:rPr>
          <w:b w:val="0"/>
          <w:sz w:val="20"/>
        </w:rPr>
        <w:t>• Attach all required documents including proof of ownership, bill of sale, and previous registration if applicable.</w:t>
      </w:r>
    </w:p>
    <w:p>
      <w:r>
        <w:rPr>
          <w:b w:val="0"/>
          <w:sz w:val="20"/>
        </w:rPr>
        <w:t>• All fees must be paid in accordance with Tennessee state law.</w:t>
      </w:r>
    </w:p>
    <w:p>
      <w:r>
        <w:rPr>
          <w:b w:val="0"/>
          <w:sz w:val="20"/>
        </w:rPr>
        <w:t>• False statements on this application may result in penalties including fines and/or criminal prosecution.</w:t>
      </w:r>
    </w:p>
    <w:p>
      <w:r>
        <w:rPr>
          <w:b w:val="0"/>
          <w:sz w:val="20"/>
        </w:rPr>
        <w:t>• For questions or assistance, contact the Tennessee Department of Revenue Boat Registration Division.</w:t>
      </w:r>
    </w:p>
    <w:p/>
    <w:p/>
    <w:p>
      <w:r>
        <w:rPr>
          <w:b/>
          <w:sz w:val="22"/>
        </w:rPr>
        <w:t>Privacy Notice</w:t>
      </w:r>
    </w:p>
    <w:p>
      <w:r>
        <w:rPr>
          <w:b w:val="0"/>
          <w:sz w:val="20"/>
        </w:rPr>
        <w:t>The information collected on this form is used for boat registration purposes and is maintained in accordance with Tennessee state privacy laws. This information may be shared with other governmental agencies as authorized by law.</w:t>
      </w:r>
    </w:p>
    <w:p>
      <w:r>
        <w:br w:type="page"/>
      </w:r>
    </w:p>
    <w:p>
      <w:pPr>
        <w:jc w:val="center"/>
      </w:pPr>
      <w:r>
        <w:rPr>
          <w:color w:val="555555"/>
          <w:sz w:val="24"/>
        </w:rPr>
        <w:t>Original source of this document:</w:t>
      </w:r>
    </w:p>
    <w:p>
      <w:pPr>
        <w:jc w:val="center"/>
      </w:pPr>
      <w:hyperlink r:id="rId9">
        <w:r>
          <w:rPr>
            <w:color w:val="0000FF"/>
            <w:u w:val="single"/>
          </w:rPr>
          <w:t>https://form247-us.com/tb-form/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tb-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