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STUDENT REGISTRATION FORM</w:t>
      </w:r>
    </w:p>
    <w:p/>
    <w:p/>
    <w:p>
      <w:r>
        <w:rPr>
          <w:b/>
          <w:sz w:val="20"/>
        </w:rPr>
        <w:t>Personal Information</w:t>
      </w:r>
    </w:p>
    <w:p>
      <w:r>
        <w:rPr>
          <w:b w:val="0"/>
          <w:sz w:val="20"/>
        </w:rPr>
        <w:t>Full Legal Name: ____________________________________________________________</w:t>
      </w:r>
    </w:p>
    <w:p>
      <w:r>
        <w:rPr>
          <w:b w:val="0"/>
          <w:sz w:val="20"/>
        </w:rPr>
        <w:t>Date of Birth: _______________     Gender: _______________</w:t>
      </w:r>
    </w:p>
    <w:p>
      <w:r>
        <w:rPr>
          <w:b w:val="0"/>
          <w:sz w:val="20"/>
        </w:rPr>
        <w:t>Social Security Number (SSN): _______________________________________________</w:t>
      </w:r>
    </w:p>
    <w:p>
      <w:r>
        <w:rPr>
          <w:b w:val="0"/>
          <w:sz w:val="20"/>
        </w:rPr>
        <w:t>Citizenship: ________________________________________________________________</w:t>
      </w:r>
    </w:p>
    <w:p>
      <w:r>
        <w:rPr>
          <w:b w:val="0"/>
          <w:sz w:val="20"/>
        </w:rPr>
        <w:t>Ethnicity (optional): 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_______________________________________________________________</w:t>
      </w:r>
    </w:p>
    <w:p>
      <w:r>
        <w:rPr>
          <w:b w:val="0"/>
          <w:sz w:val="20"/>
        </w:rPr>
        <w:t>Home Address:</w:t>
      </w:r>
    </w:p>
    <w:p>
      <w:r>
        <w:rPr>
          <w:b w:val="0"/>
          <w:sz w:val="20"/>
        </w:rPr>
        <w:t>Street Address: _____________________________________________________________</w:t>
      </w:r>
    </w:p>
    <w:p>
      <w:r>
        <w:rPr>
          <w:b w:val="0"/>
          <w:sz w:val="20"/>
        </w:rPr>
        <w:t>City: _______________________________    State: ______    ZIP Code: ___________</w:t>
      </w:r>
    </w:p>
    <w:p/>
    <w:p>
      <w:r>
        <w:rPr>
          <w:b/>
          <w:sz w:val="20"/>
        </w:rPr>
        <w:t>Parent / Guardian Information (if student is under 18 years old)</w:t>
      </w:r>
    </w:p>
    <w:p>
      <w:r>
        <w:rPr>
          <w:b w:val="0"/>
          <w:sz w:val="20"/>
        </w:rPr>
        <w:t>Full Name: _________________________________________________________________</w:t>
      </w:r>
    </w:p>
    <w:p>
      <w:r>
        <w:rPr>
          <w:b w:val="0"/>
          <w:sz w:val="20"/>
        </w:rPr>
        <w:t>Relationship to Student: 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_______________________________________________________________</w:t>
      </w:r>
    </w:p>
    <w:p>
      <w:r>
        <w:rPr>
          <w:b w:val="0"/>
          <w:sz w:val="20"/>
        </w:rPr>
        <w:t>Address (if different from above):</w:t>
      </w:r>
    </w:p>
    <w:p>
      <w:r>
        <w:rPr>
          <w:b w:val="0"/>
          <w:sz w:val="20"/>
        </w:rPr>
        <w:t>Street Address: _____________________________________________________________</w:t>
      </w:r>
    </w:p>
    <w:p>
      <w:r>
        <w:rPr>
          <w:b w:val="0"/>
          <w:sz w:val="20"/>
        </w:rPr>
        <w:t>City: _______________________________    State: ______    ZIP Code: ___________</w:t>
      </w:r>
    </w:p>
    <w:p/>
    <w:p>
      <w:r>
        <w:rPr>
          <w:b/>
          <w:sz w:val="20"/>
        </w:rPr>
        <w:t>Emergency Contact Information</w:t>
      </w:r>
    </w:p>
    <w:p>
      <w:r>
        <w:rPr>
          <w:b w:val="0"/>
          <w:sz w:val="20"/>
        </w:rPr>
        <w:t>Full Name: _________________________________________________________________</w:t>
      </w:r>
    </w:p>
    <w:p>
      <w:r>
        <w:rPr>
          <w:b w:val="0"/>
          <w:sz w:val="20"/>
        </w:rPr>
        <w:t>Relationship: _______________________________________________________________</w:t>
      </w:r>
    </w:p>
    <w:p>
      <w:r>
        <w:rPr>
          <w:b w:val="0"/>
          <w:sz w:val="20"/>
        </w:rPr>
        <w:t>Phone Number(s): ____________________________________________________________</w:t>
      </w:r>
    </w:p>
    <w:p/>
    <w:p>
      <w:r>
        <w:rPr>
          <w:b/>
          <w:sz w:val="20"/>
        </w:rPr>
        <w:t>Enrollment Information</w:t>
      </w:r>
    </w:p>
    <w:p>
      <w:r>
        <w:rPr>
          <w:b w:val="0"/>
          <w:sz w:val="20"/>
        </w:rPr>
        <w:t>Program / Course of Study: _________________________________________________</w:t>
      </w:r>
    </w:p>
    <w:p>
      <w:r>
        <w:rPr>
          <w:b w:val="0"/>
          <w:sz w:val="20"/>
        </w:rPr>
        <w:t>Student ID (if applicable): _________________________________________________</w:t>
      </w:r>
    </w:p>
    <w:p>
      <w:r>
        <w:rPr>
          <w:b w:val="0"/>
          <w:sz w:val="20"/>
        </w:rPr>
        <w:t>Enrollment Status (check one):</w:t>
      </w:r>
    </w:p>
    <w:p>
      <w:r>
        <w:rPr>
          <w:b w:val="0"/>
          <w:sz w:val="20"/>
        </w:rPr>
        <w:t xml:space="preserve">  [ ] Full-time</w:t>
      </w:r>
    </w:p>
    <w:p>
      <w:r>
        <w:rPr>
          <w:b w:val="0"/>
          <w:sz w:val="20"/>
        </w:rPr>
        <w:t xml:space="preserve">  [ ] Part-time</w:t>
      </w:r>
    </w:p>
    <w:p>
      <w:r>
        <w:rPr>
          <w:b w:val="0"/>
          <w:sz w:val="20"/>
        </w:rPr>
        <w:t>Expected Start Date: _______________________________________________________</w:t>
      </w:r>
    </w:p>
    <w:p>
      <w:r>
        <w:rPr>
          <w:b w:val="0"/>
          <w:sz w:val="20"/>
        </w:rPr>
        <w:t>Expected Graduation Date: __________________________________________________</w:t>
      </w:r>
    </w:p>
    <w:p/>
    <w:p>
      <w:r>
        <w:rPr>
          <w:b/>
          <w:sz w:val="20"/>
        </w:rPr>
        <w:t>Previous Education</w:t>
      </w:r>
    </w:p>
    <w:p>
      <w:r>
        <w:rPr>
          <w:b w:val="0"/>
          <w:sz w:val="20"/>
        </w:rPr>
        <w:t>High School Name: ___________________________________________________________</w:t>
      </w:r>
    </w:p>
    <w:p>
      <w:r>
        <w:rPr>
          <w:b w:val="0"/>
          <w:sz w:val="20"/>
        </w:rPr>
        <w:t>Graduation Year: ____________________________________________________________</w:t>
      </w:r>
    </w:p>
    <w:p>
      <w:r>
        <w:rPr>
          <w:b w:val="0"/>
          <w:sz w:val="20"/>
        </w:rPr>
        <w:t>College/University (if applicable): ___________________________________________</w:t>
      </w:r>
    </w:p>
    <w:p>
      <w:r>
        <w:rPr>
          <w:b w:val="0"/>
          <w:sz w:val="20"/>
        </w:rPr>
        <w:t>Degree Awarded: _____________________________________________________________</w:t>
      </w:r>
    </w:p>
    <w:p>
      <w:r>
        <w:rPr>
          <w:b w:val="0"/>
          <w:sz w:val="20"/>
        </w:rPr>
        <w:t>Date of Award: ______________________________________________________________</w:t>
      </w:r>
    </w:p>
    <w:p/>
    <w:p>
      <w:r>
        <w:rPr>
          <w:b/>
          <w:sz w:val="20"/>
        </w:rPr>
        <w:t>Medical Information &amp; Special Accommodations (optional)</w:t>
      </w:r>
    </w:p>
    <w:p>
      <w:r>
        <w:rPr>
          <w:b w:val="0"/>
          <w:sz w:val="20"/>
        </w:rPr>
        <w:t>Do you have any medical conditions or allergies we should be aware of? If yes, please specify: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Do you require any special accommodations? If yes, please specify: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Legal Compliance and Declarations</w:t>
      </w:r>
    </w:p>
    <w:p>
      <w:r>
        <w:rPr>
          <w:b w:val="0"/>
          <w:sz w:val="20"/>
        </w:rPr>
        <w:t>1. The information provided in this registration form is true, complete, and accurate to the best of my knowledge.</w:t>
      </w:r>
    </w:p>
    <w:p>
      <w:r>
        <w:rPr>
          <w:b w:val="0"/>
          <w:sz w:val="20"/>
        </w:rPr>
        <w:t>2. I agree to comply with all institutional policies, rules, and regulations applicable to students.</w:t>
      </w:r>
    </w:p>
    <w:p>
      <w:r>
        <w:rPr>
          <w:b w:val="0"/>
          <w:sz w:val="20"/>
        </w:rPr>
        <w:t>3. I understand that providing false or misleading information may result in disciplinary action, including dismissal.</w:t>
      </w:r>
    </w:p>
    <w:p>
      <w:r>
        <w:rPr>
          <w:b w:val="0"/>
          <w:sz w:val="20"/>
        </w:rPr>
        <w:t>4. I authorize the institution to verify the accuracy of the information provided and to contact previous schools or institutions as necessary.</w:t>
      </w:r>
    </w:p>
    <w:p>
      <w:r>
        <w:rPr>
          <w:b w:val="0"/>
          <w:sz w:val="20"/>
        </w:rPr>
        <w:t>5. I consent to the use and disclosure of my personal information in accordance with applicable privacy laws and institutional policies.</w:t>
      </w:r>
    </w:p>
    <w:p>
      <w:r>
        <w:rPr>
          <w:b w:val="0"/>
          <w:sz w:val="20"/>
        </w:rPr>
        <w:t>6. If under 18 years of age, the parent or legal guardian's signature below is required.</w:t>
      </w:r>
    </w:p>
    <w:p/>
    <w:p>
      <w:r>
        <w:rPr>
          <w:b/>
          <w:sz w:val="20"/>
        </w:rPr>
        <w:t>Signature and Agreement</w:t>
      </w:r>
    </w:p>
    <w:p>
      <w:r>
        <w:rPr>
          <w:b w:val="0"/>
          <w:sz w:val="20"/>
        </w:rPr>
        <w:t>By signing below, I acknowledge that I have read, understood, and agree to the terms and declarations above.</w:t>
      </w:r>
    </w:p>
    <w:p>
      <w:r>
        <w:rPr>
          <w:b w:val="0"/>
          <w:sz w:val="20"/>
        </w:rPr>
        <w:t>Student Signature: ______________________________________</w:t>
      </w:r>
    </w:p>
    <w:p>
      <w:r>
        <w:rPr>
          <w:b w:val="0"/>
          <w:sz w:val="20"/>
        </w:rPr>
        <w:t>Date: __________________________________________________</w:t>
      </w:r>
    </w:p>
    <w:p/>
    <w:p>
      <w:r>
        <w:rPr>
          <w:b w:val="0"/>
          <w:sz w:val="20"/>
        </w:rPr>
        <w:t>If student is under 18 years old, Parent/Guardian Signature:</w:t>
      </w:r>
    </w:p>
    <w:p>
      <w:r>
        <w:rPr>
          <w:b w:val="0"/>
          <w:sz w:val="20"/>
        </w:rPr>
        <w:t>Parent/Guardian Signature: ______________________________</w:t>
      </w:r>
    </w:p>
    <w:p>
      <w:r>
        <w:rPr>
          <w:b w:val="0"/>
          <w:sz w:val="20"/>
        </w:rPr>
        <w:t>Date: 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Student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Parent/Guardian (if applicable)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</w:t>
            </w:r>
          </w:p>
        </w:tc>
      </w:tr>
    </w:tbl>
    <w:p/>
    <w:p/>
    <w:p>
      <w:r>
        <w:rPr>
          <w:b/>
          <w:sz w:val="20"/>
        </w:rPr>
        <w:t>For Office Use Only</w:t>
      </w:r>
    </w:p>
    <w:p>
      <w:r>
        <w:rPr>
          <w:b w:val="0"/>
          <w:sz w:val="20"/>
        </w:rPr>
        <w:t>Date Received: _______________________</w:t>
      </w:r>
    </w:p>
    <w:p>
      <w:r>
        <w:rPr>
          <w:b w:val="0"/>
          <w:sz w:val="20"/>
        </w:rPr>
        <w:t>Registrar’s Name: _____________________</w:t>
      </w:r>
    </w:p>
    <w:p>
      <w:r>
        <w:rPr>
          <w:b w:val="0"/>
          <w:sz w:val="20"/>
        </w:rPr>
        <w:t>Processed By: _________________________</w:t>
      </w:r>
    </w:p>
    <w:p>
      <w:r>
        <w:rPr>
          <w:b w:val="0"/>
          <w:sz w:val="20"/>
        </w:rPr>
        <w:t>Notes: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https://form247-us.com/student-registration-form/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student-registration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