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SOCCER REGISTRATION FORM</w:t>
      </w:r>
    </w:p>
    <w:p/>
    <w:p/>
    <w:p>
      <w:r>
        <w:rPr>
          <w:b/>
          <w:sz w:val="20"/>
        </w:rPr>
        <w:t>Player Information</w:t>
      </w:r>
    </w:p>
    <w:p>
      <w:r>
        <w:rPr>
          <w:b w:val="0"/>
          <w:sz w:val="20"/>
        </w:rPr>
        <w:t>Full Name: ____________________________________________________________</w:t>
      </w:r>
    </w:p>
    <w:p>
      <w:r>
        <w:rPr>
          <w:b w:val="0"/>
          <w:sz w:val="20"/>
        </w:rPr>
        <w:t>Date of Birth (MM/DD/YYYY): ____________________________________________</w:t>
      </w:r>
    </w:p>
    <w:p>
      <w:r>
        <w:rPr>
          <w:b w:val="0"/>
          <w:sz w:val="20"/>
        </w:rPr>
        <w:t>Gender: _______________________________________________________________</w:t>
      </w:r>
    </w:p>
    <w:p>
      <w:r>
        <w:rPr>
          <w:b w:val="0"/>
          <w:sz w:val="20"/>
        </w:rPr>
        <w:t>Address: ______________________________________________________________</w:t>
      </w:r>
    </w:p>
    <w:p>
      <w:r>
        <w:rPr>
          <w:b w:val="0"/>
          <w:sz w:val="20"/>
        </w:rPr>
        <w:t>City: ________________________ State: _______ ZIP Code: ________________</w:t>
      </w:r>
    </w:p>
    <w:p>
      <w:r>
        <w:rPr>
          <w:b w:val="0"/>
          <w:sz w:val="20"/>
        </w:rPr>
        <w:t>Phone Number: _________________________________________________________</w:t>
      </w:r>
    </w:p>
    <w:p>
      <w:r>
        <w:rPr>
          <w:b w:val="0"/>
          <w:sz w:val="20"/>
        </w:rPr>
        <w:t>Email Address: _________________________________________________________</w:t>
      </w:r>
    </w:p>
    <w:p/>
    <w:p>
      <w:r>
        <w:rPr>
          <w:b/>
          <w:sz w:val="20"/>
        </w:rPr>
        <w:t>Emergency Contact Information</w:t>
      </w:r>
    </w:p>
    <w:p>
      <w:r>
        <w:rPr>
          <w:b w:val="0"/>
          <w:sz w:val="20"/>
        </w:rPr>
        <w:t>Full Name: ____________________________________________________________</w:t>
      </w:r>
    </w:p>
    <w:p>
      <w:r>
        <w:rPr>
          <w:b w:val="0"/>
          <w:sz w:val="20"/>
        </w:rPr>
        <w:t>Relationship to Player: ________________________________________________</w:t>
      </w:r>
    </w:p>
    <w:p>
      <w:r>
        <w:rPr>
          <w:b w:val="0"/>
          <w:sz w:val="20"/>
        </w:rPr>
        <w:t>Phone Number(s): _____________________________________________________</w:t>
      </w:r>
    </w:p>
    <w:p/>
    <w:p>
      <w:r>
        <w:rPr>
          <w:b/>
          <w:sz w:val="20"/>
        </w:rPr>
        <w:t>Medical Information</w:t>
      </w:r>
    </w:p>
    <w:p>
      <w:r>
        <w:rPr>
          <w:b w:val="0"/>
          <w:sz w:val="20"/>
        </w:rPr>
        <w:t>Physician's Name: _____________________________________________________</w:t>
      </w:r>
    </w:p>
    <w:p>
      <w:r>
        <w:rPr>
          <w:b w:val="0"/>
          <w:sz w:val="20"/>
        </w:rPr>
        <w:t>Physician's Phone Number: ______________________________________________</w:t>
      </w:r>
    </w:p>
    <w:p>
      <w:r>
        <w:rPr>
          <w:b w:val="0"/>
          <w:sz w:val="20"/>
        </w:rPr>
        <w:t>Please list any allergies, medical conditions, or medications: ____________</w:t>
      </w:r>
    </w:p>
    <w:p>
      <w:r>
        <w:rPr>
          <w:b w:val="0"/>
          <w:sz w:val="20"/>
        </w:rPr>
        <w:t>______________________________________________________________________</w:t>
      </w:r>
    </w:p>
    <w:p>
      <w:r>
        <w:rPr>
          <w:b w:val="0"/>
          <w:sz w:val="20"/>
        </w:rPr>
        <w:t>______________________________________________________________________</w:t>
      </w:r>
    </w:p>
    <w:p>
      <w:r>
        <w:rPr>
          <w:b w:val="0"/>
          <w:sz w:val="20"/>
        </w:rPr>
        <w:t>Insurance Provider: ____________________________________________________</w:t>
      </w:r>
    </w:p>
    <w:p>
      <w:r>
        <w:rPr>
          <w:b w:val="0"/>
          <w:sz w:val="20"/>
        </w:rPr>
        <w:t>Policy Number: ________________________________________________________</w:t>
      </w:r>
    </w:p>
    <w:p/>
    <w:p>
      <w:r>
        <w:rPr>
          <w:b/>
          <w:sz w:val="20"/>
        </w:rPr>
        <w:t>Parental/Guardian Consent and Authorization</w:t>
      </w:r>
    </w:p>
    <w:p>
      <w:r>
        <w:rPr>
          <w:b w:val="0"/>
          <w:sz w:val="20"/>
        </w:rPr>
        <w:t>I, the undersigned, hereby give permission for my child to participate in all soccer activities, including practices, games, and tournaments organized by the club or league. I acknowledge that soccer is a physical sport and that injuries are a possibility.</w:t>
      </w:r>
    </w:p>
    <w:p/>
    <w:p>
      <w:r>
        <w:rPr>
          <w:b w:val="0"/>
          <w:sz w:val="20"/>
        </w:rPr>
        <w:t>I authorize the coaches, trainers, or designated representatives to seek and approve medical treatment deemed necessary for my child in the event of injury or illness during participation. I agree to be responsible for any costs incurred as a result of such treatment.</w:t>
      </w:r>
    </w:p>
    <w:p/>
    <w:p>
      <w:r>
        <w:rPr>
          <w:b w:val="0"/>
          <w:sz w:val="20"/>
        </w:rPr>
        <w:t>I understand and agree that the club, league, and their agents are not responsible for any injuries or damages arising out of participation and that I assume all risks associated with such participation.</w:t>
      </w:r>
    </w:p>
    <w:p/>
    <w:p>
      <w:r>
        <w:rPr>
          <w:b w:val="0"/>
          <w:sz w:val="20"/>
        </w:rPr>
        <w:t>I further agree to comply with all rules, regulations, and policies established by the club or league.</w:t>
      </w:r>
    </w:p>
    <w:p/>
    <w:p>
      <w:r>
        <w:rPr>
          <w:b/>
          <w:sz w:val="20"/>
        </w:rPr>
        <w:t>Photo and Video Release</w:t>
      </w:r>
    </w:p>
    <w:p>
      <w:r>
        <w:rPr>
          <w:b w:val="0"/>
          <w:sz w:val="20"/>
        </w:rPr>
        <w:t>I grant permission for photographs and/or videos of my child taken during soccer activities to be used by the club or league for promotional purposes, including but not limited to brochures, websites, and social media.</w:t>
      </w:r>
    </w:p>
    <w:p/>
    <w:p>
      <w:r>
        <w:rPr>
          <w:b/>
          <w:sz w:val="20"/>
        </w:rPr>
        <w:t>Code of Conduct</w:t>
      </w:r>
    </w:p>
    <w:p>
      <w:r>
        <w:rPr>
          <w:b w:val="0"/>
          <w:sz w:val="20"/>
        </w:rPr>
        <w:t>I acknowledge that participation in this soccer program requires respectful and sportsmanlike behavior from players and parents/guardians. Unsportsmanlike conduct may result in disciplinary action, including removal from the program.</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Player Signature</w:t>
            </w:r>
          </w:p>
        </w:tc>
        <w:tc>
          <w:tcPr>
            <w:tcW w:type="dxa" w:w="4986"/>
            <w:tcBorders>
              <w:top w:val="nil"/>
              <w:left w:val="nil"/>
              <w:bottom w:val="nil"/>
              <w:right w:val="nil"/>
              <w:insideH w:val="nil"/>
              <w:insideV w:val="nil"/>
            </w:tcBorders>
          </w:tcPr>
          <w:p>
            <w:pPr>
              <w:jc w:val="center"/>
            </w:pPr>
            <w:r>
              <w:t>Parent/Guardian Signature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Printed Name: ______________________</w:t>
            </w:r>
          </w:p>
        </w:tc>
        <w:tc>
          <w:tcPr>
            <w:tcW w:type="dxa" w:w="4986"/>
            <w:tcBorders>
              <w:top w:val="nil"/>
              <w:left w:val="nil"/>
              <w:bottom w:val="nil"/>
              <w:right w:val="nil"/>
              <w:insideH w:val="nil"/>
              <w:insideV w:val="nil"/>
            </w:tcBorders>
          </w:tcPr>
          <w:p>
            <w:pPr>
              <w:jc w:val="center"/>
            </w:pPr>
            <w:r>
              <w:t>Printed Name: ______________________</w:t>
            </w:r>
          </w:p>
        </w:tc>
      </w:tr>
      <w:tr>
        <w:tc>
          <w:tcPr>
            <w:tcW w:type="dxa" w:w="4986"/>
            <w:tcBorders>
              <w:top w:val="nil"/>
              <w:left w:val="nil"/>
              <w:bottom w:val="nil"/>
              <w:right w:val="nil"/>
              <w:insideH w:val="nil"/>
              <w:insideV w:val="nil"/>
            </w:tcBorders>
          </w:tcPr>
          <w:p>
            <w:pPr>
              <w:jc w:val="center"/>
            </w:pPr>
            <w:r>
              <w:t>Date: ______________________________</w:t>
            </w:r>
          </w:p>
        </w:tc>
        <w:tc>
          <w:tcPr>
            <w:tcW w:type="dxa" w:w="4986"/>
            <w:tcBorders>
              <w:top w:val="nil"/>
              <w:left w:val="nil"/>
              <w:bottom w:val="nil"/>
              <w:right w:val="nil"/>
              <w:insideH w:val="nil"/>
              <w:insideV w:val="nil"/>
            </w:tcBorders>
          </w:tcPr>
          <w:p>
            <w:pPr>
              <w:jc w:val="center"/>
            </w:pPr>
            <w:r>
              <w:t>Date: ______________________________</w:t>
            </w:r>
          </w:p>
        </w:tc>
      </w:tr>
    </w:tbl>
    <w:p/>
    <w:p/>
    <w:p>
      <w:r>
        <w:rPr>
          <w:b/>
          <w:sz w:val="20"/>
        </w:rPr>
        <w:t>Privacy Statement</w:t>
      </w:r>
    </w:p>
    <w:p>
      <w:r>
        <w:rPr>
          <w:b w:val="0"/>
          <w:sz w:val="20"/>
        </w:rPr>
        <w:t>All personal information collected on this form will be used solely for the purpose of administering the soccer program and will be handled in accordance with applicable privacy laws. Information will not be shared with third parties without consent except as required by law.</w:t>
      </w:r>
    </w:p>
    <w:p/>
    <w:p>
      <w:r>
        <w:rPr>
          <w:b/>
          <w:sz w:val="20"/>
        </w:rPr>
        <w:t>Liability Waiver</w:t>
      </w:r>
    </w:p>
    <w:p>
      <w:r>
        <w:rPr>
          <w:b w:val="0"/>
          <w:sz w:val="20"/>
        </w:rPr>
        <w:t>By signing this form, I acknowledge that I understand the risks associated with participation in soccer activities and agree to release and hold harmless the club, league, their agents, officers, and volunteers from any and all claims arising from injury or damages sustained as a result of participation, except in cases of gross negligence or intentional misconduct.</w:t>
      </w:r>
    </w:p>
    <w:p/>
    <w:p/>
    <w:p>
      <w:r>
        <w:br w:type="page"/>
      </w:r>
    </w:p>
    <w:p>
      <w:pPr>
        <w:jc w:val="center"/>
      </w:pPr>
      <w:r>
        <w:rPr>
          <w:color w:val="555555"/>
          <w:sz w:val="24"/>
        </w:rPr>
        <w:t>Original source of this document:</w:t>
      </w:r>
    </w:p>
    <w:p>
      <w:pPr>
        <w:jc w:val="center"/>
      </w:pPr>
      <w:hyperlink r:id="rId9">
        <w:r>
          <w:rPr>
            <w:color w:val="0000FF"/>
            <w:u w:val="single"/>
          </w:rPr>
          <w:t>https://form247-us.com/soccer-registration-form/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https://form247-us.com</w:t>
        </w:r>
      </w:hyperlink>
    </w:p>
    <w:p>
      <w:pPr>
        <w:jc w:val="center"/>
      </w:pPr>
      <w:r>
        <w:rPr>
          <w:color w:val="808080"/>
          <w:sz w:val="20"/>
        </w:rPr>
        <w:t>This template is intended exclusively for personal, non-commercial use.</w:t>
        <w:br/>
        <w:t>If distributed or published, the source must be mentioned. © form247-us.com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form247-us.com/soccer-registration-form/" TargetMode="External"/><Relationship Id="rId10" Type="http://schemas.openxmlformats.org/officeDocument/2006/relationships/hyperlink" Target="https://form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