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SERVICE HOURS AGREEMENT FORM</w:t>
      </w:r>
    </w:p>
    <w:p/>
    <w:p>
      <w:r>
        <w:rPr>
          <w:b/>
          <w:sz w:val="20"/>
        </w:rPr>
        <w:t>Client Information</w:t>
      </w:r>
    </w:p>
    <w:p>
      <w:r>
        <w:rPr>
          <w:b w:val="0"/>
          <w:sz w:val="20"/>
        </w:rPr>
        <w:t>Full Name: ____________________________________________________________</w:t>
      </w:r>
    </w:p>
    <w:p>
      <w:r>
        <w:rPr>
          <w:b w:val="0"/>
          <w:sz w:val="20"/>
        </w:rPr>
        <w:t>Company Name (if applicable): __________________________________________</w:t>
      </w:r>
    </w:p>
    <w:p>
      <w:r>
        <w:rPr>
          <w:b w:val="0"/>
          <w:sz w:val="20"/>
        </w:rPr>
        <w:t>Address: _____________________________________________________________</w:t>
      </w:r>
    </w:p>
    <w:p>
      <w:r>
        <w:rPr>
          <w:b w:val="0"/>
          <w:sz w:val="20"/>
        </w:rPr>
        <w:t>Phone Number: _______________________________________________________</w:t>
      </w:r>
    </w:p>
    <w:p>
      <w:r>
        <w:rPr>
          <w:b w:val="0"/>
          <w:sz w:val="20"/>
        </w:rPr>
        <w:t>Email Address: _______________________________________________________</w:t>
      </w:r>
    </w:p>
    <w:p/>
    <w:p>
      <w:r>
        <w:rPr>
          <w:b/>
          <w:sz w:val="20"/>
        </w:rPr>
        <w:t>Service Provider Information</w:t>
      </w:r>
    </w:p>
    <w:p>
      <w:r>
        <w:rPr>
          <w:b w:val="0"/>
          <w:sz w:val="20"/>
        </w:rPr>
        <w:t>Full Name: ____________________________________________________________</w:t>
      </w:r>
    </w:p>
    <w:p>
      <w:r>
        <w:rPr>
          <w:b w:val="0"/>
          <w:sz w:val="20"/>
        </w:rPr>
        <w:t>Company Name (if applicable): __________________________________________</w:t>
      </w:r>
    </w:p>
    <w:p>
      <w:r>
        <w:rPr>
          <w:b w:val="0"/>
          <w:sz w:val="20"/>
        </w:rPr>
        <w:t>Address: _____________________________________________________________</w:t>
      </w:r>
    </w:p>
    <w:p>
      <w:r>
        <w:rPr>
          <w:b w:val="0"/>
          <w:sz w:val="20"/>
        </w:rPr>
        <w:t>Phone Number: _______________________________________________________</w:t>
      </w:r>
    </w:p>
    <w:p>
      <w:r>
        <w:rPr>
          <w:b w:val="0"/>
          <w:sz w:val="20"/>
        </w:rPr>
        <w:t>Email Address: _______________________________________________________</w:t>
      </w:r>
    </w:p>
    <w:p/>
    <w:p>
      <w:r>
        <w:rPr>
          <w:b/>
          <w:sz w:val="20"/>
        </w:rPr>
        <w:t>Description of Services Provided</w:t>
      </w:r>
    </w:p>
    <w:p>
      <w:r>
        <w:rPr>
          <w:b w:val="0"/>
          <w:sz w:val="20"/>
        </w:rPr>
        <w:t>_____________________________________________________________________</w:t>
      </w:r>
    </w:p>
    <w:p>
      <w:r>
        <w:rPr>
          <w:b w:val="0"/>
          <w:sz w:val="20"/>
        </w:rPr>
        <w:t>_____________________________________________________________________</w:t>
      </w:r>
    </w:p>
    <w:p>
      <w:r>
        <w:rPr>
          <w:b w:val="0"/>
          <w:sz w:val="20"/>
        </w:rPr>
        <w:t>_____________________________________________________________________</w:t>
      </w:r>
    </w:p>
    <w:p/>
    <w:p>
      <w:r>
        <w:rPr>
          <w:b/>
          <w:sz w:val="20"/>
        </w:rPr>
        <w:t>Service Hours Log</w:t>
      </w:r>
    </w:p>
    <w:tbl>
      <w:tblPr>
        <w:tblW w:type="auto" w:w="0"/>
        <w:tblLook w:firstColumn="1" w:firstRow="1" w:lastColumn="0" w:lastRow="0" w:noHBand="0" w:noVBand="1" w:val="04A0"/>
      </w:tblPr>
      <w:tblGrid>
        <w:gridCol w:w="1994"/>
        <w:gridCol w:w="1994"/>
        <w:gridCol w:w="1994"/>
        <w:gridCol w:w="1994"/>
        <w:gridCol w:w="1994"/>
      </w:tblGrid>
      <w:tr>
        <w:tc>
          <w:tcPr>
            <w:tcW w:type="dxa" w:w="1994"/>
          </w:tcPr>
          <w:p>
            <w:pPr>
              <w:jc w:val="center"/>
            </w:pPr>
            <w:r>
              <w:rPr>
                <w:b/>
                <w:sz w:val="20"/>
              </w:rPr>
              <w:t>Date</w:t>
            </w:r>
          </w:p>
        </w:tc>
        <w:tc>
          <w:tcPr>
            <w:tcW w:type="dxa" w:w="1994"/>
          </w:tcPr>
          <w:p>
            <w:pPr>
              <w:jc w:val="center"/>
            </w:pPr>
            <w:r>
              <w:rPr>
                <w:b/>
                <w:sz w:val="20"/>
              </w:rPr>
              <w:t>Start Time</w:t>
            </w:r>
          </w:p>
        </w:tc>
        <w:tc>
          <w:tcPr>
            <w:tcW w:type="dxa" w:w="1994"/>
          </w:tcPr>
          <w:p>
            <w:pPr>
              <w:jc w:val="center"/>
            </w:pPr>
            <w:r>
              <w:rPr>
                <w:b/>
                <w:sz w:val="20"/>
              </w:rPr>
              <w:t>End Time</w:t>
            </w:r>
          </w:p>
        </w:tc>
        <w:tc>
          <w:tcPr>
            <w:tcW w:type="dxa" w:w="1994"/>
          </w:tcPr>
          <w:p>
            <w:pPr>
              <w:jc w:val="center"/>
            </w:pPr>
            <w:r>
              <w:rPr>
                <w:b/>
                <w:sz w:val="20"/>
              </w:rPr>
              <w:t>Total Hours</w:t>
            </w:r>
          </w:p>
        </w:tc>
        <w:tc>
          <w:tcPr>
            <w:tcW w:type="dxa" w:w="1994"/>
          </w:tcPr>
          <w:p>
            <w:pPr>
              <w:jc w:val="center"/>
            </w:pPr>
            <w:r>
              <w:rPr>
                <w:b/>
                <w:sz w:val="20"/>
              </w:rPr>
              <w:t>Description of Work Performed</w:t>
            </w:r>
          </w:p>
        </w:tc>
      </w:tr>
      <w:tr>
        <w:tc>
          <w:tcPr>
            <w:tcW w:type="dxa" w:w="1994"/>
          </w:tcPr>
          <w:p>
            <w:pPr>
              <w:jc w:val="center"/>
            </w:pPr>
            <w:r/>
          </w:p>
        </w:tc>
        <w:tc>
          <w:tcPr>
            <w:tcW w:type="dxa" w:w="1994"/>
          </w:tcPr>
          <w:p>
            <w:pPr>
              <w:jc w:val="center"/>
            </w:pPr>
            <w:r/>
          </w:p>
        </w:tc>
        <w:tc>
          <w:tcPr>
            <w:tcW w:type="dxa" w:w="1994"/>
          </w:tcPr>
          <w:p>
            <w:pPr>
              <w:jc w:val="center"/>
            </w:pPr>
            <w:r/>
          </w:p>
        </w:tc>
        <w:tc>
          <w:tcPr>
            <w:tcW w:type="dxa" w:w="1994"/>
          </w:tcPr>
          <w:p>
            <w:pPr>
              <w:jc w:val="center"/>
            </w:pPr>
            <w:r/>
          </w:p>
        </w:tc>
        <w:tc>
          <w:tcPr>
            <w:tcW w:type="dxa" w:w="1994"/>
          </w:tcPr>
          <w:p>
            <w:pPr>
              <w:jc w:val="center"/>
            </w:pPr>
            <w:r/>
          </w:p>
        </w:tc>
      </w:tr>
      <w:tr>
        <w:tc>
          <w:tcPr>
            <w:tcW w:type="dxa" w:w="1994"/>
          </w:tcPr>
          <w:p>
            <w:pPr>
              <w:jc w:val="center"/>
            </w:pPr>
            <w:r/>
          </w:p>
        </w:tc>
        <w:tc>
          <w:tcPr>
            <w:tcW w:type="dxa" w:w="1994"/>
          </w:tcPr>
          <w:p>
            <w:pPr>
              <w:jc w:val="center"/>
            </w:pPr>
            <w:r/>
          </w:p>
        </w:tc>
        <w:tc>
          <w:tcPr>
            <w:tcW w:type="dxa" w:w="1994"/>
          </w:tcPr>
          <w:p>
            <w:pPr>
              <w:jc w:val="center"/>
            </w:pPr>
            <w:r/>
          </w:p>
        </w:tc>
        <w:tc>
          <w:tcPr>
            <w:tcW w:type="dxa" w:w="1994"/>
          </w:tcPr>
          <w:p>
            <w:pPr>
              <w:jc w:val="center"/>
            </w:pPr>
            <w:r/>
          </w:p>
        </w:tc>
        <w:tc>
          <w:tcPr>
            <w:tcW w:type="dxa" w:w="1994"/>
          </w:tcPr>
          <w:p>
            <w:pPr>
              <w:jc w:val="center"/>
            </w:pPr>
            <w:r/>
          </w:p>
        </w:tc>
      </w:tr>
      <w:tr>
        <w:tc>
          <w:tcPr>
            <w:tcW w:type="dxa" w:w="1994"/>
          </w:tcPr>
          <w:p>
            <w:pPr>
              <w:jc w:val="center"/>
            </w:pPr>
            <w:r/>
          </w:p>
        </w:tc>
        <w:tc>
          <w:tcPr>
            <w:tcW w:type="dxa" w:w="1994"/>
          </w:tcPr>
          <w:p>
            <w:pPr>
              <w:jc w:val="center"/>
            </w:pPr>
            <w:r/>
          </w:p>
        </w:tc>
        <w:tc>
          <w:tcPr>
            <w:tcW w:type="dxa" w:w="1994"/>
          </w:tcPr>
          <w:p>
            <w:pPr>
              <w:jc w:val="center"/>
            </w:pPr>
            <w:r/>
          </w:p>
        </w:tc>
        <w:tc>
          <w:tcPr>
            <w:tcW w:type="dxa" w:w="1994"/>
          </w:tcPr>
          <w:p>
            <w:pPr>
              <w:jc w:val="center"/>
            </w:pPr>
            <w:r/>
          </w:p>
        </w:tc>
        <w:tc>
          <w:tcPr>
            <w:tcW w:type="dxa" w:w="1994"/>
          </w:tcPr>
          <w:p>
            <w:pPr>
              <w:jc w:val="center"/>
            </w:pPr>
            <w:r/>
          </w:p>
        </w:tc>
      </w:tr>
      <w:tr>
        <w:tc>
          <w:tcPr>
            <w:tcW w:type="dxa" w:w="1994"/>
          </w:tcPr>
          <w:p>
            <w:pPr>
              <w:jc w:val="center"/>
            </w:pPr>
            <w:r/>
          </w:p>
        </w:tc>
        <w:tc>
          <w:tcPr>
            <w:tcW w:type="dxa" w:w="1994"/>
          </w:tcPr>
          <w:p>
            <w:pPr>
              <w:jc w:val="center"/>
            </w:pPr>
            <w:r/>
          </w:p>
        </w:tc>
        <w:tc>
          <w:tcPr>
            <w:tcW w:type="dxa" w:w="1994"/>
          </w:tcPr>
          <w:p>
            <w:pPr>
              <w:jc w:val="center"/>
            </w:pPr>
            <w:r/>
          </w:p>
        </w:tc>
        <w:tc>
          <w:tcPr>
            <w:tcW w:type="dxa" w:w="1994"/>
          </w:tcPr>
          <w:p>
            <w:pPr>
              <w:jc w:val="center"/>
            </w:pPr>
            <w:r/>
          </w:p>
        </w:tc>
        <w:tc>
          <w:tcPr>
            <w:tcW w:type="dxa" w:w="1994"/>
          </w:tcPr>
          <w:p>
            <w:pPr>
              <w:jc w:val="center"/>
            </w:pPr>
            <w:r/>
          </w:p>
        </w:tc>
      </w:tr>
      <w:tr>
        <w:tc>
          <w:tcPr>
            <w:tcW w:type="dxa" w:w="1994"/>
          </w:tcPr>
          <w:p>
            <w:pPr>
              <w:jc w:val="center"/>
            </w:pPr>
            <w:r/>
          </w:p>
        </w:tc>
        <w:tc>
          <w:tcPr>
            <w:tcW w:type="dxa" w:w="1994"/>
          </w:tcPr>
          <w:p>
            <w:pPr>
              <w:jc w:val="center"/>
            </w:pPr>
            <w:r/>
          </w:p>
        </w:tc>
        <w:tc>
          <w:tcPr>
            <w:tcW w:type="dxa" w:w="1994"/>
          </w:tcPr>
          <w:p>
            <w:pPr>
              <w:jc w:val="center"/>
            </w:pPr>
            <w:r/>
          </w:p>
        </w:tc>
        <w:tc>
          <w:tcPr>
            <w:tcW w:type="dxa" w:w="1994"/>
          </w:tcPr>
          <w:p>
            <w:pPr>
              <w:jc w:val="center"/>
            </w:pPr>
            <w:r/>
          </w:p>
        </w:tc>
        <w:tc>
          <w:tcPr>
            <w:tcW w:type="dxa" w:w="1994"/>
          </w:tcPr>
          <w:p>
            <w:pPr>
              <w:jc w:val="center"/>
            </w:pPr>
            <w:r/>
          </w:p>
        </w:tc>
      </w:tr>
      <w:tr>
        <w:tc>
          <w:tcPr>
            <w:tcW w:type="dxa" w:w="1994"/>
          </w:tcPr>
          <w:p>
            <w:pPr>
              <w:jc w:val="center"/>
            </w:pPr>
            <w:r/>
          </w:p>
        </w:tc>
        <w:tc>
          <w:tcPr>
            <w:tcW w:type="dxa" w:w="1994"/>
          </w:tcPr>
          <w:p>
            <w:pPr>
              <w:jc w:val="center"/>
            </w:pPr>
            <w:r/>
          </w:p>
        </w:tc>
        <w:tc>
          <w:tcPr>
            <w:tcW w:type="dxa" w:w="1994"/>
          </w:tcPr>
          <w:p>
            <w:pPr>
              <w:jc w:val="center"/>
            </w:pPr>
            <w:r/>
          </w:p>
        </w:tc>
        <w:tc>
          <w:tcPr>
            <w:tcW w:type="dxa" w:w="1994"/>
          </w:tcPr>
          <w:p>
            <w:pPr>
              <w:jc w:val="center"/>
            </w:pPr>
            <w:r/>
          </w:p>
        </w:tc>
        <w:tc>
          <w:tcPr>
            <w:tcW w:type="dxa" w:w="1994"/>
          </w:tcPr>
          <w:p>
            <w:pPr>
              <w:jc w:val="center"/>
            </w:pPr>
            <w:r/>
          </w:p>
        </w:tc>
      </w:tr>
      <w:tr>
        <w:tc>
          <w:tcPr>
            <w:tcW w:type="dxa" w:w="1994"/>
          </w:tcPr>
          <w:p>
            <w:pPr>
              <w:jc w:val="center"/>
            </w:pPr>
            <w:r/>
          </w:p>
        </w:tc>
        <w:tc>
          <w:tcPr>
            <w:tcW w:type="dxa" w:w="1994"/>
          </w:tcPr>
          <w:p>
            <w:pPr>
              <w:jc w:val="center"/>
            </w:pPr>
            <w:r/>
          </w:p>
        </w:tc>
        <w:tc>
          <w:tcPr>
            <w:tcW w:type="dxa" w:w="1994"/>
          </w:tcPr>
          <w:p>
            <w:pPr>
              <w:jc w:val="center"/>
            </w:pPr>
            <w:r/>
          </w:p>
        </w:tc>
        <w:tc>
          <w:tcPr>
            <w:tcW w:type="dxa" w:w="1994"/>
          </w:tcPr>
          <w:p>
            <w:pPr>
              <w:jc w:val="center"/>
            </w:pPr>
            <w:r/>
          </w:p>
        </w:tc>
        <w:tc>
          <w:tcPr>
            <w:tcW w:type="dxa" w:w="1994"/>
          </w:tcPr>
          <w:p>
            <w:pPr>
              <w:jc w:val="center"/>
            </w:pPr>
            <w:r/>
          </w:p>
        </w:tc>
      </w:tr>
      <w:tr>
        <w:tc>
          <w:tcPr>
            <w:tcW w:type="dxa" w:w="1994"/>
          </w:tcPr>
          <w:p>
            <w:pPr>
              <w:jc w:val="center"/>
            </w:pPr>
            <w:r/>
          </w:p>
        </w:tc>
        <w:tc>
          <w:tcPr>
            <w:tcW w:type="dxa" w:w="1994"/>
          </w:tcPr>
          <w:p>
            <w:pPr>
              <w:jc w:val="center"/>
            </w:pPr>
            <w:r/>
          </w:p>
        </w:tc>
        <w:tc>
          <w:tcPr>
            <w:tcW w:type="dxa" w:w="1994"/>
          </w:tcPr>
          <w:p>
            <w:pPr>
              <w:jc w:val="center"/>
            </w:pPr>
            <w:r/>
          </w:p>
        </w:tc>
        <w:tc>
          <w:tcPr>
            <w:tcW w:type="dxa" w:w="1994"/>
          </w:tcPr>
          <w:p>
            <w:pPr>
              <w:jc w:val="center"/>
            </w:pPr>
            <w:r/>
          </w:p>
        </w:tc>
        <w:tc>
          <w:tcPr>
            <w:tcW w:type="dxa" w:w="1994"/>
          </w:tcPr>
          <w:p>
            <w:pPr>
              <w:jc w:val="center"/>
            </w:pPr>
            <w:r/>
          </w:p>
        </w:tc>
      </w:tr>
      <w:tr>
        <w:tc>
          <w:tcPr>
            <w:tcW w:type="dxa" w:w="1994"/>
          </w:tcPr>
          <w:p>
            <w:pPr>
              <w:jc w:val="center"/>
            </w:pPr>
            <w:r/>
          </w:p>
        </w:tc>
        <w:tc>
          <w:tcPr>
            <w:tcW w:type="dxa" w:w="1994"/>
          </w:tcPr>
          <w:p>
            <w:pPr>
              <w:jc w:val="center"/>
            </w:pPr>
            <w:r/>
          </w:p>
        </w:tc>
        <w:tc>
          <w:tcPr>
            <w:tcW w:type="dxa" w:w="1994"/>
          </w:tcPr>
          <w:p>
            <w:pPr>
              <w:jc w:val="center"/>
            </w:pPr>
            <w:r/>
          </w:p>
        </w:tc>
        <w:tc>
          <w:tcPr>
            <w:tcW w:type="dxa" w:w="1994"/>
          </w:tcPr>
          <w:p>
            <w:pPr>
              <w:jc w:val="center"/>
            </w:pPr>
            <w:r/>
          </w:p>
        </w:tc>
        <w:tc>
          <w:tcPr>
            <w:tcW w:type="dxa" w:w="1994"/>
          </w:tcPr>
          <w:p>
            <w:pPr>
              <w:jc w:val="center"/>
            </w:pPr>
            <w:r/>
          </w:p>
        </w:tc>
      </w:tr>
      <w:tr>
        <w:tc>
          <w:tcPr>
            <w:tcW w:type="dxa" w:w="1994"/>
          </w:tcPr>
          <w:p>
            <w:pPr>
              <w:jc w:val="center"/>
            </w:pPr>
            <w:r/>
          </w:p>
        </w:tc>
        <w:tc>
          <w:tcPr>
            <w:tcW w:type="dxa" w:w="1994"/>
          </w:tcPr>
          <w:p>
            <w:pPr>
              <w:jc w:val="center"/>
            </w:pPr>
            <w:r/>
          </w:p>
        </w:tc>
        <w:tc>
          <w:tcPr>
            <w:tcW w:type="dxa" w:w="1994"/>
          </w:tcPr>
          <w:p>
            <w:pPr>
              <w:jc w:val="center"/>
            </w:pPr>
            <w:r/>
          </w:p>
        </w:tc>
        <w:tc>
          <w:tcPr>
            <w:tcW w:type="dxa" w:w="1994"/>
          </w:tcPr>
          <w:p>
            <w:pPr>
              <w:jc w:val="center"/>
            </w:pPr>
            <w:r/>
          </w:p>
        </w:tc>
        <w:tc>
          <w:tcPr>
            <w:tcW w:type="dxa" w:w="1994"/>
          </w:tcPr>
          <w:p>
            <w:pPr>
              <w:jc w:val="center"/>
            </w:pPr>
            <w:r/>
          </w:p>
        </w:tc>
      </w:tr>
    </w:tbl>
    <w:p/>
    <w:p>
      <w:r>
        <w:rPr>
          <w:b/>
          <w:sz w:val="20"/>
        </w:rPr>
        <w:t>Payment Terms and Conditions</w:t>
      </w:r>
    </w:p>
    <w:p>
      <w:r>
        <w:rPr>
          <w:b w:val="0"/>
          <w:sz w:val="20"/>
        </w:rPr>
        <w:t>The Client agrees to pay the Service Provider at the rate of $____________ per hour for the services rendered as documented in the Service Hours Log above.</w:t>
      </w:r>
    </w:p>
    <w:p>
      <w:r>
        <w:rPr>
          <w:b w:val="0"/>
          <w:sz w:val="20"/>
        </w:rPr>
        <w:t>Payment shall be made within _______ days following submission of invoice and approval of this Service Hours Agreement Form.</w:t>
      </w:r>
    </w:p>
    <w:p>
      <w:r>
        <w:rPr>
          <w:b w:val="0"/>
          <w:sz w:val="20"/>
        </w:rPr>
        <w:t>Additional expenses incurred by the Service Provider in connection with the services must be pre-approved by the Client and will be reimbursed upon submission of valid receipts.</w:t>
      </w:r>
    </w:p>
    <w:p/>
    <w:p>
      <w:r>
        <w:rPr>
          <w:b/>
          <w:sz w:val="20"/>
        </w:rPr>
        <w:t>Confidentiality</w:t>
      </w:r>
    </w:p>
    <w:p>
      <w:r>
        <w:rPr>
          <w:b w:val="0"/>
          <w:sz w:val="20"/>
        </w:rPr>
        <w:t>Both parties agree that any confidential information disclosed in connection with the services shall remain confidential and shall not be disclosed to any third party without prior written consent of the disclosing party, except as required by law.</w:t>
      </w:r>
    </w:p>
    <w:p/>
    <w:p>
      <w:r>
        <w:rPr>
          <w:b/>
          <w:sz w:val="20"/>
        </w:rPr>
        <w:t>Liability and Indemnification</w:t>
      </w:r>
    </w:p>
    <w:p>
      <w:r>
        <w:rPr>
          <w:b w:val="0"/>
          <w:sz w:val="20"/>
        </w:rPr>
        <w:t>The Service Provider shall perform services with reasonable care and skill. However, neither party shall be liable to the other for any consequential, incidental, or punitive damages arising out of this agreement.</w:t>
      </w:r>
    </w:p>
    <w:p>
      <w:r>
        <w:rPr>
          <w:b w:val="0"/>
          <w:sz w:val="20"/>
        </w:rPr>
        <w:t>The Client agrees to indemnify and hold harmless the Service Provider against any claims, damages, or liabilities arising from the services except those caused by the Service Provider’s gross negligence or willful misconduct.</w:t>
      </w:r>
    </w:p>
    <w:p/>
    <w:p>
      <w:r>
        <w:rPr>
          <w:b/>
          <w:sz w:val="20"/>
        </w:rPr>
        <w:t>Termination</w:t>
      </w:r>
    </w:p>
    <w:p>
      <w:r>
        <w:rPr>
          <w:b w:val="0"/>
          <w:sz w:val="20"/>
        </w:rPr>
        <w:t>Either party may terminate this agreement by providing written notice to the other party at least _______ days in advance. Upon termination, the Client shall pay for all services rendered and authorized expenses incurred up to the date of termination.</w:t>
      </w:r>
    </w:p>
    <w:p/>
    <w:p>
      <w:r>
        <w:rPr>
          <w:b/>
          <w:sz w:val="20"/>
        </w:rPr>
        <w:t>Governing Law and Jurisdiction</w:t>
      </w:r>
    </w:p>
    <w:p>
      <w:r>
        <w:rPr>
          <w:b w:val="0"/>
          <w:sz w:val="20"/>
        </w:rPr>
        <w:t>This agreement shall be governed by and construed in accordance with the laws of the United States and the applicable state law where the services are performed.</w:t>
      </w:r>
    </w:p>
    <w:p>
      <w:r>
        <w:rPr>
          <w:b w:val="0"/>
          <w:sz w:val="20"/>
        </w:rPr>
        <w:t>Any disputes arising out of or in connection with this agreement shall be subject to the exclusive jurisdiction of the courts located within the applicable state.</w:t>
      </w:r>
    </w:p>
    <w:p/>
    <w:p/>
    <w:p>
      <w:r>
        <w:rPr>
          <w:b/>
          <w:sz w:val="20"/>
        </w:rPr>
        <w:t>Signatures</w:t>
      </w:r>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CLIENT</w:t>
            </w:r>
          </w:p>
        </w:tc>
        <w:tc>
          <w:tcPr>
            <w:tcW w:type="dxa" w:w="4986"/>
            <w:tcBorders>
              <w:top w:val="nil"/>
              <w:left w:val="nil"/>
              <w:bottom w:val="nil"/>
              <w:right w:val="nil"/>
              <w:insideH w:val="nil"/>
              <w:insideV w:val="nil"/>
            </w:tcBorders>
          </w:tcPr>
          <w:p>
            <w:pPr>
              <w:jc w:val="center"/>
            </w:pPr>
            <w:r>
              <w:t>SERVICE PROVIDER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(if applicable): __________________</w:t>
            </w:r>
          </w:p>
        </w:tc>
        <w:tc>
          <w:tcPr>
            <w:tcW w:type="dxa" w:w="4986"/>
            <w:tcBorders>
              <w:top w:val="nil"/>
              <w:left w:val="nil"/>
              <w:bottom w:val="nil"/>
              <w:right w:val="nil"/>
              <w:insideH w:val="nil"/>
              <w:insideV w:val="nil"/>
            </w:tcBorders>
          </w:tcPr>
          <w:p>
            <w:pPr>
              <w:jc w:val="center"/>
            </w:pPr>
            <w:r>
              <w:t>Name: ________________________________</w:t>
              <w:br/>
              <w:t>Title (if applicable): __________________</w:t>
            </w:r>
          </w:p>
        </w:tc>
      </w:tr>
    </w:tbl>
    <w:p>
      <w:r>
        <w:br w:type="page"/>
      </w:r>
    </w:p>
    <w:p>
      <w:pPr>
        <w:jc w:val="center"/>
      </w:pPr>
      <w:r>
        <w:rPr>
          <w:color w:val="555555"/>
          <w:sz w:val="24"/>
        </w:rPr>
        <w:t>Original source of this document:</w:t>
      </w:r>
    </w:p>
    <w:p>
      <w:pPr>
        <w:jc w:val="center"/>
      </w:pPr>
      <w:hyperlink r:id="rId9">
        <w:r>
          <w:rPr>
            <w:color w:val="0000FF"/>
            <w:u w:val="single"/>
          </w:rPr>
          <w:t>https://form247-us.com/service-hours-form/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https://form247-us.com</w:t>
        </w:r>
      </w:hyperlink>
    </w:p>
    <w:p>
      <w:pPr>
        <w:jc w:val="center"/>
      </w:pPr>
      <w:r>
        <w:rPr>
          <w:color w:val="808080"/>
          <w:sz w:val="20"/>
        </w:rPr>
        <w:t>This template is intended exclusively for personal, non-commercial use.</w:t>
        <w:br/>
        <w:t>If distributed or published, the source must be mentioned. © form247-us.com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form247-us.com/service-hours-form/" TargetMode="External"/><Relationship Id="rId10" Type="http://schemas.openxmlformats.org/officeDocument/2006/relationships/hyperlink" Target="https://form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