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ROOF INSPECTION FORM</w:t>
      </w:r>
    </w:p>
    <w:p/>
    <w:p>
      <w:r>
        <w:rPr>
          <w:b/>
          <w:sz w:val="20"/>
        </w:rPr>
        <w:t>Inspector Information:</w:t>
      </w:r>
    </w:p>
    <w:p>
      <w:r>
        <w:rPr>
          <w:b w:val="0"/>
          <w:sz w:val="20"/>
        </w:rPr>
        <w:t>Name: ________________________________________________________________</w:t>
      </w:r>
    </w:p>
    <w:p>
      <w:r>
        <w:rPr>
          <w:b w:val="0"/>
          <w:sz w:val="20"/>
        </w:rPr>
        <w:t>License Number: _______________________________________________________</w:t>
      </w:r>
    </w:p>
    <w:p>
      <w:r>
        <w:rPr>
          <w:b w:val="0"/>
          <w:sz w:val="20"/>
        </w:rPr>
        <w:t>Company: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Type of Building: ______________________________________________________</w:t>
      </w:r>
    </w:p>
    <w:p>
      <w:r>
        <w:rPr>
          <w:b w:val="0"/>
          <w:sz w:val="20"/>
        </w:rPr>
        <w:t>Year Built: ___________________________________________________________</w:t>
      </w:r>
    </w:p>
    <w:p>
      <w:r>
        <w:rPr>
          <w:b w:val="0"/>
          <w:sz w:val="20"/>
        </w:rPr>
        <w:t>Roof Type (e.g., Shingle, Metal, Tile): ________________________________</w:t>
      </w:r>
    </w:p>
    <w:p>
      <w:r>
        <w:rPr>
          <w:b w:val="0"/>
          <w:sz w:val="20"/>
        </w:rPr>
        <w:t>Roof Pitch: ___________________________________________________________</w:t>
      </w:r>
    </w:p>
    <w:p>
      <w:r>
        <w:rPr>
          <w:b w:val="0"/>
          <w:sz w:val="20"/>
        </w:rPr>
        <w:t>Approximate Roof Age: _________________________________________________</w:t>
      </w:r>
    </w:p>
    <w:p/>
    <w:p>
      <w:r>
        <w:rPr>
          <w:b/>
          <w:sz w:val="20"/>
        </w:rPr>
        <w:t>Inspection Details:</w:t>
      </w:r>
    </w:p>
    <w:p>
      <w:r>
        <w:rPr>
          <w:b w:val="0"/>
          <w:sz w:val="20"/>
        </w:rPr>
        <w:t>Weather Conditions: _________________________________________________</w:t>
      </w:r>
    </w:p>
    <w:p>
      <w:r>
        <w:rPr>
          <w:b w:val="0"/>
          <w:sz w:val="20"/>
        </w:rPr>
        <w:t>Inspection Method (Visual, Drone, Infrared, etc.): ______________________</w:t>
      </w:r>
    </w:p>
    <w:p>
      <w:r>
        <w:rPr>
          <w:b w:val="0"/>
          <w:sz w:val="20"/>
        </w:rPr>
        <w:t>Areas Inspected (e.g., Entire Roof, Flashings, Gutters): ________________</w:t>
      </w:r>
    </w:p>
    <w:p>
      <w:r>
        <w:rPr>
          <w:b w:val="0"/>
          <w:sz w:val="20"/>
        </w:rPr>
        <w:t>Access Method (Ladder, Scaffold, Roof Hatch): _________________________</w:t>
      </w:r>
    </w:p>
    <w:p>
      <w:r>
        <w:rPr>
          <w:b w:val="0"/>
          <w:sz w:val="20"/>
        </w:rPr>
        <w:t>Limitations or Areas Not Accessible: __________________________________</w:t>
      </w:r>
    </w:p>
    <w:p/>
    <w:p>
      <w:r>
        <w:rPr>
          <w:b/>
          <w:sz w:val="20"/>
        </w:rPr>
        <w:t>Roofing Components Condition:</w:t>
      </w:r>
    </w:p>
    <w:p>
      <w:r>
        <w:rPr>
          <w:b w:val="0"/>
          <w:sz w:val="20"/>
        </w:rPr>
        <w:t>Roof Covering (Shingles, Tiles, Metal panels, etc.): _____________________________________________________</w:t>
      </w:r>
    </w:p>
    <w:p>
      <w:r>
        <w:rPr>
          <w:b w:val="0"/>
          <w:sz w:val="20"/>
        </w:rPr>
        <w:t>Flashings: _____________________________________________________</w:t>
      </w:r>
    </w:p>
    <w:p>
      <w:r>
        <w:rPr>
          <w:b w:val="0"/>
          <w:sz w:val="20"/>
        </w:rPr>
        <w:t>Roof Vents: _____________________________________________________</w:t>
      </w:r>
    </w:p>
    <w:p>
      <w:r>
        <w:rPr>
          <w:b w:val="0"/>
          <w:sz w:val="20"/>
        </w:rPr>
        <w:t>Chimney(s): _____________________________________________________</w:t>
      </w:r>
    </w:p>
    <w:p>
      <w:r>
        <w:rPr>
          <w:b w:val="0"/>
          <w:sz w:val="20"/>
        </w:rPr>
        <w:t>Gutters and Downspouts: _____________________________________________________</w:t>
      </w:r>
    </w:p>
    <w:p>
      <w:r>
        <w:rPr>
          <w:b w:val="0"/>
          <w:sz w:val="20"/>
        </w:rPr>
        <w:t>Drainage: _____________________________________________________</w:t>
      </w:r>
    </w:p>
    <w:p>
      <w:r>
        <w:rPr>
          <w:b w:val="0"/>
          <w:sz w:val="20"/>
        </w:rPr>
        <w:t>Skylights: _____________________________________________________</w:t>
      </w:r>
    </w:p>
    <w:p>
      <w:r>
        <w:rPr>
          <w:b w:val="0"/>
          <w:sz w:val="20"/>
        </w:rPr>
        <w:t>Valleys: _____________________________________________________</w:t>
      </w:r>
    </w:p>
    <w:p>
      <w:r>
        <w:rPr>
          <w:b w:val="0"/>
          <w:sz w:val="20"/>
        </w:rPr>
        <w:t>Ridge Caps: _____________________________________________________</w:t>
      </w:r>
    </w:p>
    <w:p>
      <w:r>
        <w:rPr>
          <w:b w:val="0"/>
          <w:sz w:val="20"/>
        </w:rPr>
        <w:t>Eaves and Overhangs: _____________________________________________________</w:t>
      </w:r>
    </w:p>
    <w:p>
      <w:r>
        <w:rPr>
          <w:b w:val="0"/>
          <w:sz w:val="20"/>
        </w:rPr>
        <w:t>Attic Ventilation: _____________________________________________________</w:t>
      </w:r>
    </w:p>
    <w:p>
      <w:r>
        <w:rPr>
          <w:b w:val="0"/>
          <w:sz w:val="20"/>
        </w:rPr>
        <w:t>Roof Structure (Visible): _____________________________________________________</w:t>
      </w:r>
    </w:p>
    <w:p>
      <w:r>
        <w:rPr>
          <w:b w:val="0"/>
          <w:sz w:val="20"/>
        </w:rPr>
        <w:t>Signs of Water Intrusion or Damage: _____________________________________________________</w:t>
      </w:r>
    </w:p>
    <w:p/>
    <w:p>
      <w:r>
        <w:rPr>
          <w:b/>
          <w:sz w:val="20"/>
        </w:rPr>
        <w:t>Observations and Deficiencies:</w:t>
      </w:r>
    </w:p>
    <w:p>
      <w:pPr>
        <w:spacing w:after="240"/>
      </w:pPr>
      <w:r>
        <w:t>Describe any defects, damage, deterioration, or notable observations found during inspection. Use additional sheets if necessary.</w:t>
      </w:r>
    </w:p>
    <w:p/>
    <w:p/>
    <w:p/>
    <w:p>
      <w:r>
        <w:rPr>
          <w:b/>
          <w:sz w:val="20"/>
        </w:rPr>
        <w:t>Photographic Evidence:</w:t>
      </w:r>
    </w:p>
    <w:p>
      <w:r>
        <w:rPr>
          <w:b w:val="0"/>
          <w:sz w:val="20"/>
        </w:rPr>
        <w:t>Photos Taken: ________________________________________________________</w:t>
      </w:r>
    </w:p>
    <w:p>
      <w:r>
        <w:rPr>
          <w:b w:val="0"/>
          <w:sz w:val="20"/>
        </w:rPr>
        <w:t>Photo Descriptions and Notes: __________________________________________</w:t>
      </w:r>
    </w:p>
    <w:p/>
    <w:p/>
    <w:p/>
    <w:p>
      <w:r>
        <w:rPr>
          <w:b/>
          <w:sz w:val="20"/>
        </w:rPr>
        <w:t>Recommendations:</w:t>
      </w:r>
    </w:p>
    <w:p>
      <w:pPr>
        <w:spacing w:after="240"/>
      </w:pPr>
      <w:r>
        <w:t>Provide recommendations for repairs, maintenance, or replacement. Include urgency and estimated timeline.</w:t>
      </w:r>
    </w:p>
    <w:p/>
    <w:p/>
    <w:p/>
    <w:p>
      <w:r>
        <w:rPr>
          <w:b/>
          <w:sz w:val="20"/>
        </w:rPr>
        <w:t>Limitations and Disclaimers:</w:t>
      </w:r>
    </w:p>
    <w:p>
      <w:r>
        <w:rPr>
          <w:b w:val="0"/>
          <w:sz w:val="20"/>
        </w:rPr>
        <w:t>This Roof Inspection Form represents a visual assessment performed at the time of inspection only. It does not include destructive testing, hidden damage, or latent defects that may not be reasonably observable. The inspector disclaims any warranty, expressed or implied, regarding the condition or future performance of the roof. This inspection is not a guarantee or insurance policy. The client accepts responsibility for regular maintenance and acknowledges that conditions may change after the inspection.</w:t>
      </w:r>
    </w:p>
    <w:p/>
    <w:p>
      <w:r>
        <w:rPr>
          <w:b/>
          <w:sz w:val="20"/>
        </w:rPr>
        <w:t>Legal Compliance:</w:t>
      </w:r>
    </w:p>
    <w:p>
      <w:r>
        <w:rPr>
          <w:b w:val="0"/>
          <w:sz w:val="20"/>
        </w:rPr>
        <w:t>This inspection has been performed in compliance with all applicable federal, state, and local laws and regulations of the United States. The inspector holds all required licenses and certifications, and the report herein is prepared with due professional care and competence.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INSPECTOR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https://form247-us.com/roof-inspection-form/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roof-inspec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