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RETREAT REGISTRATION FORM</w:t>
      </w:r>
    </w:p>
    <w:p/>
    <w:p>
      <w:r>
        <w:rPr>
          <w:b w:val="0"/>
          <w:sz w:val="20"/>
        </w:rPr>
        <w:t>This Retreat Registration Form (the "Agreement") is made between the Participant and the Retreat Organizer. By completing this form, the Participant agrees to the terms and conditions herein, which are legally binding under United States law.</w:t>
      </w:r>
    </w:p>
    <w:p/>
    <w:p/>
    <w:p>
      <w:r>
        <w:rPr>
          <w:b/>
          <w:sz w:val="20"/>
        </w:rPr>
        <w:t>PARTICIPANT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City/State/ZIP: 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EMERGENCY CONTACT INFORMATION</w:t>
      </w:r>
    </w:p>
    <w:p>
      <w:r>
        <w:rPr>
          <w:b w:val="0"/>
          <w:sz w:val="20"/>
        </w:rPr>
        <w:t>Name: _________________________________________________________________</w:t>
      </w:r>
    </w:p>
    <w:p>
      <w:r>
        <w:rPr>
          <w:b w:val="0"/>
          <w:sz w:val="20"/>
        </w:rPr>
        <w:t>Relationship: __________________________________________________________</w:t>
      </w:r>
    </w:p>
    <w:p>
      <w:r>
        <w:rPr>
          <w:b w:val="0"/>
          <w:sz w:val="20"/>
        </w:rPr>
        <w:t>Phone Number: _________________________________________________________</w:t>
      </w:r>
    </w:p>
    <w:p/>
    <w:p>
      <w:r>
        <w:rPr>
          <w:b/>
          <w:sz w:val="20"/>
        </w:rPr>
        <w:t>RETREAT DETAILS</w:t>
      </w:r>
    </w:p>
    <w:p>
      <w:r>
        <w:rPr>
          <w:b w:val="0"/>
          <w:sz w:val="20"/>
        </w:rPr>
        <w:t>Retreat Name: _________________________________________________________</w:t>
      </w:r>
    </w:p>
    <w:p>
      <w:r>
        <w:rPr>
          <w:b w:val="0"/>
          <w:sz w:val="20"/>
        </w:rPr>
        <w:t>Retreat Location: ______________________________________________________</w:t>
      </w:r>
    </w:p>
    <w:p>
      <w:r>
        <w:rPr>
          <w:b w:val="0"/>
          <w:sz w:val="20"/>
        </w:rPr>
        <w:t>Retreat Dates: _________________________________________________________</w:t>
      </w:r>
    </w:p>
    <w:p/>
    <w:p>
      <w:r>
        <w:rPr>
          <w:b/>
          <w:sz w:val="20"/>
        </w:rPr>
        <w:t>MEDICAL INFORMATION</w:t>
      </w:r>
    </w:p>
    <w:p>
      <w:r>
        <w:rPr>
          <w:b w:val="0"/>
          <w:sz w:val="20"/>
        </w:rPr>
        <w:t>Please list any allergies, medical conditions, or medications you are currently taking:</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Do you have any physical limitations or special needs? If yes, please describe:</w:t>
      </w:r>
    </w:p>
    <w:p>
      <w:r>
        <w:rPr>
          <w:b w:val="0"/>
          <w:sz w:val="20"/>
        </w:rPr>
        <w:t>______________________________________________________________________</w:t>
      </w:r>
    </w:p>
    <w:p>
      <w:r>
        <w:rPr>
          <w:b w:val="0"/>
          <w:sz w:val="20"/>
        </w:rPr>
        <w:t>______________________________________________________________________</w:t>
      </w:r>
    </w:p>
    <w:p/>
    <w:p>
      <w:r>
        <w:rPr>
          <w:b/>
          <w:sz w:val="20"/>
        </w:rPr>
        <w:t>LIABILITY WAIVER AND ACKNOWLEDGEMENT</w:t>
      </w:r>
    </w:p>
    <w:p>
      <w:r>
        <w:rPr>
          <w:b w:val="0"/>
          <w:sz w:val="20"/>
        </w:rPr>
        <w:t>I, the undersigned Participant, acknowledge that participation in the retreat involves physical and mental activities that may involve inherent risks, including but not limited to injury, illness, or emotional distress. I voluntarily assume all such risks and release, waive, discharge, and covenant not to sue the Retreat Organizer, its agents, employees, contractors, affiliates, and successors from any and all liability, claims, demands, or causes of action that may arise from my participation.</w:t>
      </w:r>
    </w:p>
    <w:p/>
    <w:p>
      <w:r>
        <w:rPr>
          <w:b w:val="0"/>
          <w:sz w:val="20"/>
        </w:rPr>
        <w:t>I certify that I am physically and mentally fit to participate in the retreat and have disclosed all relevant medical information to the Retreat Organizer. I understand that it is my responsibility to consult a physician prior to participating if I have any health concerns.</w:t>
      </w:r>
    </w:p>
    <w:p/>
    <w:p>
      <w:r>
        <w:rPr>
          <w:b w:val="0"/>
          <w:sz w:val="20"/>
        </w:rPr>
        <w:t>I understand that any photographs or recordings taken during the retreat may be used for promotional or educational purposes and I consent to such use unless I have explicitly withheld consent in writing.</w:t>
      </w:r>
    </w:p>
    <w:p/>
    <w:p>
      <w:r>
        <w:rPr>
          <w:b/>
          <w:sz w:val="20"/>
        </w:rPr>
        <w:t>PAYMENT TERMS</w:t>
      </w:r>
    </w:p>
    <w:p>
      <w:r>
        <w:rPr>
          <w:b w:val="0"/>
          <w:sz w:val="20"/>
        </w:rPr>
        <w:t>Retreat Fee: $__________________________</w:t>
      </w:r>
    </w:p>
    <w:p>
      <w:r>
        <w:rPr>
          <w:b w:val="0"/>
          <w:sz w:val="20"/>
        </w:rPr>
        <w:t>Deposit Amount: $_______________________</w:t>
      </w:r>
    </w:p>
    <w:p>
      <w:r>
        <w:rPr>
          <w:b w:val="0"/>
          <w:sz w:val="20"/>
        </w:rPr>
        <w:t>Balance Due By: __________________________</w:t>
      </w:r>
    </w:p>
    <w:p>
      <w:r>
        <w:rPr>
          <w:b w:val="0"/>
          <w:sz w:val="20"/>
        </w:rPr>
        <w:t>Accepted Payment Methods: __________________</w:t>
      </w:r>
    </w:p>
    <w:p>
      <w:r>
        <w:rPr>
          <w:b w:val="0"/>
          <w:sz w:val="20"/>
        </w:rPr>
        <w:t>Cancellation Policy:</w:t>
      </w:r>
    </w:p>
    <w:p>
      <w:r>
        <w:rPr>
          <w:b w:val="0"/>
          <w:sz w:val="20"/>
        </w:rPr>
        <w:t>• Cancellations received more than 30 days before the retreat will receive a full refund minus a $50 processing fee.</w:t>
      </w:r>
    </w:p>
    <w:p>
      <w:r>
        <w:rPr>
          <w:b w:val="0"/>
          <w:sz w:val="20"/>
        </w:rPr>
        <w:t>• Cancellations received between 15 and 30 days prior to the retreat will receive a 50% refund.</w:t>
      </w:r>
    </w:p>
    <w:p>
      <w:r>
        <w:rPr>
          <w:b w:val="0"/>
          <w:sz w:val="20"/>
        </w:rPr>
        <w:t>• Cancellations received less than 15 days prior to the retreat are non-refundable.</w:t>
      </w:r>
    </w:p>
    <w:p>
      <w:r>
        <w:rPr>
          <w:b w:val="0"/>
          <w:sz w:val="20"/>
        </w:rPr>
        <w:t>• Refunds will be issued within 30 days of cancellation notice.</w:t>
      </w:r>
    </w:p>
    <w:p/>
    <w:p>
      <w:r>
        <w:rPr>
          <w:b/>
          <w:sz w:val="20"/>
        </w:rPr>
        <w:t>CODE OF CONDUCT</w:t>
      </w:r>
    </w:p>
    <w:p>
      <w:r>
        <w:rPr>
          <w:b w:val="0"/>
          <w:sz w:val="20"/>
        </w:rPr>
        <w:t>Participants agree to behave respectfully toward other participants, facilitators, and retreat staff at all times. Harassment, discrimination, or disruptive behavior will not be tolerated and may result in immediate removal from the retreat without refund.</w:t>
      </w:r>
    </w:p>
    <w:p/>
    <w:p>
      <w:r>
        <w:rPr>
          <w:b/>
          <w:sz w:val="20"/>
        </w:rPr>
        <w:t>PRIVACY POLICY</w:t>
      </w:r>
    </w:p>
    <w:p>
      <w:r>
        <w:rPr>
          <w:b w:val="0"/>
          <w:sz w:val="20"/>
        </w:rPr>
        <w:t>All personal information collected through this form will be used solely for retreat administration purposes and will not be shared with third parties without consent, except as required by law.</w:t>
      </w:r>
    </w:p>
    <w:p/>
    <w:p>
      <w:r>
        <w:rPr>
          <w:b/>
          <w:sz w:val="20"/>
        </w:rPr>
        <w:t>GOVERNING LAW AND JURISDICTION</w:t>
      </w:r>
    </w:p>
    <w:p>
      <w:r>
        <w:rPr>
          <w:b w:val="0"/>
          <w:sz w:val="20"/>
        </w:rPr>
        <w:t>This Agreement shall be governed by and construed in accordance with the laws of the United States and the State in which the retreat is held. Any disputes arising from this Agreement shall be subject to the exclusive jurisdiction of the courts located therein.</w:t>
      </w:r>
    </w:p>
    <w:p/>
    <w:p/>
    <w:p>
      <w:r>
        <w:rPr>
          <w:b w:val="0"/>
          <w:sz w:val="20"/>
        </w:rPr>
        <w:t>Participant Signature: _________________________________________________</w:t>
      </w:r>
    </w:p>
    <w:p>
      <w:r>
        <w:rPr>
          <w:b w:val="0"/>
          <w:sz w:val="20"/>
        </w:rPr>
        <w:t>Printed Name: _________________________________________________________</w:t>
      </w:r>
    </w:p>
    <w:p>
      <w:r>
        <w:rPr>
          <w:b w:val="0"/>
          <w:sz w:val="20"/>
        </w:rPr>
        <w:t>Date: _________________________________________________________________</w:t>
      </w:r>
    </w:p>
    <w:p/>
    <w:p/>
    <w:p>
      <w:r>
        <w:rPr>
          <w:b w:val="0"/>
          <w:sz w:val="20"/>
        </w:rPr>
        <w:t>Retreat Organizer Signature: ___________________________________________</w:t>
      </w:r>
    </w:p>
    <w:p>
      <w:r>
        <w:rPr>
          <w:b w:val="0"/>
          <w:sz w:val="20"/>
        </w:rPr>
        <w:t>Printed Name: 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w:t>
            </w:r>
          </w:p>
        </w:tc>
        <w:tc>
          <w:tcPr>
            <w:tcW w:type="dxa" w:w="4986"/>
            <w:tcBorders>
              <w:top w:val="nil"/>
              <w:left w:val="nil"/>
              <w:bottom w:val="nil"/>
              <w:right w:val="nil"/>
              <w:insideH w:val="nil"/>
              <w:insideV w:val="nil"/>
            </w:tcBorders>
          </w:tcPr>
          <w:p>
            <w:pPr>
              <w:jc w:val="center"/>
            </w:pPr>
            <w:r>
              <w:t>Retreat Organizer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https://form247-us.com/retreat-registration-form/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retreat-registra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