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AUTHORIZATION FOR RELEASE OF INFORMATION</w:t>
      </w:r>
    </w:p>
    <w:p/>
    <w:p>
      <w:r>
        <w:rPr>
          <w:b/>
          <w:sz w:val="20"/>
        </w:rPr>
        <w:t>I. AUTHORIZATION</w:t>
      </w:r>
    </w:p>
    <w:p>
      <w:r>
        <w:rPr>
          <w:b w:val="0"/>
          <w:sz w:val="20"/>
        </w:rPr>
        <w:t>I hereby authorize the disclosure of the following confidential information as described below, pursuant to applicable federal and state laws in the United States. This authorization is voluntarily given and is subject to the terms and conditions outlined herein.</w:t>
      </w:r>
    </w:p>
    <w:p/>
    <w:p>
      <w:r>
        <w:rPr>
          <w:b/>
          <w:sz w:val="20"/>
        </w:rPr>
        <w:t>II. PERSONAL INFORMATION TO BE RELEASED</w:t>
      </w:r>
    </w:p>
    <w:p>
      <w:r>
        <w:rPr>
          <w:b w:val="0"/>
          <w:sz w:val="20"/>
        </w:rPr>
        <w:t>The following personal information may be released to the authorized recipient(s):</w:t>
      </w:r>
    </w:p>
    <w:p>
      <w:r>
        <w:rPr>
          <w:b w:val="0"/>
          <w:sz w:val="20"/>
        </w:rPr>
        <w:t>- Full Name</w:t>
      </w:r>
    </w:p>
    <w:p>
      <w:r>
        <w:rPr>
          <w:b w:val="0"/>
          <w:sz w:val="20"/>
        </w:rPr>
        <w:t>- Date of Birth</w:t>
      </w:r>
    </w:p>
    <w:p>
      <w:r>
        <w:rPr>
          <w:b w:val="0"/>
          <w:sz w:val="20"/>
        </w:rPr>
        <w:t>- Social Security Number</w:t>
      </w:r>
    </w:p>
    <w:p>
      <w:r>
        <w:rPr>
          <w:b w:val="0"/>
          <w:sz w:val="20"/>
        </w:rPr>
        <w:t>- Medical Records and Health Information</w:t>
      </w:r>
    </w:p>
    <w:p>
      <w:r>
        <w:rPr>
          <w:b w:val="0"/>
          <w:sz w:val="20"/>
        </w:rPr>
        <w:t>- Financial Records</w:t>
      </w:r>
    </w:p>
    <w:p>
      <w:r>
        <w:rPr>
          <w:b w:val="0"/>
          <w:sz w:val="20"/>
        </w:rPr>
        <w:t>- Educational Records</w:t>
      </w:r>
    </w:p>
    <w:p>
      <w:r>
        <w:rPr>
          <w:b w:val="0"/>
          <w:sz w:val="20"/>
        </w:rPr>
        <w:t>- Employment Information</w:t>
      </w:r>
    </w:p>
    <w:p>
      <w:r>
        <w:rPr>
          <w:b w:val="0"/>
          <w:sz w:val="20"/>
        </w:rPr>
        <w:t>- Other specific information: _______________________________________________</w:t>
      </w:r>
    </w:p>
    <w:p/>
    <w:p>
      <w:r>
        <w:rPr>
          <w:b/>
          <w:sz w:val="20"/>
        </w:rPr>
        <w:t>III. AUTHORIZED RECIPIENT(S)</w:t>
      </w:r>
    </w:p>
    <w:p>
      <w:r>
        <w:rPr>
          <w:b w:val="0"/>
          <w:sz w:val="20"/>
        </w:rPr>
        <w:t>The information authorized for release may be disclosed to the following individual(s), organization(s), or entity(ies):</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Relationship to Authorizing Individual: _________________________________</w:t>
      </w:r>
    </w:p>
    <w:p/>
    <w:p>
      <w:r>
        <w:rPr>
          <w:b/>
          <w:sz w:val="20"/>
        </w:rPr>
        <w:t>IV. PURPOSE OF DISCLOSURE</w:t>
      </w:r>
    </w:p>
    <w:p>
      <w:r>
        <w:rPr>
          <w:b w:val="0"/>
          <w:sz w:val="20"/>
        </w:rPr>
        <w:t>The purpose for which the information is being disclosed is as follows:</w:t>
      </w:r>
    </w:p>
    <w:p>
      <w:r>
        <w:rPr>
          <w:b w:val="0"/>
          <w:sz w:val="20"/>
        </w:rPr>
        <w:t>______________________________________________________________________</w:t>
      </w:r>
    </w:p>
    <w:p>
      <w:r>
        <w:rPr>
          <w:b w:val="0"/>
          <w:sz w:val="20"/>
        </w:rPr>
        <w:t>______________________________________________________________________</w:t>
      </w:r>
    </w:p>
    <w:p/>
    <w:p>
      <w:r>
        <w:rPr>
          <w:b/>
          <w:sz w:val="20"/>
        </w:rPr>
        <w:t>V. DURATION AND REVOCATION OF AUTHORIZATION</w:t>
      </w:r>
    </w:p>
    <w:p>
      <w:r>
        <w:rPr>
          <w:b w:val="0"/>
          <w:sz w:val="20"/>
        </w:rPr>
        <w:t>This authorization is valid until the earlier of the following:</w:t>
      </w:r>
    </w:p>
    <w:p>
      <w:r>
        <w:rPr>
          <w:b w:val="0"/>
          <w:sz w:val="20"/>
        </w:rPr>
        <w:t>- Completion of the purpose stated above</w:t>
      </w:r>
    </w:p>
    <w:p>
      <w:r>
        <w:rPr>
          <w:b w:val="0"/>
          <w:sz w:val="20"/>
        </w:rPr>
        <w:t>- _______________________________________________ (insert specific date or event)</w:t>
      </w:r>
    </w:p>
    <w:p>
      <w:r>
        <w:rPr>
          <w:b w:val="0"/>
          <w:sz w:val="20"/>
        </w:rPr>
        <w:t>I understand that I may revoke this authorization at any time by providing a written notice to the entity authorized to release the information. Revocation will not affect any disclosures made prior to receipt of the revocation.</w:t>
      </w:r>
    </w:p>
    <w:p/>
    <w:p>
      <w:r>
        <w:rPr>
          <w:b/>
          <w:sz w:val="20"/>
        </w:rPr>
        <w:t>VI. RIGHTS AND ACKNOWLEDGMENTS</w:t>
      </w:r>
    </w:p>
    <w:p>
      <w:r>
        <w:rPr>
          <w:b w:val="0"/>
          <w:sz w:val="20"/>
        </w:rPr>
        <w:t>I acknowledge and understand the following:</w:t>
      </w:r>
    </w:p>
    <w:p>
      <w:r>
        <w:rPr>
          <w:b w:val="0"/>
          <w:sz w:val="20"/>
        </w:rPr>
        <w:t>- I am not required to sign this authorization in order to receive treatment, payment, or eligibility for benefits.</w:t>
      </w:r>
    </w:p>
    <w:p>
      <w:r>
        <w:rPr>
          <w:b w:val="0"/>
          <w:sz w:val="20"/>
        </w:rPr>
        <w:t>- Information disclosed pursuant to this authorization may be subject to redisclosure by the recipient and may no longer be protected by federal or state privacy laws.</w:t>
      </w:r>
    </w:p>
    <w:p>
      <w:r>
        <w:rPr>
          <w:b w:val="0"/>
          <w:sz w:val="20"/>
        </w:rPr>
        <w:t>- I have the right to inspect or obtain a copy of the information to be disclosed as permitted by law.</w:t>
      </w:r>
    </w:p>
    <w:p>
      <w:r>
        <w:rPr>
          <w:b w:val="0"/>
          <w:sz w:val="20"/>
        </w:rPr>
        <w:t>- I may request restrictions on the use or disclosure of my information, but the entity is not required to agree to such restrictions.</w:t>
      </w:r>
    </w:p>
    <w:p/>
    <w:p>
      <w:r>
        <w:rPr>
          <w:b/>
          <w:sz w:val="20"/>
        </w:rPr>
        <w:t>VII. CONFIDENTIALITY NOTICE</w:t>
      </w:r>
    </w:p>
    <w:p>
      <w:r>
        <w:rPr>
          <w:b w:val="0"/>
          <w:sz w:val="20"/>
        </w:rPr>
        <w:t>The recipient of the disclosed information is hereby notified that the information is confidential and protected by law. Unauthorized use or disclosure of this information is prohibited and may result in penalties under applicable federal and state laws.</w:t>
      </w:r>
    </w:p>
    <w:p/>
    <w:p>
      <w:r>
        <w:rPr>
          <w:b/>
          <w:sz w:val="20"/>
        </w:rPr>
        <w:t>VIII. SIGNATURES</w:t>
      </w:r>
    </w:p>
    <w:p>
      <w:r>
        <w:rPr>
          <w:b w:val="0"/>
          <w:sz w:val="20"/>
        </w:rPr>
        <w:t>I have read and understand this Authorization for Release of Information and voluntarily authorize the release of my information as described herein.</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SIGNATORY</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&amp; Title: __________________________</w:t>
            </w:r>
          </w:p>
        </w:tc>
      </w:tr>
    </w:tbl>
    <w:p/>
    <w:p/>
    <w:p>
      <w:r>
        <w:rPr>
          <w:b/>
          <w:sz w:val="20"/>
        </w:rPr>
        <w:t>IX. ADDITIONAL NOTES OR SPECIAL INSTRUCTIONS</w:t>
      </w:r>
    </w:p>
    <w:p>
      <w:r>
        <w:rPr>
          <w:b w:val="0"/>
          <w:sz w:val="20"/>
        </w:rPr>
        <w:t>________________________________________________________________________</w:t>
      </w:r>
    </w:p>
    <w:p>
      <w:r>
        <w:rPr>
          <w:b w:val="0"/>
          <w:sz w:val="20"/>
        </w:rPr>
        <w:t>________________________________________________________________________</w:t>
      </w:r>
    </w:p>
    <w:p>
      <w:r>
        <w:rPr>
          <w:b w:val="0"/>
          <w:sz w:val="20"/>
        </w:rPr>
        <w:t>________________________________________________________________________</w:t>
      </w:r>
    </w:p>
    <w:p/>
    <w:p/>
    <w:p>
      <w:r>
        <w:rPr>
          <w:b/>
          <w:sz w:val="20"/>
        </w:rPr>
        <w:t>X. CONTACT INFORMATION</w:t>
      </w:r>
    </w:p>
    <w:p>
      <w:r>
        <w:rPr>
          <w:b w:val="0"/>
          <w:sz w:val="20"/>
        </w:rPr>
        <w:t>For questions regarding this authorization or to revoke this authorization, please contact:</w:t>
      </w:r>
    </w:p>
    <w:p>
      <w:r>
        <w:rPr>
          <w:b w:val="0"/>
          <w:sz w:val="20"/>
        </w:rPr>
        <w:t>Name: _______________________________________________________________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br w:type="page"/>
      </w:r>
    </w:p>
    <w:p>
      <w:pPr>
        <w:jc w:val="center"/>
      </w:pPr>
      <w:r>
        <w:rPr>
          <w:color w:val="555555"/>
          <w:sz w:val="24"/>
        </w:rPr>
        <w:t>Original source of this document:</w:t>
      </w:r>
    </w:p>
    <w:p>
      <w:pPr>
        <w:jc w:val="center"/>
      </w:pPr>
      <w:hyperlink r:id="rId9">
        <w:r>
          <w:rPr>
            <w:color w:val="0000FF"/>
            <w:u w:val="single"/>
          </w:rPr>
          <w:t>https://form247-us.com/release-of-information-form/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release-of-information-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