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RECEIVING FORM</w:t>
      </w:r>
    </w:p>
    <w:p/>
    <w:p/>
    <w:p>
      <w:r>
        <w:rPr>
          <w:b/>
          <w:sz w:val="20"/>
        </w:rPr>
        <w:t>Receiving Party Information:</w:t>
      </w:r>
    </w:p>
    <w:p>
      <w:r>
        <w:rPr>
          <w:b w:val="0"/>
          <w:sz w:val="20"/>
        </w:rPr>
        <w:t>Full Legal Name: __________________________________________________________</w:t>
      </w:r>
    </w:p>
    <w:p>
      <w:r>
        <w:rPr>
          <w:b w:val="0"/>
          <w:sz w:val="20"/>
        </w:rPr>
        <w:t>Business Name (if applicable): 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City: ____________________________    State: ___________    ZIP Code: 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/>
    <w:p>
      <w:r>
        <w:rPr>
          <w:b/>
          <w:sz w:val="20"/>
        </w:rPr>
        <w:t>Delivering Party Information:</w:t>
      </w:r>
    </w:p>
    <w:p>
      <w:r>
        <w:rPr>
          <w:b w:val="0"/>
          <w:sz w:val="20"/>
        </w:rPr>
        <w:t>Full Legal Name: __________________________________________________________</w:t>
      </w:r>
    </w:p>
    <w:p>
      <w:r>
        <w:rPr>
          <w:b w:val="0"/>
          <w:sz w:val="20"/>
        </w:rPr>
        <w:t>Business Name (if applicable): 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City: ____________________________    State: ___________    ZIP Code: 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/>
    <w:p>
      <w:r>
        <w:rPr>
          <w:b/>
          <w:sz w:val="20"/>
        </w:rPr>
        <w:t>Shipment Details:</w:t>
      </w:r>
    </w:p>
    <w:p>
      <w:r>
        <w:rPr>
          <w:b w:val="0"/>
          <w:sz w:val="20"/>
        </w:rPr>
        <w:t>Purchase Order Number or Reference: _______________________________________</w:t>
      </w:r>
    </w:p>
    <w:p>
      <w:r>
        <w:rPr>
          <w:b w:val="0"/>
          <w:sz w:val="20"/>
        </w:rPr>
        <w:t>Carrier Name: _____________________________________________________________</w:t>
      </w:r>
    </w:p>
    <w:p>
      <w:r>
        <w:rPr>
          <w:b w:val="0"/>
          <w:sz w:val="20"/>
        </w:rPr>
        <w:t>Bill of Lading or Tracking Number: _________________________________________</w:t>
      </w:r>
    </w:p>
    <w:p>
      <w:r>
        <w:rPr>
          <w:b w:val="0"/>
          <w:sz w:val="20"/>
        </w:rPr>
        <w:t>Delivery Location: ________________________________________________________</w:t>
      </w:r>
    </w:p>
    <w:p>
      <w:r>
        <w:rPr>
          <w:b w:val="0"/>
          <w:sz w:val="20"/>
        </w:rPr>
        <w:t>Received By (Name and Title): ______________________________________________</w:t>
      </w:r>
    </w:p>
    <w:p/>
    <w:p>
      <w:r>
        <w:rPr>
          <w:b/>
          <w:sz w:val="20"/>
        </w:rPr>
        <w:t>Items Received: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</w:tcPr>
          <w:p>
            <w:r>
              <w:t>Item No.</w:t>
            </w:r>
          </w:p>
        </w:tc>
        <w:tc>
          <w:tcPr>
            <w:tcW w:type="dxa" w:w="1662"/>
          </w:tcPr>
          <w:p>
            <w:r>
              <w:t>Description</w:t>
            </w:r>
          </w:p>
        </w:tc>
        <w:tc>
          <w:tcPr>
            <w:tcW w:type="dxa" w:w="1662"/>
          </w:tcPr>
          <w:p>
            <w:r>
              <w:t>Quantity Ordered</w:t>
            </w:r>
          </w:p>
        </w:tc>
        <w:tc>
          <w:tcPr>
            <w:tcW w:type="dxa" w:w="1662"/>
          </w:tcPr>
          <w:p>
            <w:r>
              <w:t>Quantity Received</w:t>
            </w:r>
          </w:p>
        </w:tc>
        <w:tc>
          <w:tcPr>
            <w:tcW w:type="dxa" w:w="1662"/>
          </w:tcPr>
          <w:p>
            <w:r>
              <w:t>Condition</w:t>
            </w:r>
          </w:p>
        </w:tc>
        <w:tc>
          <w:tcPr>
            <w:tcW w:type="dxa" w:w="1662"/>
          </w:tcPr>
          <w:p>
            <w:r>
              <w:t>Remarks</w:t>
            </w:r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>
              <w:t>__________________________________________________</w:t>
            </w:r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>
              <w:t>__________________________________________________</w:t>
            </w:r>
          </w:p>
        </w:tc>
        <w:tc>
          <w:tcPr>
            <w:tcW w:type="dxa" w:w="1662"/>
          </w:tcPr>
          <w:p>
            <w:r>
              <w:t>__________________________________________________</w:t>
            </w:r>
          </w:p>
        </w:tc>
      </w:tr>
    </w:tbl>
    <w:p/>
    <w:p/>
    <w:p>
      <w:r>
        <w:rPr>
          <w:b/>
          <w:sz w:val="20"/>
        </w:rPr>
        <w:t>Inspection and Condition Notes:</w:t>
      </w:r>
    </w:p>
    <w:p>
      <w:r>
        <w:rPr>
          <w:b w:val="0"/>
          <w:sz w:val="20"/>
        </w:rPr>
        <w:t>The Receiving Party has inspected the items listed above and acknowledges receipt of the stated quantities and conditions unless otherwise noted.</w:t>
      </w:r>
    </w:p>
    <w:p>
      <w:r>
        <w:rPr>
          <w:b w:val="0"/>
          <w:sz w:val="20"/>
        </w:rPr>
        <w:t>Any discrepancies or damages found upon receipt are detailed below: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Acceptance and Liability:</w:t>
      </w:r>
    </w:p>
    <w:p>
      <w:r>
        <w:rPr>
          <w:b w:val="0"/>
          <w:sz w:val="20"/>
        </w:rPr>
        <w:t>The Receiving Party accepts the items as received and agrees to notify the Delivering Party of any discrepancies or damages within a reasonable time frame not to exceed five (5) business days from receipt.</w:t>
      </w:r>
    </w:p>
    <w:p>
      <w:r>
        <w:rPr>
          <w:b w:val="0"/>
          <w:sz w:val="20"/>
        </w:rPr>
        <w:t>Failure to notify within this period constitutes acceptance of the goods as delivered and waives any claims related to condition and quantity at delivery.</w:t>
      </w:r>
    </w:p>
    <w:p/>
    <w:p>
      <w:r>
        <w:rPr>
          <w:b/>
          <w:sz w:val="20"/>
        </w:rPr>
        <w:t>Compliance and Legal Acknowledgement:</w:t>
      </w:r>
    </w:p>
    <w:p>
      <w:r>
        <w:rPr>
          <w:b w:val="0"/>
          <w:sz w:val="20"/>
        </w:rPr>
        <w:t>The parties acknowledge that this Receiving Form is a legally binding document under United States law and shall be governed by the laws of the state in which the Receiving Party operates.</w:t>
      </w:r>
    </w:p>
    <w:p>
      <w:r>
        <w:rPr>
          <w:b w:val="0"/>
          <w:sz w:val="20"/>
        </w:rPr>
        <w:t>Any disputes arising from this Receiving Form shall be resolved in accordance with applicable state and federal laws.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RECEIVING PARTY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DELIVERING PARTY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</w:t>
              <w:br/>
              <w:t>Title: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</w:t>
              <w:br/>
              <w:t>Title: 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https://form247-us.com/receiving-form/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247-us.com/receiving-form/" TargetMode="External"/><Relationship Id="rId10" Type="http://schemas.openxmlformats.org/officeDocument/2006/relationships/hyperlink" Target="https://form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