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PROCUREMENT FORM AND AGREEMENT</w:t>
      </w:r>
    </w:p>
    <w:p/>
    <w:p/>
    <w:p>
      <w:r>
        <w:rPr>
          <w:b/>
          <w:sz w:val="20"/>
        </w:rPr>
        <w:t>Procurement Requester Information:</w:t>
      </w:r>
    </w:p>
    <w:p>
      <w:r>
        <w:rPr>
          <w:b w:val="0"/>
          <w:sz w:val="20"/>
        </w:rPr>
        <w:t>Company/Department Name: ________________________________________________</w:t>
      </w:r>
    </w:p>
    <w:p>
      <w:r>
        <w:rPr>
          <w:b w:val="0"/>
          <w:sz w:val="20"/>
        </w:rPr>
        <w:t>Contact Person: 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___________________________________________________________</w:t>
      </w:r>
    </w:p>
    <w:p>
      <w:r>
        <w:rPr>
          <w:b w:val="0"/>
          <w:sz w:val="20"/>
        </w:rPr>
        <w:t>Email Address: ___________________________________________________________</w:t>
      </w:r>
    </w:p>
    <w:p/>
    <w:p>
      <w:r>
        <w:rPr>
          <w:b/>
          <w:sz w:val="20"/>
        </w:rPr>
        <w:t>Supplier Information:</w:t>
      </w:r>
    </w:p>
    <w:p>
      <w:r>
        <w:rPr>
          <w:b w:val="0"/>
          <w:sz w:val="20"/>
        </w:rPr>
        <w:t>Company Name: ___________________________________________________________</w:t>
      </w:r>
    </w:p>
    <w:p>
      <w:r>
        <w:rPr>
          <w:b w:val="0"/>
          <w:sz w:val="20"/>
        </w:rPr>
        <w:t>Contact Person: _________________________________________________________</w:t>
      </w:r>
    </w:p>
    <w:p>
      <w:r>
        <w:rPr>
          <w:b w:val="0"/>
          <w:sz w:val="20"/>
        </w:rPr>
        <w:t>Address: ________________________________________________________________</w:t>
      </w:r>
    </w:p>
    <w:p>
      <w:r>
        <w:rPr>
          <w:b w:val="0"/>
          <w:sz w:val="20"/>
        </w:rPr>
        <w:t>Phone Number: ___________________________________________________________</w:t>
      </w:r>
    </w:p>
    <w:p>
      <w:r>
        <w:rPr>
          <w:b w:val="0"/>
          <w:sz w:val="20"/>
        </w:rPr>
        <w:t>Email Address: ___________________________________________________________</w:t>
      </w:r>
    </w:p>
    <w:p/>
    <w:p>
      <w:r>
        <w:rPr>
          <w:b/>
          <w:sz w:val="20"/>
        </w:rPr>
        <w:t>Procurement Details:</w:t>
      </w:r>
    </w:p>
    <w:p>
      <w:r>
        <w:rPr>
          <w:b w:val="0"/>
          <w:sz w:val="20"/>
        </w:rPr>
        <w:t>Item Description: ________________________________________________________</w:t>
      </w:r>
    </w:p>
    <w:p>
      <w:r>
        <w:rPr>
          <w:b w:val="0"/>
          <w:sz w:val="20"/>
        </w:rPr>
        <w:t>Quantity: _________________    Unit of Measure: __________________________</w:t>
      </w:r>
    </w:p>
    <w:p>
      <w:r>
        <w:rPr>
          <w:b w:val="0"/>
          <w:sz w:val="20"/>
        </w:rPr>
        <w:t>Unit Price (USD): ________________    Total Price (USD): __________________</w:t>
      </w:r>
    </w:p>
    <w:p>
      <w:r>
        <w:rPr>
          <w:b w:val="0"/>
          <w:sz w:val="20"/>
        </w:rPr>
        <w:t>Delivery Location: _______________________________________________________</w:t>
      </w:r>
    </w:p>
    <w:p>
      <w:r>
        <w:rPr>
          <w:b w:val="0"/>
          <w:sz w:val="20"/>
        </w:rPr>
        <w:t>Requested Delivery Date: _________________________________________________</w:t>
      </w:r>
    </w:p>
    <w:p>
      <w:r>
        <w:rPr>
          <w:b w:val="0"/>
          <w:sz w:val="20"/>
        </w:rPr>
        <w:t>Payment Terms: __________________________________________________________</w:t>
      </w:r>
    </w:p>
    <w:p/>
    <w:p>
      <w:r>
        <w:rPr>
          <w:b/>
          <w:sz w:val="20"/>
        </w:rPr>
        <w:t>Terms and Conditions:</w:t>
      </w:r>
    </w:p>
    <w:p>
      <w:r>
        <w:rPr>
          <w:b w:val="0"/>
          <w:sz w:val="20"/>
        </w:rPr>
        <w:t>1. Offer and Acceptance</w:t>
      </w:r>
    </w:p>
    <w:p>
      <w:r>
        <w:rPr>
          <w:b w:val="0"/>
          <w:sz w:val="20"/>
        </w:rPr>
        <w:t>The Supplier agrees to provide the goods and/or services described above under the terms and conditions stated herein. The Procurement Requester hereby places an order subject to acceptance of these terms.</w:t>
      </w:r>
    </w:p>
    <w:p/>
    <w:p>
      <w:r>
        <w:rPr>
          <w:b w:val="0"/>
          <w:sz w:val="20"/>
        </w:rPr>
        <w:t>2. Delivery and Risk of Loss</w:t>
      </w:r>
    </w:p>
    <w:p>
      <w:r>
        <w:rPr>
          <w:b w:val="0"/>
          <w:sz w:val="20"/>
        </w:rPr>
        <w:t>The Supplier shall deliver the goods to the specified delivery location by the requested delivery date. Risk of loss or damage shall pass to the Procurement Requester upon delivery and acceptance of the goods.</w:t>
      </w:r>
    </w:p>
    <w:p/>
    <w:p>
      <w:r>
        <w:rPr>
          <w:b w:val="0"/>
          <w:sz w:val="20"/>
        </w:rPr>
        <w:t>3. Inspection and Acceptance</w:t>
      </w:r>
    </w:p>
    <w:p>
      <w:r>
        <w:rPr>
          <w:b w:val="0"/>
          <w:sz w:val="20"/>
        </w:rPr>
        <w:t>The Procurement Requester shall have the right to inspect the goods upon delivery and to reject any non-conforming goods. Rejected goods shall be returned at the Supplier's expense and risk.</w:t>
      </w:r>
    </w:p>
    <w:p/>
    <w:p>
      <w:r>
        <w:rPr>
          <w:b w:val="0"/>
          <w:sz w:val="20"/>
        </w:rPr>
        <w:t>4. Payment</w:t>
      </w:r>
    </w:p>
    <w:p>
      <w:r>
        <w:rPr>
          <w:b w:val="0"/>
          <w:sz w:val="20"/>
        </w:rPr>
        <w:t>Payment shall be made in accordance with the agreed payment terms upon receipt of a valid invoice and acceptance of the goods or services. Late payments may be subject to interest at the maximum rate permitted by law.</w:t>
      </w:r>
    </w:p>
    <w:p/>
    <w:p>
      <w:r>
        <w:rPr>
          <w:b w:val="0"/>
          <w:sz w:val="20"/>
        </w:rPr>
        <w:t>5. Warranties</w:t>
      </w:r>
    </w:p>
    <w:p>
      <w:r>
        <w:rPr>
          <w:b w:val="0"/>
          <w:sz w:val="20"/>
        </w:rPr>
        <w:t>The Supplier warrants that all goods and services shall conform to the specifications, be free from defects in materials and workmanship, and be suitable for the intended purpose. The warranty period shall be at least ninety (90) days from delivery unless otherwise agreed.</w:t>
      </w:r>
    </w:p>
    <w:p/>
    <w:p>
      <w:r>
        <w:rPr>
          <w:b w:val="0"/>
          <w:sz w:val="20"/>
        </w:rPr>
        <w:t>6. Compliance with Laws</w:t>
      </w:r>
    </w:p>
    <w:p>
      <w:r>
        <w:rPr>
          <w:b w:val="0"/>
          <w:sz w:val="20"/>
        </w:rPr>
        <w:t>The Supplier shall comply with all applicable federal, state, and local laws, regulations, and ordinances in the performance of this agreement.</w:t>
      </w:r>
    </w:p>
    <w:p/>
    <w:p>
      <w:r>
        <w:rPr>
          <w:b w:val="0"/>
          <w:sz w:val="20"/>
        </w:rPr>
        <w:t>7. Confidentiality</w:t>
      </w:r>
    </w:p>
    <w:p>
      <w:r>
        <w:rPr>
          <w:b w:val="0"/>
          <w:sz w:val="20"/>
        </w:rPr>
        <w:t>Both parties agree to keep confidential all proprietary information disclosed during the course of this agreement and not disclose such information to any third party without prior written consent.</w:t>
      </w:r>
    </w:p>
    <w:p/>
    <w:p>
      <w:r>
        <w:rPr>
          <w:b w:val="0"/>
          <w:sz w:val="20"/>
        </w:rPr>
        <w:t>8. Indemnification</w:t>
      </w:r>
    </w:p>
    <w:p>
      <w:r>
        <w:rPr>
          <w:b w:val="0"/>
          <w:sz w:val="20"/>
        </w:rPr>
        <w:t>The Supplier shall indemnify and hold harmless the Procurement Requester, its affiliates, officers, and employees from and against any and all claims, damages, losses, liabilities, costs, and expenses arising out of or related to the Supplier’s performance under this agreement.</w:t>
      </w:r>
    </w:p>
    <w:p/>
    <w:p>
      <w:r>
        <w:rPr>
          <w:b w:val="0"/>
          <w:sz w:val="20"/>
        </w:rPr>
        <w:t>9. Limitation of Liability</w:t>
      </w:r>
    </w:p>
    <w:p>
      <w:r>
        <w:rPr>
          <w:b w:val="0"/>
          <w:sz w:val="20"/>
        </w:rPr>
        <w:t>Except for indemnification obligations, neither party shall be liable for any indirect, incidental, consequential, or punitive damages arising out of or related to this agreement.</w:t>
      </w:r>
    </w:p>
    <w:p/>
    <w:p>
      <w:r>
        <w:rPr>
          <w:b w:val="0"/>
          <w:sz w:val="20"/>
        </w:rPr>
        <w:t>10. Termination</w:t>
      </w:r>
    </w:p>
    <w:p>
      <w:r>
        <w:rPr>
          <w:b w:val="0"/>
          <w:sz w:val="20"/>
        </w:rPr>
        <w:t>This agreement may be terminated by either party upon written notice if the other party breaches any material term and fails to cure such breach within fifteen (15) days of receipt of notice.</w:t>
      </w:r>
    </w:p>
    <w:p/>
    <w:p>
      <w:r>
        <w:rPr>
          <w:b w:val="0"/>
          <w:sz w:val="20"/>
        </w:rPr>
        <w:t>11. Governing Law and Jurisdiction</w:t>
      </w:r>
    </w:p>
    <w:p>
      <w:r>
        <w:rPr>
          <w:b w:val="0"/>
          <w:sz w:val="20"/>
        </w:rPr>
        <w:t>This agreement shall be governed by and construed in accordance with the laws of the United States of America and the state where the Procurement Requester is located. Any disputes arising hereunder shall be resolved exclusively in the courts of that state.</w:t>
      </w:r>
    </w:p>
    <w:p/>
    <w:p>
      <w:r>
        <w:rPr>
          <w:b w:val="0"/>
          <w:sz w:val="20"/>
        </w:rPr>
        <w:t>12. Entire Agreement</w:t>
      </w:r>
    </w:p>
    <w:p>
      <w:r>
        <w:rPr>
          <w:b w:val="0"/>
          <w:sz w:val="20"/>
        </w:rPr>
        <w:t>This document constitutes the entire agreement between the parties with respect to the subject matter herein and supersedes all prior agreements, understandings, and representations.</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PROCUREMENT REQUESTER</w:t>
            </w:r>
          </w:p>
        </w:tc>
        <w:tc>
          <w:tcPr>
            <w:tcW w:type="dxa" w:w="4986"/>
            <w:tcBorders>
              <w:top w:val="nil"/>
              <w:left w:val="nil"/>
              <w:bottom w:val="nil"/>
              <w:right w:val="nil"/>
              <w:insideH w:val="nil"/>
              <w:insideV w:val="nil"/>
            </w:tcBorders>
          </w:tcPr>
          <w:p>
            <w:pPr>
              <w:jc w:val="center"/>
            </w:pPr>
            <w:r>
              <w:t>SUPPLIER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w:t>
            </w:r>
          </w:p>
        </w:tc>
        <w:tc>
          <w:tcPr>
            <w:tcW w:type="dxa" w:w="4986"/>
            <w:tcBorders>
              <w:top w:val="nil"/>
              <w:left w:val="nil"/>
              <w:bottom w:val="nil"/>
              <w:right w:val="nil"/>
              <w:insideH w:val="nil"/>
              <w:insideV w:val="nil"/>
            </w:tcBorders>
          </w:tcPr>
          <w:p>
            <w:pPr>
              <w:jc w:val="center"/>
            </w:pPr>
            <w:r>
              <w:t>Name and Title: 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https://form247-us.com/procurement-form/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procurement-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