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PRESCRIPTION REFILL REQUEST FORM</w:t>
      </w:r>
    </w:p>
    <w:p/>
    <w:p/>
    <w:p>
      <w:r>
        <w:rPr>
          <w:b/>
          <w:sz w:val="20"/>
        </w:rPr>
        <w:t>Patient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City: _______________________________ State: _______ ZIP: 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Email (optional): _____________________________________________________</w:t>
      </w:r>
    </w:p>
    <w:p/>
    <w:p>
      <w:r>
        <w:rPr>
          <w:b/>
          <w:sz w:val="20"/>
        </w:rPr>
        <w:t>Prescription Information:</w:t>
      </w:r>
    </w:p>
    <w:p>
      <w:r>
        <w:rPr>
          <w:b w:val="0"/>
          <w:sz w:val="20"/>
        </w:rPr>
        <w:t>Medication Name: ______________________________________________________</w:t>
      </w:r>
    </w:p>
    <w:p>
      <w:r>
        <w:rPr>
          <w:b w:val="0"/>
          <w:sz w:val="20"/>
        </w:rPr>
        <w:t>Strength/Dosage: ______________________________________________________</w:t>
      </w:r>
    </w:p>
    <w:p>
      <w:r>
        <w:rPr>
          <w:b w:val="0"/>
          <w:sz w:val="20"/>
        </w:rPr>
        <w:t>Quantity Requested: ___________________________________________________</w:t>
      </w:r>
    </w:p>
    <w:p>
      <w:r>
        <w:rPr>
          <w:b w:val="0"/>
          <w:sz w:val="20"/>
        </w:rPr>
        <w:t>Directions for Use: ____________________________________________________</w:t>
      </w:r>
    </w:p>
    <w:p>
      <w:r>
        <w:rPr>
          <w:b w:val="0"/>
          <w:sz w:val="20"/>
        </w:rPr>
        <w:t>Number of Refills Remaining: ___________________________________________</w:t>
      </w:r>
    </w:p>
    <w:p/>
    <w:p>
      <w:r>
        <w:rPr>
          <w:b/>
          <w:sz w:val="20"/>
        </w:rPr>
        <w:t>Prescribing Physician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Fax Number (if applicable): 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City: _______________________________ State: _______ ZIP: _____________</w:t>
      </w:r>
    </w:p>
    <w:p/>
    <w:p>
      <w:r>
        <w:rPr>
          <w:b/>
          <w:sz w:val="20"/>
        </w:rPr>
        <w:t>Pharmacy Information:</w:t>
      </w:r>
    </w:p>
    <w:p>
      <w:r>
        <w:rPr>
          <w:b w:val="0"/>
          <w:sz w:val="20"/>
        </w:rPr>
        <w:t>Pharmacy Name: 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Fax Number: 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City: _______________________________ State: _______ ZIP: _____________</w:t>
      </w:r>
    </w:p>
    <w:p/>
    <w:p>
      <w:r>
        <w:rPr>
          <w:b/>
          <w:sz w:val="20"/>
        </w:rPr>
        <w:t>Reason for Refill Request: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Legal Notice and Patient Authorization:</w:t>
      </w:r>
    </w:p>
    <w:p>
      <w:r>
        <w:rPr>
          <w:b w:val="0"/>
          <w:sz w:val="20"/>
        </w:rPr>
        <w:t>By signing this form, I authorize the pharmacy to contact my healthcare provider to obtain information about my prescription for the purpose of processing this refill request. I understand that it is my responsibility to ensure this request complies with all applicable laws and regulations under United States federal and state laws. I certify that the information provided is accurate and complete to the best of my knowledge.</w:t>
      </w:r>
    </w:p>
    <w:p/>
    <w:p>
      <w:r>
        <w:rPr>
          <w:b w:val="0"/>
          <w:sz w:val="20"/>
        </w:rPr>
        <w:t>Patient Signature: _______________________________________  Date: ______________</w:t>
      </w:r>
    </w:p>
    <w:p>
      <w:r>
        <w:rPr>
          <w:b w:val="0"/>
          <w:sz w:val="20"/>
        </w:rPr>
        <w:t>Printed Name: ____________________________________________________________</w:t>
      </w:r>
    </w:p>
    <w:p/>
    <w:p/>
    <w:p>
      <w:r>
        <w:rPr>
          <w:b/>
          <w:sz w:val="20"/>
        </w:rPr>
        <w:t>Healthcare Provider Use Only:</w:t>
      </w:r>
    </w:p>
    <w:p>
      <w:r>
        <w:rPr>
          <w:b/>
          <w:sz w:val="20"/>
        </w:rPr>
        <w:t>Refill Authorization:</w:t>
      </w:r>
    </w:p>
    <w:p>
      <w:r>
        <w:rPr>
          <w:b w:val="0"/>
          <w:sz w:val="20"/>
        </w:rPr>
        <w:t>☐ Approved          ☐ Denied</w:t>
      </w:r>
    </w:p>
    <w:p>
      <w:r>
        <w:rPr>
          <w:b w:val="0"/>
          <w:sz w:val="20"/>
        </w:rPr>
        <w:t>If denied, reason: ________________________________________________</w:t>
      </w:r>
    </w:p>
    <w:p>
      <w:r>
        <w:rPr>
          <w:b w:val="0"/>
          <w:sz w:val="20"/>
        </w:rPr>
        <w:t>Additional Comments: 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 w:val="0"/>
          <w:sz w:val="20"/>
        </w:rPr>
        <w:t>Authorized Signature: _______________________________________  Date: ______________</w:t>
      </w:r>
    </w:p>
    <w:p>
      <w:r>
        <w:rPr>
          <w:b w:val="0"/>
          <w:sz w:val="20"/>
        </w:rPr>
        <w:t>Printed Name and Title: ________________________________________________</w:t>
      </w:r>
    </w:p>
    <w:p/>
    <w:p/>
    <w:p>
      <w:r>
        <w:rPr>
          <w:b/>
          <w:sz w:val="20"/>
        </w:rPr>
        <w:t>Pharmacy Use Only:</w:t>
      </w:r>
    </w:p>
    <w:p>
      <w:r>
        <w:rPr>
          <w:b w:val="0"/>
          <w:sz w:val="20"/>
        </w:rPr>
        <w:t>Date Received: ____________________</w:t>
      </w:r>
    </w:p>
    <w:p>
      <w:r>
        <w:rPr>
          <w:b w:val="0"/>
          <w:sz w:val="20"/>
        </w:rPr>
        <w:t>Processed By: __________________________________________________</w:t>
      </w:r>
    </w:p>
    <w:p>
      <w:r>
        <w:rPr>
          <w:b w:val="0"/>
          <w:sz w:val="20"/>
        </w:rPr>
        <w:t>Date Processed: ___________________</w:t>
      </w:r>
    </w:p>
    <w:p>
      <w:r>
        <w:rPr>
          <w:b w:val="0"/>
          <w:sz w:val="20"/>
        </w:rPr>
        <w:t>Notes: ______________________________________________________</w:t>
      </w:r>
    </w:p>
    <w:p>
      <w:r>
        <w:rPr>
          <w:b w:val="0"/>
          <w:sz w:val="20"/>
        </w:rPr>
        <w:t>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Patient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Healthcare Provider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https://form247-us.com/prescription-refill-request-form/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https://form247-us.com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form247-us.com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orm247-us.com/prescription-refill-request-form/" TargetMode="External"/><Relationship Id="rId10" Type="http://schemas.openxmlformats.org/officeDocument/2006/relationships/hyperlink" Target="https://form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