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PAYMENT AUTHORIZATION AND INSTRUCTION FORM</w:t>
      </w:r>
    </w:p>
    <w:p/>
    <w:p>
      <w:r>
        <w:rPr>
          <w:b/>
          <w:sz w:val="20"/>
        </w:rPr>
        <w:t>Payer Information:</w:t>
      </w:r>
    </w:p>
    <w:p>
      <w:r>
        <w:rPr>
          <w:b w:val="0"/>
          <w:sz w:val="20"/>
        </w:rPr>
        <w:t>Full Name: ____________________________________________________________</w:t>
      </w:r>
    </w:p>
    <w:p>
      <w:r>
        <w:rPr>
          <w:b w:val="0"/>
          <w:sz w:val="20"/>
        </w:rPr>
        <w:t>Billing Address: 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Payee Information:</w:t>
      </w:r>
    </w:p>
    <w:p>
      <w:r>
        <w:rPr>
          <w:b w:val="0"/>
          <w:sz w:val="20"/>
        </w:rPr>
        <w:t>Full Name / Company: 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Payment Details:</w:t>
      </w:r>
    </w:p>
    <w:p>
      <w:r>
        <w:rPr>
          <w:b w:val="0"/>
          <w:sz w:val="20"/>
        </w:rPr>
        <w:t>Invoice/Reference Number: _____________________________________________</w:t>
      </w:r>
    </w:p>
    <w:p>
      <w:r>
        <w:rPr>
          <w:b w:val="0"/>
          <w:sz w:val="20"/>
        </w:rPr>
        <w:t>Amount to be Paid: $____________________ USD</w:t>
      </w:r>
    </w:p>
    <w:p>
      <w:r>
        <w:rPr>
          <w:b w:val="0"/>
          <w:sz w:val="20"/>
        </w:rPr>
        <w:t>Payment Description: _________________________________________________</w:t>
      </w:r>
    </w:p>
    <w:p/>
    <w:p>
      <w:r>
        <w:rPr>
          <w:b/>
          <w:sz w:val="20"/>
        </w:rPr>
        <w:t>Payment Method:</w:t>
      </w:r>
    </w:p>
    <w:p>
      <w:r>
        <w:rPr>
          <w:b w:val="0"/>
          <w:sz w:val="20"/>
        </w:rPr>
        <w:t>☐ Check      ☐ Credit Card      ☐ Bank Transfer      ☐ Cash      ☐ Other: _______________________</w:t>
      </w:r>
    </w:p>
    <w:p/>
    <w:p>
      <w:r>
        <w:rPr>
          <w:b/>
          <w:sz w:val="20"/>
        </w:rPr>
        <w:t>Credit Card Information (if applicable):</w:t>
      </w:r>
    </w:p>
    <w:p>
      <w:r>
        <w:rPr>
          <w:b w:val="0"/>
          <w:sz w:val="20"/>
        </w:rPr>
        <w:t>Cardholder Name: ____________________________________________________</w:t>
      </w:r>
    </w:p>
    <w:p>
      <w:r>
        <w:rPr>
          <w:b w:val="0"/>
          <w:sz w:val="20"/>
        </w:rPr>
        <w:t>Card Number: _________________________________________________________</w:t>
      </w:r>
    </w:p>
    <w:p>
      <w:r>
        <w:rPr>
          <w:b w:val="0"/>
          <w:sz w:val="20"/>
        </w:rPr>
        <w:t>Expiration Date (MM/YY): ____________________   CVV: _______________</w:t>
      </w:r>
    </w:p>
    <w:p/>
    <w:p>
      <w:r>
        <w:rPr>
          <w:b/>
          <w:sz w:val="20"/>
        </w:rPr>
        <w:t>Bank Transfer Information (if applicable):</w:t>
      </w:r>
    </w:p>
    <w:p>
      <w:r>
        <w:rPr>
          <w:b w:val="0"/>
          <w:sz w:val="20"/>
        </w:rPr>
        <w:t>Bank Name: __________________________________________________________</w:t>
      </w:r>
    </w:p>
    <w:p>
      <w:r>
        <w:rPr>
          <w:b w:val="0"/>
          <w:sz w:val="20"/>
        </w:rPr>
        <w:t>Account Holder Name: _________________________________________________</w:t>
      </w:r>
    </w:p>
    <w:p>
      <w:r>
        <w:rPr>
          <w:b w:val="0"/>
          <w:sz w:val="20"/>
        </w:rPr>
        <w:t>Routing Number (ABA): _______________________________________________</w:t>
      </w:r>
    </w:p>
    <w:p>
      <w:r>
        <w:rPr>
          <w:b w:val="0"/>
          <w:sz w:val="20"/>
        </w:rPr>
        <w:t>Account Number: _____________________________________________________</w:t>
      </w:r>
    </w:p>
    <w:p/>
    <w:p>
      <w:r>
        <w:rPr>
          <w:b/>
          <w:sz w:val="20"/>
        </w:rPr>
        <w:t>Authorization:</w:t>
      </w:r>
    </w:p>
    <w:p>
      <w:r>
        <w:rPr>
          <w:b w:val="0"/>
          <w:sz w:val="20"/>
        </w:rPr>
        <w:t>By signing below, I hereby authorize the Payee to charge the designated payment amount using the payment method indicated above. I certify that I am authorized to use the payment method provided and acknowledge that this authorization will remain in effect until the payment is completed or revoked in writing.</w:t>
      </w:r>
    </w:p>
    <w:p/>
    <w:p>
      <w:r>
        <w:rPr>
          <w:b/>
          <w:sz w:val="20"/>
        </w:rPr>
        <w:t>Terms and Conditions:</w:t>
      </w:r>
    </w:p>
    <w:p>
      <w:r>
        <w:rPr>
          <w:b w:val="0"/>
          <w:sz w:val="20"/>
        </w:rPr>
        <w:t>1. Payment must be made in accordance with all applicable federal, state, and local laws of the United States of America.</w:t>
      </w:r>
    </w:p>
    <w:p>
      <w:r>
        <w:rPr>
          <w:b w:val="0"/>
          <w:sz w:val="20"/>
        </w:rPr>
        <w:t>2. All payment information provided must be accurate and truthful. Any fraudulent use of payment methods may result in legal action.</w:t>
      </w:r>
    </w:p>
    <w:p>
      <w:r>
        <w:rPr>
          <w:b w:val="0"/>
          <w:sz w:val="20"/>
        </w:rPr>
        <w:t>3. The Payee reserves the right to refuse or cancel payments where fraud or unauthorized use is suspected.</w:t>
      </w:r>
    </w:p>
    <w:p>
      <w:r>
        <w:rPr>
          <w:b w:val="0"/>
          <w:sz w:val="20"/>
        </w:rPr>
        <w:t>4. This form does not constitute a contract of sale, but serves as a payment instruction for the agreed transaction.</w:t>
      </w:r>
    </w:p>
    <w:p>
      <w:r>
        <w:rPr>
          <w:b w:val="0"/>
          <w:sz w:val="20"/>
        </w:rPr>
        <w:t>5. Any disputes relating to payments shall be resolved under the jurisdiction of the laws of the United States and the relevant state law applicable to the Payee's location.</w:t>
      </w:r>
    </w:p>
    <w:p/>
    <w:p>
      <w:r>
        <w:rPr>
          <w:b/>
          <w:sz w:val="20"/>
        </w:rPr>
        <w:t>Liability Disclaimer:</w:t>
      </w:r>
    </w:p>
    <w:p>
      <w:r>
        <w:rPr>
          <w:b w:val="0"/>
          <w:sz w:val="20"/>
        </w:rPr>
        <w:t>The Payee shall not be liable for any damages or losses arising from payment processing delays, errors, or unauthorized transactions, except where such damages result from Payee’s gross negligence or willful misconduct. The Payer agrees to indemnify and hold harmless the Payee against any claims related to payment authorization or transaction disputes.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PAYER</w:t>
            </w:r>
          </w:p>
        </w:tc>
        <w:tc>
          <w:tcPr>
            <w:tcW w:type="dxa" w:w="4986"/>
            <w:tcBorders>
              <w:top w:val="nil"/>
              <w:left w:val="nil"/>
              <w:bottom w:val="nil"/>
              <w:right w:val="nil"/>
              <w:insideH w:val="nil"/>
              <w:insideV w:val="nil"/>
            </w:tcBorders>
          </w:tcPr>
          <w:p>
            <w:pPr>
              <w:jc w:val="center"/>
            </w:pPr>
            <w:r>
              <w:t>PAYEE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(Print): ________________________</w:t>
            </w:r>
          </w:p>
        </w:tc>
        <w:tc>
          <w:tcPr>
            <w:tcW w:type="dxa" w:w="4986"/>
            <w:tcBorders>
              <w:top w:val="nil"/>
              <w:left w:val="nil"/>
              <w:bottom w:val="nil"/>
              <w:right w:val="nil"/>
              <w:insideH w:val="nil"/>
              <w:insideV w:val="nil"/>
            </w:tcBorders>
          </w:tcPr>
          <w:p>
            <w:pPr>
              <w:jc w:val="center"/>
            </w:pPr>
            <w:r>
              <w:t>Name (Print):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https://form247-us.com/payment-form/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payment-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