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 INCREASE AUTHORIZATION FORM</w:t>
      </w:r>
    </w:p>
    <w:p/>
    <w:p>
      <w:r>
        <w:rPr>
          <w:b/>
          <w:sz w:val="20"/>
        </w:rPr>
        <w:t>Employee Information:</w:t>
      </w:r>
    </w:p>
    <w:p>
      <w:r>
        <w:rPr>
          <w:b w:val="0"/>
          <w:sz w:val="20"/>
        </w:rPr>
        <w:t>Full Name: ____________________________________________________________</w:t>
      </w:r>
    </w:p>
    <w:p>
      <w:r>
        <w:rPr>
          <w:b w:val="0"/>
          <w:sz w:val="20"/>
        </w:rPr>
        <w:t>Employee ID Number: ___________________________________________________</w:t>
      </w:r>
    </w:p>
    <w:p>
      <w:r>
        <w:rPr>
          <w:b w:val="0"/>
          <w:sz w:val="20"/>
        </w:rPr>
        <w:t>Current Position/Title: _______________________________________________</w:t>
      </w:r>
    </w:p>
    <w:p>
      <w:r>
        <w:rPr>
          <w:b w:val="0"/>
          <w:sz w:val="20"/>
        </w:rPr>
        <w:t>Department: __________________________________________________________</w:t>
      </w:r>
    </w:p>
    <w:p>
      <w:r>
        <w:rPr>
          <w:b w:val="0"/>
          <w:sz w:val="20"/>
        </w:rPr>
        <w:t>Supervisor/Manager: _________________________________________________</w:t>
      </w:r>
    </w:p>
    <w:p/>
    <w:p>
      <w:r>
        <w:rPr>
          <w:b/>
          <w:sz w:val="20"/>
        </w:rPr>
        <w:t>Current Compensation Details:</w:t>
      </w:r>
    </w:p>
    <w:p>
      <w:r>
        <w:rPr>
          <w:b w:val="0"/>
          <w:sz w:val="20"/>
        </w:rPr>
        <w:t>Current Annual Base Salary: $_________________________</w:t>
      </w:r>
    </w:p>
    <w:p>
      <w:r>
        <w:rPr>
          <w:b w:val="0"/>
          <w:sz w:val="20"/>
        </w:rPr>
        <w:t>Current Hourly Rate (if applicable): $_________________</w:t>
      </w:r>
    </w:p>
    <w:p>
      <w:r>
        <w:rPr>
          <w:b w:val="0"/>
          <w:sz w:val="20"/>
        </w:rPr>
        <w:t>Current Pay Grade/Level: ____________________________________________</w:t>
      </w:r>
    </w:p>
    <w:p/>
    <w:p>
      <w:r>
        <w:rPr>
          <w:b/>
          <w:sz w:val="20"/>
        </w:rPr>
        <w:t>Proposed Pay Increase Details:</w:t>
      </w:r>
    </w:p>
    <w:p>
      <w:r>
        <w:rPr>
          <w:b w:val="0"/>
          <w:sz w:val="20"/>
        </w:rPr>
        <w:t>Effective Date of Increase: ___________________________________________</w:t>
      </w:r>
    </w:p>
    <w:p>
      <w:r>
        <w:rPr>
          <w:b w:val="0"/>
          <w:sz w:val="20"/>
        </w:rPr>
        <w:t>New Annual Base Salary: $_____________________________________________</w:t>
      </w:r>
    </w:p>
    <w:p>
      <w:r>
        <w:rPr>
          <w:b w:val="0"/>
          <w:sz w:val="20"/>
        </w:rPr>
        <w:t>New Hourly Rate (if applicable): $_____________________________________</w:t>
      </w:r>
    </w:p>
    <w:p>
      <w:r>
        <w:rPr>
          <w:b w:val="0"/>
          <w:sz w:val="20"/>
        </w:rPr>
        <w:t>Percentage Increase: __________________________ %</w:t>
      </w:r>
    </w:p>
    <w:p>
      <w:r>
        <w:rPr>
          <w:b w:val="0"/>
          <w:sz w:val="20"/>
        </w:rPr>
        <w:t>Type of Increase (Check one):</w:t>
      </w:r>
    </w:p>
    <w:p>
      <w:r>
        <w:rPr>
          <w:b w:val="0"/>
          <w:sz w:val="20"/>
        </w:rPr>
      </w:r>
      <w:r>
        <w:rPr>
          <w:b w:val="0"/>
        </w:rPr>
        <w:t xml:space="preserve">☐ Merit Increase   </w:t>
      </w:r>
      <w:r>
        <w:rPr>
          <w:b w:val="0"/>
        </w:rPr>
        <w:t xml:space="preserve">☐ Cost of Living Adjustment (COLA)   </w:t>
      </w:r>
      <w:r>
        <w:rPr>
          <w:b w:val="0"/>
        </w:rPr>
        <w:t xml:space="preserve">☐ Promotion   </w:t>
      </w:r>
      <w:r>
        <w:t>☐ Other: ____________________________________________________</w:t>
      </w:r>
    </w:p>
    <w:p/>
    <w:p>
      <w:r>
        <w:rPr>
          <w:b/>
          <w:sz w:val="20"/>
        </w:rPr>
        <w:t>Reason for Pay Increase:</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Acknowledgment and Approvals:</w:t>
      </w:r>
    </w:p>
    <w:p>
      <w:r>
        <w:rPr>
          <w:b w:val="0"/>
          <w:sz w:val="20"/>
        </w:rPr>
        <w:t>By signing below, the parties acknowledge and agree to the terms of this pay increase authorization. The Employee understands that this increase does not alter the at-will nature of employment, if applicable, and that all other terms and conditions of employment remain unchanged except as expressly provided herein.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SUPERVISOR/MANAGER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r>
        <w:rPr>
          <w:b/>
          <w:sz w:val="20"/>
        </w:rPr>
        <w:t>Human Resources Review and Authorization:</w:t>
      </w:r>
    </w:p>
    <w:p>
      <w:r>
        <w:rPr>
          <w:b w:val="0"/>
          <w:sz w:val="20"/>
        </w:rPr>
        <w:t>Reviewed by: __________________________________________________________</w:t>
      </w:r>
    </w:p>
    <w:p>
      <w:r>
        <w:rPr>
          <w:b w:val="0"/>
          <w:sz w:val="20"/>
        </w:rPr>
        <w:t>Title: ________________________________________________________________</w:t>
      </w:r>
    </w:p>
    <w:p>
      <w:r>
        <w:rPr>
          <w:b w:val="0"/>
          <w:sz w:val="20"/>
        </w:rPr>
        <w:t>Signature: ____________________________________________________________</w:t>
      </w:r>
    </w:p>
    <w:p>
      <w:r>
        <w:rPr>
          <w:b w:val="0"/>
          <w:sz w:val="20"/>
        </w:rPr>
        <w:t>Date: _________________________________________________________________</w:t>
      </w:r>
    </w:p>
    <w:p/>
    <w:p>
      <w:r>
        <w:rPr>
          <w:b/>
          <w:sz w:val="20"/>
        </w:rPr>
        <w:t>Legal Disclaimer:</w:t>
      </w:r>
    </w:p>
    <w:p>
      <w:r>
        <w:rPr>
          <w:b w:val="0"/>
          <w:sz w:val="20"/>
        </w:rPr>
        <w:t>This Pay Increase Authorization Form is subject to all applicable federal, state, and local employment laws. Nothing contained herein shall be construed to create a contract of employment or to alter the at-will employment relationship unless otherwise specified in writing by authorized Company personnel. The Company reserves the right to modify, revoke, suspend, terminate, or change any or all plans or policies described in this form at any time, with or without notice, subject to applicable law.</w:t>
      </w:r>
    </w:p>
    <w:p/>
    <w:p>
      <w:r>
        <w:rPr>
          <w:b/>
          <w:sz w:val="20"/>
        </w:rPr>
        <w:t>Confidentiality Clause:</w:t>
      </w:r>
    </w:p>
    <w:p>
      <w:r>
        <w:rPr>
          <w:b w:val="0"/>
          <w:sz w:val="20"/>
        </w:rPr>
        <w:t>The information contained in this Pay Increase Authorization Form is confidential and intended solely for internal use within the Company. Unauthorized disclosure or distribution of this information is prohibited and may result in disciplinary action, up to and including termination of employment.</w:t>
      </w:r>
    </w:p>
    <w:p/>
    <w:p>
      <w:r>
        <w:rPr>
          <w:b/>
          <w:sz w:val="20"/>
        </w:rPr>
        <w:t>Equal Employment Opportunity Statement:</w:t>
      </w:r>
    </w:p>
    <w:p>
      <w:r>
        <w:rPr>
          <w:b w:val="0"/>
          <w:sz w:val="20"/>
        </w:rPr>
        <w:t>The Company is an Equal Opportunity Employer and does not discriminate on the basis of race, color, religion, sex, national origin, age, disability, marital status, sexual orientation, gender identity, veteran status, or any other legally protected status. All pay decisions comply with applicable wage and hour laws and regulations.</w:t>
      </w:r>
    </w:p>
    <w:p/>
    <w:p>
      <w:r>
        <w:rPr>
          <w:b/>
          <w:sz w:val="20"/>
        </w:rPr>
        <w:t>Instructions for Completion and Submission:</w:t>
      </w:r>
    </w:p>
    <w:p>
      <w:r>
        <w:rPr>
          <w:b w:val="0"/>
          <w:sz w:val="20"/>
        </w:rPr>
        <w:t>1. Complete all applicable fields in this form accurately.</w:t>
      </w:r>
    </w:p>
    <w:p>
      <w:r>
        <w:rPr>
          <w:b w:val="0"/>
          <w:sz w:val="20"/>
        </w:rPr>
        <w:t>2. Obtain all required signatures before the proposed effective date.</w:t>
      </w:r>
    </w:p>
    <w:p>
      <w:r>
        <w:rPr>
          <w:b w:val="0"/>
          <w:sz w:val="20"/>
        </w:rPr>
        <w:t>3. Submit the completed form to the Human Resources Department for review and approval.</w:t>
      </w:r>
    </w:p>
    <w:p>
      <w:r>
        <w:rPr>
          <w:b w:val="0"/>
          <w:sz w:val="20"/>
        </w:rPr>
        <w:t>4. Keep a copy of this form in the employee’s personnel file.</w:t>
      </w:r>
    </w:p>
    <w:p/>
    <w:p>
      <w:r>
        <w:br w:type="page"/>
      </w:r>
    </w:p>
    <w:p>
      <w:pPr>
        <w:jc w:val="center"/>
      </w:pPr>
      <w:r>
        <w:rPr>
          <w:color w:val="555555"/>
          <w:sz w:val="24"/>
        </w:rPr>
        <w:t>Original source of this document:</w:t>
      </w:r>
    </w:p>
    <w:p>
      <w:pPr>
        <w:jc w:val="center"/>
      </w:pPr>
      <w:hyperlink r:id="rId9">
        <w:r>
          <w:rPr>
            <w:color w:val="0000FF"/>
            <w:u w:val="single"/>
          </w:rPr>
          <w:t>https://form247-us.com/pay-increase-form/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pay-increas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