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NUTRITION CONSULTATION FORM</w:t>
      </w:r>
    </w:p>
    <w:p/>
    <w:p/>
    <w:p>
      <w:r>
        <w:rPr>
          <w:b/>
          <w:sz w:val="20"/>
        </w:rPr>
        <w:t>Client Information:</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Gender: _______________________________________________________________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Emergency Contact Information:</w:t>
      </w:r>
    </w:p>
    <w:p>
      <w:r>
        <w:rPr>
          <w:b w:val="0"/>
          <w:sz w:val="20"/>
        </w:rPr>
        <w:t>Full Name: ____________________________________________________________</w:t>
      </w:r>
    </w:p>
    <w:p>
      <w:r>
        <w:rPr>
          <w:b w:val="0"/>
          <w:sz w:val="20"/>
        </w:rPr>
        <w:t>Relationship: __________________________________________________________</w:t>
      </w:r>
    </w:p>
    <w:p>
      <w:r>
        <w:rPr>
          <w:b w:val="0"/>
          <w:sz w:val="20"/>
        </w:rPr>
        <w:t>Phone Number: _________________________________________________________</w:t>
      </w:r>
    </w:p>
    <w:p/>
    <w:p>
      <w:r>
        <w:rPr>
          <w:b/>
          <w:sz w:val="20"/>
        </w:rPr>
        <w:t>Referral Source:</w:t>
      </w:r>
    </w:p>
    <w:p>
      <w:r>
        <w:rPr>
          <w:b w:val="0"/>
          <w:sz w:val="20"/>
        </w:rPr>
        <w:t>How did you hear about our nutrition services? _________________________</w:t>
      </w:r>
    </w:p>
    <w:p/>
    <w:p>
      <w:r>
        <w:rPr>
          <w:b/>
          <w:sz w:val="20"/>
        </w:rPr>
        <w:t>Medical History:</w:t>
      </w:r>
    </w:p>
    <w:p>
      <w:r>
        <w:rPr>
          <w:b w:val="0"/>
          <w:sz w:val="20"/>
        </w:rPr>
        <w:t>Please check any of the following conditions that apply to you:</w:t>
      </w:r>
    </w:p>
    <w:p>
      <w:r>
        <w:rPr>
          <w:b w:val="0"/>
          <w:sz w:val="20"/>
        </w:rPr>
        <w:t>[  ] Diabetes</w:t>
      </w:r>
    </w:p>
    <w:p>
      <w:r>
        <w:rPr>
          <w:b w:val="0"/>
          <w:sz w:val="20"/>
        </w:rPr>
        <w:t>[  ] Hypertension (High Blood Pressure)</w:t>
      </w:r>
    </w:p>
    <w:p>
      <w:r>
        <w:rPr>
          <w:b w:val="0"/>
          <w:sz w:val="20"/>
        </w:rPr>
        <w:t>[  ] Heart Disease</w:t>
      </w:r>
    </w:p>
    <w:p>
      <w:r>
        <w:rPr>
          <w:b w:val="0"/>
          <w:sz w:val="20"/>
        </w:rPr>
        <w:t>[  ] Kidney Disease</w:t>
      </w:r>
    </w:p>
    <w:p>
      <w:r>
        <w:rPr>
          <w:b w:val="0"/>
          <w:sz w:val="20"/>
        </w:rPr>
        <w:t>[  ] Liver Disease</w:t>
      </w:r>
    </w:p>
    <w:p>
      <w:r>
        <w:rPr>
          <w:b w:val="0"/>
          <w:sz w:val="20"/>
        </w:rPr>
        <w:t>[  ] Thyroid Disorders</w:t>
      </w:r>
    </w:p>
    <w:p>
      <w:r>
        <w:rPr>
          <w:b w:val="0"/>
          <w:sz w:val="20"/>
        </w:rPr>
        <w:t>[  ] Digestive Disorders (e.g., IBS, Crohn’s)</w:t>
      </w:r>
    </w:p>
    <w:p>
      <w:r>
        <w:rPr>
          <w:b w:val="0"/>
          <w:sz w:val="20"/>
        </w:rPr>
        <w:t>[  ] Food Allergies or Intolerances</w:t>
      </w:r>
    </w:p>
    <w:p>
      <w:r>
        <w:rPr>
          <w:b w:val="0"/>
          <w:sz w:val="20"/>
        </w:rPr>
        <w:t>[  ] Cancer</w:t>
      </w:r>
    </w:p>
    <w:p>
      <w:r>
        <w:rPr>
          <w:b w:val="0"/>
          <w:sz w:val="20"/>
        </w:rPr>
        <w:t>[  ] Eating Disorders</w:t>
      </w:r>
    </w:p>
    <w:p>
      <w:r>
        <w:rPr>
          <w:b w:val="0"/>
          <w:sz w:val="20"/>
        </w:rPr>
        <w:t>[  ] Pregnancy or Breastfeeding</w:t>
      </w:r>
    </w:p>
    <w:p>
      <w:r>
        <w:rPr>
          <w:b w:val="0"/>
          <w:sz w:val="20"/>
        </w:rPr>
        <w:t>[  ] Medications or Supplements (please list): _______________________________</w:t>
      </w:r>
    </w:p>
    <w:p/>
    <w:p>
      <w:r>
        <w:rPr>
          <w:b/>
          <w:sz w:val="20"/>
        </w:rPr>
        <w:t>Lifestyle Information:</w:t>
      </w:r>
    </w:p>
    <w:p>
      <w:r>
        <w:rPr>
          <w:b w:val="0"/>
          <w:sz w:val="20"/>
        </w:rPr>
        <w:t>Occupation: ___________________________________________________________</w:t>
      </w:r>
    </w:p>
    <w:p>
      <w:r>
        <w:rPr>
          <w:b w:val="0"/>
          <w:sz w:val="20"/>
        </w:rPr>
        <w:t>Physical Activity Level:</w:t>
      </w:r>
    </w:p>
    <w:p>
      <w:r>
        <w:rPr>
          <w:b w:val="0"/>
          <w:sz w:val="20"/>
        </w:rPr>
        <w:t>[  ] Sedentary (little or no exercise)</w:t>
      </w:r>
    </w:p>
    <w:p>
      <w:r>
        <w:rPr>
          <w:b w:val="0"/>
          <w:sz w:val="20"/>
        </w:rPr>
        <w:t>[  ] Lightly active (light exercise/sports 1-3 days/week)</w:t>
      </w:r>
    </w:p>
    <w:p>
      <w:r>
        <w:rPr>
          <w:b w:val="0"/>
          <w:sz w:val="20"/>
        </w:rPr>
        <w:t>[  ] Moderately active (moderate exercise/sports 3-5 days/week)</w:t>
      </w:r>
    </w:p>
    <w:p>
      <w:r>
        <w:rPr>
          <w:b w:val="0"/>
          <w:sz w:val="20"/>
        </w:rPr>
        <w:t>[  ] Very active (hard exercise/sports 6-7 days/week)</w:t>
      </w:r>
    </w:p>
    <w:p>
      <w:r>
        <w:rPr>
          <w:b w:val="0"/>
          <w:sz w:val="20"/>
        </w:rPr>
        <w:t>[  ] Extra active (very hard exercise/sports &amp; physical job)</w:t>
      </w:r>
    </w:p>
    <w:p/>
    <w:p>
      <w:r>
        <w:rPr>
          <w:b/>
          <w:sz w:val="20"/>
        </w:rPr>
        <w:t>Dietary Habits:</w:t>
      </w:r>
    </w:p>
    <w:p>
      <w:r>
        <w:rPr>
          <w:b w:val="0"/>
          <w:sz w:val="20"/>
        </w:rPr>
        <w:t>Typical daily meals and snacks:</w:t>
      </w:r>
    </w:p>
    <w:p>
      <w:r>
        <w:rPr>
          <w:b w:val="0"/>
          <w:sz w:val="20"/>
        </w:rPr>
        <w:t>- Breakfast: ___________________________________________________________</w:t>
      </w:r>
    </w:p>
    <w:p>
      <w:r>
        <w:rPr>
          <w:b w:val="0"/>
          <w:sz w:val="20"/>
        </w:rPr>
        <w:t>- Lunch: _______________________________________________________________</w:t>
      </w:r>
    </w:p>
    <w:p>
      <w:r>
        <w:rPr>
          <w:b w:val="0"/>
          <w:sz w:val="20"/>
        </w:rPr>
        <w:t>- Dinner: ______________________________________________________________</w:t>
      </w:r>
    </w:p>
    <w:p>
      <w:r>
        <w:rPr>
          <w:b w:val="0"/>
          <w:sz w:val="20"/>
        </w:rPr>
        <w:t>- Snacks: ______________________________________________________________</w:t>
      </w:r>
    </w:p>
    <w:p>
      <w:r>
        <w:rPr>
          <w:b w:val="0"/>
          <w:sz w:val="20"/>
        </w:rPr>
        <w:t>Do you follow a specific diet or eating pattern? (e.g., vegetarian, vegan, keto):</w:t>
      </w:r>
    </w:p>
    <w:p>
      <w:r>
        <w:rPr>
          <w:b w:val="0"/>
          <w:sz w:val="20"/>
        </w:rPr>
        <w:t>______________________________________________________________________</w:t>
      </w:r>
    </w:p>
    <w:p>
      <w:r>
        <w:rPr>
          <w:b w:val="0"/>
          <w:sz w:val="20"/>
        </w:rPr>
        <w:t>Any dietary restrictions or allergies? Please specify:</w:t>
      </w:r>
    </w:p>
    <w:p>
      <w:r>
        <w:rPr>
          <w:b w:val="0"/>
          <w:sz w:val="20"/>
        </w:rPr>
        <w:t>______________________________________________________________________</w:t>
      </w:r>
    </w:p>
    <w:p/>
    <w:p>
      <w:r>
        <w:rPr>
          <w:b/>
          <w:sz w:val="20"/>
        </w:rPr>
        <w:t>Nutrition and Health Goals:</w:t>
      </w:r>
    </w:p>
    <w:p>
      <w:r>
        <w:rPr>
          <w:b w:val="0"/>
          <w:sz w:val="20"/>
        </w:rPr>
        <w:t>Please describe your primary nutrition and health goals: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Client Consent and Agreement:</w:t>
      </w:r>
    </w:p>
    <w:p>
      <w:r>
        <w:rPr>
          <w:b w:val="0"/>
          <w:sz w:val="20"/>
        </w:rPr>
        <w:t>I hereby consent to participate in nutrition consultation services provided by the Nutritionist/Dietitian. I understand that the advice and recommendations given are intended to support my health and well-being and do not replace medical treatment from a physician or other healthcare provider.</w:t>
      </w:r>
    </w:p>
    <w:p>
      <w:r>
        <w:rPr>
          <w:b w:val="0"/>
          <w:sz w:val="20"/>
        </w:rPr>
        <w:t>I acknowledge that nutrition counseling is a collaborative process, and my success depends on my commitment and honesty in providing accurate information.</w:t>
      </w:r>
    </w:p>
    <w:p>
      <w:r>
        <w:rPr>
          <w:b w:val="0"/>
          <w:sz w:val="20"/>
        </w:rPr>
        <w:t>I understand that all information I provide is confidential and will only be shared with my consent or as required by law.</w:t>
      </w:r>
    </w:p>
    <w:p>
      <w:r>
        <w:rPr>
          <w:b w:val="0"/>
          <w:sz w:val="20"/>
        </w:rPr>
        <w:t>I agree to inform the Nutritionist/Dietitian promptly of any changes in my health status, medications, or other relevant circumstances.</w:t>
      </w:r>
    </w:p>
    <w:p>
      <w:r>
        <w:rPr>
          <w:b w:val="0"/>
          <w:sz w:val="20"/>
        </w:rPr>
        <w:t>I understand that no guarantees or warranties are made regarding outcomes.</w:t>
      </w:r>
    </w:p>
    <w:p/>
    <w:p>
      <w:r>
        <w:rPr>
          <w:b/>
          <w:sz w:val="20"/>
        </w:rPr>
        <w:t>Waiver of Liability:</w:t>
      </w:r>
    </w:p>
    <w:p>
      <w:r>
        <w:rPr>
          <w:b w:val="0"/>
          <w:sz w:val="20"/>
        </w:rPr>
        <w:t>I release and hold harmless the Nutritionist/Dietitian and their agents from any liability, claims, or damages arising from the use of the nutrition consultation services, including but not limited to any adverse reactions or outcomes resulting from following recommendations provided.</w:t>
      </w:r>
    </w:p>
    <w:p>
      <w:r>
        <w:rPr>
          <w:b w:val="0"/>
          <w:sz w:val="20"/>
        </w:rPr>
        <w:t>This waiver does not affect any rights or remedies to which I am entitled under applicable law.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NUTRITIONIST/DIETITIAN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w:t>
            </w:r>
          </w:p>
        </w:tc>
        <w:tc>
          <w:tcPr>
            <w:tcW w:type="dxa" w:w="4986"/>
            <w:tcBorders>
              <w:top w:val="nil"/>
              <w:left w:val="nil"/>
              <w:bottom w:val="nil"/>
              <w:right w:val="nil"/>
              <w:insideH w:val="nil"/>
              <w:insideV w:val="nil"/>
            </w:tcBorders>
          </w:tcPr>
          <w:p>
            <w:pPr>
              <w:jc w:val="center"/>
            </w:pPr>
            <w:r>
              <w:t>Print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https://form247-us.com/nutrition-consultation-form/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nutrition-consultation-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