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NEW VENDOR FORM</w:t>
      </w:r>
    </w:p>
    <w:p/>
    <w:p/>
    <w:p>
      <w:r>
        <w:rPr>
          <w:b/>
          <w:sz w:val="20"/>
        </w:rPr>
        <w:t>1. VENDOR INFORMATION</w:t>
      </w:r>
    </w:p>
    <w:p>
      <w:r>
        <w:rPr>
          <w:b w:val="0"/>
          <w:sz w:val="20"/>
        </w:rPr>
        <w:t>Legal Business Name: ____________________________________________________________</w:t>
      </w:r>
    </w:p>
    <w:p>
      <w:r>
        <w:rPr>
          <w:b w:val="0"/>
          <w:sz w:val="20"/>
        </w:rPr>
        <w:t>DBA (Doing Business As) Name, if applicable: _____________________________________</w:t>
      </w:r>
    </w:p>
    <w:p>
      <w:r>
        <w:rPr>
          <w:b w:val="0"/>
          <w:sz w:val="20"/>
        </w:rPr>
        <w:t>Federal Tax ID / EIN: ____________________________________________________________</w:t>
      </w:r>
    </w:p>
    <w:p>
      <w:r>
        <w:rPr>
          <w:b w:val="0"/>
          <w:sz w:val="20"/>
        </w:rPr>
        <w:t>Social Security Number (if Sole Proprietor): _____________________________________</w:t>
      </w:r>
    </w:p>
    <w:p>
      <w:r>
        <w:rPr>
          <w:b w:val="0"/>
          <w:sz w:val="20"/>
        </w:rPr>
        <w:t>Business Type (Corporation, LLC, Sole Proprietor, Partnership, Other): _____________</w:t>
      </w:r>
    </w:p>
    <w:p>
      <w:r>
        <w:rPr>
          <w:b w:val="0"/>
          <w:sz w:val="20"/>
        </w:rPr>
        <w:t>Business Classification (Minority-Owned, Women-Owned, Veteran-Owned, None): _______</w:t>
      </w:r>
    </w:p>
    <w:p>
      <w:r>
        <w:rPr>
          <w:b w:val="0"/>
          <w:sz w:val="20"/>
        </w:rPr>
        <w:t>Business Address:</w:t>
      </w:r>
    </w:p>
    <w:p>
      <w:r>
        <w:rPr>
          <w:b w:val="0"/>
          <w:sz w:val="20"/>
        </w:rPr>
        <w:t>Street: ________________________________________________________________________</w:t>
      </w:r>
    </w:p>
    <w:p>
      <w:r>
        <w:rPr>
          <w:b w:val="0"/>
          <w:sz w:val="20"/>
        </w:rPr>
        <w:t>City: ____________________________ State: _______________ ZIP Code: _____________</w:t>
      </w:r>
    </w:p>
    <w:p>
      <w:r>
        <w:rPr>
          <w:b w:val="0"/>
          <w:sz w:val="20"/>
        </w:rPr>
        <w:t>Phone Number: _______________________________ Fax Number: ______________________</w:t>
      </w:r>
    </w:p>
    <w:p>
      <w:r>
        <w:rPr>
          <w:b w:val="0"/>
          <w:sz w:val="20"/>
        </w:rPr>
        <w:t>Email Address: _________________________________________________________________</w:t>
      </w:r>
    </w:p>
    <w:p>
      <w:r>
        <w:rPr>
          <w:b w:val="0"/>
          <w:sz w:val="20"/>
        </w:rPr>
        <w:t>Website URL (if any): ___________________________________________________________</w:t>
      </w:r>
    </w:p>
    <w:p/>
    <w:p>
      <w:r>
        <w:rPr>
          <w:b/>
          <w:sz w:val="20"/>
        </w:rPr>
        <w:t>2. PRIMARY CONTACT PERSON</w:t>
      </w:r>
    </w:p>
    <w:p>
      <w:r>
        <w:rPr>
          <w:b w:val="0"/>
          <w:sz w:val="20"/>
        </w:rPr>
        <w:t>Full Name: ________________________________________________________________</w:t>
      </w:r>
    </w:p>
    <w:p>
      <w:r>
        <w:rPr>
          <w:b w:val="0"/>
          <w:sz w:val="20"/>
        </w:rPr>
        <w:t>Job Title: _________________________________________________________________</w:t>
      </w:r>
    </w:p>
    <w:p>
      <w:r>
        <w:rPr>
          <w:b w:val="0"/>
          <w:sz w:val="20"/>
        </w:rPr>
        <w:t>Phone Number: _______________________________ Mobile Number: _________________</w:t>
      </w:r>
    </w:p>
    <w:p>
      <w:r>
        <w:rPr>
          <w:b w:val="0"/>
          <w:sz w:val="20"/>
        </w:rPr>
        <w:t>Email Address: ______________________________________________________________</w:t>
      </w:r>
    </w:p>
    <w:p/>
    <w:p>
      <w:r>
        <w:rPr>
          <w:b/>
          <w:sz w:val="20"/>
        </w:rPr>
        <w:t>3. PAYMENT INFORMATION</w:t>
      </w:r>
    </w:p>
    <w:p>
      <w:r>
        <w:rPr>
          <w:b w:val="0"/>
          <w:sz w:val="20"/>
        </w:rPr>
        <w:t>Remittance Address (if different from above):</w:t>
      </w:r>
    </w:p>
    <w:p>
      <w:r>
        <w:rPr>
          <w:b w:val="0"/>
          <w:sz w:val="20"/>
        </w:rPr>
        <w:t>Street: ________________________________________________________________________</w:t>
      </w:r>
    </w:p>
    <w:p>
      <w:r>
        <w:rPr>
          <w:b w:val="0"/>
          <w:sz w:val="20"/>
        </w:rPr>
        <w:t>City: ____________________________ State: _______________ ZIP Code: _____________</w:t>
      </w:r>
    </w:p>
    <w:p>
      <w:r>
        <w:rPr>
          <w:b w:val="0"/>
          <w:sz w:val="20"/>
        </w:rPr>
        <w:t>Preferred Payment Method (Check one):</w:t>
      </w:r>
    </w:p>
    <w:p>
      <w:r>
        <w:rPr>
          <w:b w:val="0"/>
          <w:sz w:val="20"/>
        </w:rPr>
        <w:t xml:space="preserve">  □ Check    □ ACH/Electronic Transfer    □ Wire Transfer    □ Credit Card</w:t>
      </w:r>
    </w:p>
    <w:p>
      <w:r>
        <w:rPr>
          <w:b w:val="0"/>
          <w:sz w:val="20"/>
        </w:rPr>
        <w:t>Bank Information (for ACH/Electronic Transfers or Wire Transfers):</w:t>
      </w:r>
    </w:p>
    <w:p>
      <w:r>
        <w:rPr>
          <w:b w:val="0"/>
          <w:sz w:val="20"/>
        </w:rPr>
        <w:t>Bank Name: _________________________________________________________________</w:t>
      </w:r>
    </w:p>
    <w:p>
      <w:r>
        <w:rPr>
          <w:b w:val="0"/>
          <w:sz w:val="20"/>
        </w:rPr>
        <w:t>Bank Address: _______________________________________________________________</w:t>
      </w:r>
    </w:p>
    <w:p>
      <w:r>
        <w:rPr>
          <w:b w:val="0"/>
          <w:sz w:val="20"/>
        </w:rPr>
        <w:t>Routing Number: ______________________________________________________________</w:t>
      </w:r>
    </w:p>
    <w:p>
      <w:r>
        <w:rPr>
          <w:b w:val="0"/>
          <w:sz w:val="20"/>
        </w:rPr>
        <w:t>Account Number: ______________________________________________________________</w:t>
      </w:r>
    </w:p>
    <w:p>
      <w:r>
        <w:rPr>
          <w:b w:val="0"/>
          <w:sz w:val="20"/>
        </w:rPr>
        <w:t>Account Type (Checking/Savings): ______________________________________________</w:t>
      </w:r>
    </w:p>
    <w:p/>
    <w:p>
      <w:r>
        <w:rPr>
          <w:b/>
          <w:sz w:val="20"/>
        </w:rPr>
        <w:t>4. TAX AND LEGAL COMPLIANCE</w:t>
      </w:r>
    </w:p>
    <w:p>
      <w:r>
        <w:rPr>
          <w:b w:val="0"/>
          <w:sz w:val="20"/>
        </w:rPr>
        <w:t>Is the company registered to collect sales tax? □ Yes □ No</w:t>
      </w:r>
    </w:p>
    <w:p>
      <w:r>
        <w:rPr>
          <w:b w:val="0"/>
          <w:sz w:val="20"/>
        </w:rPr>
        <w:t>State of Registration: ___________________________ Sales Tax ID Number: ___________</w:t>
      </w:r>
    </w:p>
    <w:p>
      <w:r>
        <w:rPr>
          <w:b w:val="0"/>
          <w:sz w:val="20"/>
        </w:rPr>
        <w:t>Is the company in compliance with all applicable federal, state, and local laws? □ Yes □ No</w:t>
      </w:r>
    </w:p>
    <w:p>
      <w:r>
        <w:rPr>
          <w:b w:val="0"/>
          <w:sz w:val="20"/>
        </w:rPr>
        <w:t>Has the company or any owner/principal been involved in bankruptcy or insolvency proceedings? □ Yes □ No</w:t>
      </w:r>
    </w:p>
    <w:p>
      <w:r>
        <w:rPr>
          <w:b w:val="0"/>
          <w:sz w:val="20"/>
        </w:rPr>
        <w:t>If yes, please provide details: __________________________________________________</w:t>
      </w:r>
    </w:p>
    <w:p/>
    <w:p>
      <w:r>
        <w:rPr>
          <w:b/>
          <w:sz w:val="20"/>
        </w:rPr>
        <w:t>5. INSURANCE AND CERTIFICATIONS</w:t>
      </w:r>
    </w:p>
    <w:p>
      <w:r>
        <w:rPr>
          <w:b w:val="0"/>
          <w:sz w:val="20"/>
        </w:rPr>
        <w:t>Does the vendor maintain general liability insurance? □ Yes □ No</w:t>
      </w:r>
    </w:p>
    <w:p>
      <w:r>
        <w:rPr>
          <w:b w:val="0"/>
          <w:sz w:val="20"/>
        </w:rPr>
        <w:t>If yes, please provide insurance carrier name and policy number:</w:t>
      </w:r>
    </w:p>
    <w:p>
      <w:r>
        <w:rPr>
          <w:b w:val="0"/>
          <w:sz w:val="20"/>
        </w:rPr>
        <w:t>Carrier: ____________________________________________________________________</w:t>
      </w:r>
    </w:p>
    <w:p>
      <w:r>
        <w:rPr>
          <w:b w:val="0"/>
          <w:sz w:val="20"/>
        </w:rPr>
        <w:t>Policy Number: _______________________________________________________________</w:t>
      </w:r>
    </w:p>
    <w:p>
      <w:r>
        <w:rPr>
          <w:b w:val="0"/>
          <w:sz w:val="20"/>
        </w:rPr>
        <w:t>Coverage Amount: ______________________________________________________________</w:t>
      </w:r>
    </w:p>
    <w:p>
      <w:r>
        <w:rPr>
          <w:b w:val="0"/>
          <w:sz w:val="20"/>
        </w:rPr>
        <w:t>Expiration Date: ______________________________________________________________</w:t>
      </w:r>
    </w:p>
    <w:p>
      <w:r>
        <w:rPr>
          <w:b w:val="0"/>
          <w:sz w:val="20"/>
        </w:rPr>
        <w:t>Please attach a certificate of insurance with this form.</w:t>
      </w:r>
    </w:p>
    <w:p>
      <w:r>
        <w:rPr>
          <w:b w:val="0"/>
          <w:sz w:val="20"/>
        </w:rPr>
        <w:t>Does the vendor hold any professional licenses or certifications relevant to services/products? □ Yes □ No</w:t>
      </w:r>
    </w:p>
    <w:p>
      <w:r>
        <w:rPr>
          <w:b w:val="0"/>
          <w:sz w:val="20"/>
        </w:rPr>
        <w:t>If yes, please list them: _______________________________________________________</w:t>
      </w:r>
    </w:p>
    <w:p/>
    <w:p>
      <w:r>
        <w:rPr>
          <w:b/>
          <w:sz w:val="20"/>
        </w:rPr>
        <w:t>6. BUSINESS REFERENCES</w:t>
      </w:r>
    </w:p>
    <w:p>
      <w:r>
        <w:rPr>
          <w:b w:val="0"/>
          <w:sz w:val="20"/>
        </w:rPr>
        <w:t>Reference 1:</w:t>
      </w:r>
    </w:p>
    <w:p>
      <w:r>
        <w:rPr>
          <w:b w:val="0"/>
          <w:sz w:val="20"/>
        </w:rPr>
        <w:t>Company Name: ________________________________________________________________</w:t>
      </w:r>
    </w:p>
    <w:p>
      <w:r>
        <w:rPr>
          <w:b w:val="0"/>
          <w:sz w:val="20"/>
        </w:rPr>
        <w:t>Contact Person: 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val="0"/>
          <w:sz w:val="20"/>
        </w:rPr>
        <w:t>Reference 2:</w:t>
      </w:r>
    </w:p>
    <w:p>
      <w:r>
        <w:rPr>
          <w:b w:val="0"/>
          <w:sz w:val="20"/>
        </w:rPr>
        <w:t>Company Name: ________________________________________________________________</w:t>
      </w:r>
    </w:p>
    <w:p>
      <w:r>
        <w:rPr>
          <w:b w:val="0"/>
          <w:sz w:val="20"/>
        </w:rPr>
        <w:t>Contact Person: _______________________________________________________________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7. TERMS AND CONDITIONS ACCEPTANCE</w:t>
      </w:r>
    </w:p>
    <w:p>
      <w:r>
        <w:rPr>
          <w:b w:val="0"/>
          <w:sz w:val="20"/>
        </w:rPr>
        <w:t>By signing below, the Vendor certifies that the information provided in this form is true, complete, and accurate to the best of their knowledge. The Vendor agrees to comply with all applicable federal, state, and local laws, regulations, and requirements in the performance of its obligations. The Vendor acknowledges and agrees that any false or misleading information may result in termination of vendor status and legal action.</w:t>
      </w:r>
    </w:p>
    <w:p/>
    <w:p/>
    <w:p>
      <w:r>
        <w:rPr>
          <w:b/>
          <w:sz w:val="20"/>
        </w:rPr>
        <w:t>8. AUTHORIZED SIGNATURE</w:t>
      </w:r>
    </w:p>
    <w:p>
      <w:r>
        <w:rPr>
          <w:b w:val="0"/>
          <w:sz w:val="20"/>
        </w:rPr>
        <w:t>Printed Name: _________________________________________________________________</w:t>
      </w:r>
    </w:p>
    <w:p>
      <w:r>
        <w:rPr>
          <w:b w:val="0"/>
          <w:sz w:val="20"/>
        </w:rPr>
        <w:t>Title/Position: _________________________________________________________________</w:t>
      </w:r>
    </w:p>
    <w:p>
      <w:r>
        <w:rPr>
          <w:b w:val="0"/>
          <w:sz w:val="20"/>
        </w:rPr>
        <w:t>Signature: ____________________________________________________________________</w:t>
      </w:r>
    </w:p>
    <w:p>
      <w:r>
        <w:rPr>
          <w:b w:val="0"/>
          <w:sz w:val="20"/>
        </w:rPr>
        <w:t>Date: _________________________________________________________________________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VENDOR AUTHORIZED SIGNATURE</w:t>
            </w:r>
          </w:p>
        </w:tc>
        <w:tc>
          <w:tcPr>
            <w:tcW w:type="dxa" w:w="4986"/>
            <w:tcBorders>
              <w:top w:val="nil"/>
              <w:left w:val="nil"/>
              <w:bottom w:val="nil"/>
              <w:right w:val="nil"/>
              <w:insideH w:val="nil"/>
              <w:insideV w:val="nil"/>
            </w:tcBorders>
          </w:tcPr>
          <w:p>
            <w:pPr>
              <w:jc w:val="center"/>
            </w:pPr>
            <w:r>
              <w:t>COMPANY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https://form247-us.com/new-vendor-form/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new-vendor-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