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NEW CUSTOMER CREDIT APPLICATION FORM</w:t>
      </w:r>
    </w:p>
    <w:p/>
    <w:p/>
    <w:p>
      <w:r>
        <w:rPr>
          <w:b/>
          <w:sz w:val="20"/>
        </w:rPr>
        <w:t>Applicant Information</w:t>
      </w:r>
    </w:p>
    <w:p>
      <w:r>
        <w:rPr>
          <w:b w:val="0"/>
          <w:sz w:val="20"/>
        </w:rPr>
        <w:t>Legal Business Name: ____________________________________________________________</w:t>
      </w:r>
    </w:p>
    <w:p>
      <w:r>
        <w:rPr>
          <w:b w:val="0"/>
          <w:sz w:val="20"/>
        </w:rPr>
        <w:t>DBA (if applicable): _____________________________________________________________</w:t>
      </w:r>
    </w:p>
    <w:p>
      <w:r>
        <w:rPr>
          <w:b w:val="0"/>
          <w:sz w:val="20"/>
        </w:rPr>
        <w:t>Type of Business Entity: ________________________________________________________</w:t>
      </w:r>
    </w:p>
    <w:p>
      <w:r>
        <w:rPr>
          <w:b w:val="0"/>
          <w:sz w:val="20"/>
        </w:rPr>
        <w:t>Federal Tax ID / EIN: __________________________________________________________</w:t>
      </w:r>
    </w:p>
    <w:p>
      <w:r>
        <w:rPr>
          <w:b w:val="0"/>
          <w:sz w:val="20"/>
        </w:rPr>
        <w:t>Years in Business: ______________________________________________________________</w:t>
      </w:r>
    </w:p>
    <w:p>
      <w:r>
        <w:rPr>
          <w:b w:val="0"/>
          <w:sz w:val="20"/>
        </w:rPr>
        <w:t>Business Phone: _________________________________________________________________</w:t>
      </w:r>
    </w:p>
    <w:p>
      <w:r>
        <w:rPr>
          <w:b w:val="0"/>
          <w:sz w:val="20"/>
        </w:rPr>
        <w:t>Business Fax: __________________________________________________________________</w:t>
      </w:r>
    </w:p>
    <w:p>
      <w:r>
        <w:rPr>
          <w:b w:val="0"/>
          <w:sz w:val="20"/>
        </w:rPr>
        <w:t>Business Email: _________________________________________________________________</w:t>
      </w:r>
    </w:p>
    <w:p>
      <w:r>
        <w:rPr>
          <w:b w:val="0"/>
          <w:sz w:val="20"/>
        </w:rPr>
        <w:t>Physical Address: _______________________________________________________________</w:t>
      </w:r>
    </w:p>
    <w:p>
      <w:r>
        <w:rPr>
          <w:b w:val="0"/>
          <w:sz w:val="20"/>
        </w:rPr>
        <w:t>City: _______________________________ State: ____________ Zip Code: ____________</w:t>
      </w:r>
    </w:p>
    <w:p>
      <w:r>
        <w:rPr>
          <w:b w:val="0"/>
          <w:sz w:val="20"/>
        </w:rPr>
        <w:t>Billing Address (if different): ___________________________________________________</w:t>
      </w:r>
    </w:p>
    <w:p>
      <w:r>
        <w:rPr>
          <w:b w:val="0"/>
          <w:sz w:val="20"/>
        </w:rPr>
        <w:t>City: _______________________________ State: ____________ Zip Code: ____________</w:t>
      </w:r>
    </w:p>
    <w:p/>
    <w:p>
      <w:r>
        <w:rPr>
          <w:b/>
          <w:sz w:val="20"/>
        </w:rPr>
        <w:t>Ownership / Management Information</w:t>
      </w:r>
    </w:p>
    <w:p>
      <w:r>
        <w:rPr>
          <w:b w:val="0"/>
          <w:sz w:val="20"/>
        </w:rPr>
        <w:t>Owner / Principal Name: _________________________________________________________</w:t>
      </w:r>
    </w:p>
    <w:p>
      <w:r>
        <w:rPr>
          <w:b w:val="0"/>
          <w:sz w:val="20"/>
        </w:rPr>
        <w:t>Title/Position: _________________________________________________________________</w:t>
      </w:r>
    </w:p>
    <w:p>
      <w:r>
        <w:rPr>
          <w:b w:val="0"/>
          <w:sz w:val="20"/>
        </w:rPr>
        <w:t>Social Security Number: _________________________________________________________</w:t>
      </w:r>
    </w:p>
    <w:p>
      <w:r>
        <w:rPr>
          <w:b w:val="0"/>
          <w:sz w:val="20"/>
        </w:rPr>
        <w:t>Home Address: _________________________________________________________________</w:t>
      </w:r>
    </w:p>
    <w:p>
      <w:r>
        <w:rPr>
          <w:b w:val="0"/>
          <w:sz w:val="20"/>
        </w:rPr>
        <w:t>City: _______________________________ State: ____________ Zip Code: ____________</w:t>
      </w:r>
    </w:p>
    <w:p>
      <w:r>
        <w:rPr>
          <w:b w:val="0"/>
          <w:sz w:val="20"/>
        </w:rPr>
        <w:t>Phone: ________________________________________________________________________</w:t>
      </w:r>
    </w:p>
    <w:p/>
    <w:p>
      <w:r>
        <w:rPr>
          <w:b/>
          <w:sz w:val="20"/>
        </w:rPr>
        <w:t>Trade References (minimum 3):</w:t>
      </w:r>
    </w:p>
    <w:p>
      <w:r>
        <w:rPr>
          <w:b w:val="0"/>
          <w:sz w:val="20"/>
        </w:rPr>
        <w:t>Business Name #1: ____________________________________________________________</w:t>
      </w:r>
    </w:p>
    <w:p>
      <w:r>
        <w:rPr>
          <w:b w:val="0"/>
          <w:sz w:val="20"/>
        </w:rPr>
        <w:t>Contact Name #1: _____________________________________________________________</w:t>
      </w:r>
    </w:p>
    <w:p>
      <w:r>
        <w:rPr>
          <w:b w:val="0"/>
          <w:sz w:val="20"/>
        </w:rPr>
        <w:t>Phone Number #1: _____________________________________________________________</w:t>
      </w:r>
    </w:p>
    <w:p>
      <w:r>
        <w:rPr>
          <w:b w:val="0"/>
          <w:sz w:val="20"/>
        </w:rPr>
        <w:t>Email Address #1: ____________________________________________________________</w:t>
      </w:r>
    </w:p>
    <w:p>
      <w:r>
        <w:rPr>
          <w:b w:val="0"/>
          <w:sz w:val="20"/>
        </w:rPr>
        <w:t>Account Number #1: ___________________________________________________________</w:t>
      </w:r>
    </w:p>
    <w:p/>
    <w:p>
      <w:r>
        <w:rPr>
          <w:b w:val="0"/>
          <w:sz w:val="20"/>
        </w:rPr>
        <w:t>Business Name #2: ____________________________________________________________</w:t>
      </w:r>
    </w:p>
    <w:p>
      <w:r>
        <w:rPr>
          <w:b w:val="0"/>
          <w:sz w:val="20"/>
        </w:rPr>
        <w:t>Contact Name #2: _____________________________________________________________</w:t>
      </w:r>
    </w:p>
    <w:p>
      <w:r>
        <w:rPr>
          <w:b w:val="0"/>
          <w:sz w:val="20"/>
        </w:rPr>
        <w:t>Phone Number #2: _____________________________________________________________</w:t>
      </w:r>
    </w:p>
    <w:p>
      <w:r>
        <w:rPr>
          <w:b w:val="0"/>
          <w:sz w:val="20"/>
        </w:rPr>
        <w:t>Email Address #2: ____________________________________________________________</w:t>
      </w:r>
    </w:p>
    <w:p>
      <w:r>
        <w:rPr>
          <w:b w:val="0"/>
          <w:sz w:val="20"/>
        </w:rPr>
        <w:t>Account Number #2: ___________________________________________________________</w:t>
      </w:r>
    </w:p>
    <w:p/>
    <w:p>
      <w:r>
        <w:rPr>
          <w:b w:val="0"/>
          <w:sz w:val="20"/>
        </w:rPr>
        <w:t>Business Name #3: ____________________________________________________________</w:t>
      </w:r>
    </w:p>
    <w:p>
      <w:r>
        <w:rPr>
          <w:b w:val="0"/>
          <w:sz w:val="20"/>
        </w:rPr>
        <w:t>Contact Name #3: _____________________________________________________________</w:t>
      </w:r>
    </w:p>
    <w:p>
      <w:r>
        <w:rPr>
          <w:b w:val="0"/>
          <w:sz w:val="20"/>
        </w:rPr>
        <w:t>Phone Number #3: _____________________________________________________________</w:t>
      </w:r>
    </w:p>
    <w:p>
      <w:r>
        <w:rPr>
          <w:b w:val="0"/>
          <w:sz w:val="20"/>
        </w:rPr>
        <w:t>Email Address #3: ____________________________________________________________</w:t>
      </w:r>
    </w:p>
    <w:p>
      <w:r>
        <w:rPr>
          <w:b w:val="0"/>
          <w:sz w:val="20"/>
        </w:rPr>
        <w:t>Account Number #3: ___________________________________________________________</w:t>
      </w:r>
    </w:p>
    <w:p/>
    <w:p>
      <w:r>
        <w:rPr>
          <w:b/>
          <w:sz w:val="20"/>
        </w:rPr>
        <w:t>Bank References:</w:t>
      </w:r>
    </w:p>
    <w:p>
      <w:r>
        <w:rPr>
          <w:b w:val="0"/>
          <w:sz w:val="20"/>
        </w:rPr>
        <w:t>Bank Name: ___________________________________________________________________</w:t>
      </w:r>
    </w:p>
    <w:p>
      <w:r>
        <w:rPr>
          <w:b w:val="0"/>
          <w:sz w:val="20"/>
        </w:rPr>
        <w:t>Contact Name: _________________________________________________________________</w:t>
      </w:r>
    </w:p>
    <w:p>
      <w:r>
        <w:rPr>
          <w:b w:val="0"/>
          <w:sz w:val="20"/>
        </w:rPr>
        <w:t>Phone Number: _________________________________________________________________</w:t>
      </w:r>
    </w:p>
    <w:p>
      <w:r>
        <w:rPr>
          <w:b w:val="0"/>
          <w:sz w:val="20"/>
        </w:rPr>
        <w:t>Account Number(s): ____________________________________________________________</w:t>
      </w:r>
    </w:p>
    <w:p/>
    <w:p>
      <w:r>
        <w:rPr>
          <w:b/>
          <w:sz w:val="20"/>
        </w:rPr>
        <w:t>Requested Credit Information:</w:t>
      </w:r>
    </w:p>
    <w:p>
      <w:r>
        <w:rPr>
          <w:b w:val="0"/>
          <w:sz w:val="20"/>
        </w:rPr>
        <w:t>Credit Amount Requested (USD): __________________________________________________</w:t>
      </w:r>
    </w:p>
    <w:p>
      <w:r>
        <w:rPr>
          <w:b w:val="0"/>
          <w:sz w:val="20"/>
        </w:rPr>
        <w:t>Preferred Payment Terms: _______________________________________________________</w:t>
      </w:r>
    </w:p>
    <w:p/>
    <w:p>
      <w:r>
        <w:rPr>
          <w:b/>
          <w:sz w:val="20"/>
        </w:rPr>
        <w:t>Agreement and Authorization</w:t>
      </w:r>
    </w:p>
    <w:p>
      <w:r>
        <w:rPr>
          <w:b w:val="0"/>
          <w:sz w:val="20"/>
        </w:rPr>
        <w:t>The undersigned hereby applies for credit and certifies that all information provided in this Application is true and correct. The Applicant authorizes the Company and its agents to investigate the Applicant’s creditworthiness and to obtain credit reports and references in connection with this Application and any credit extended. The Applicant agrees to pay all invoices according to the terms specified and acknowledges that late payments may be subject to finance charges and collection costs as allowed by law.</w:t>
      </w:r>
    </w:p>
    <w:p/>
    <w:p>
      <w:r>
        <w:rPr>
          <w:b w:val="0"/>
          <w:sz w:val="20"/>
        </w:rPr>
        <w:t>Applicant agrees to notify the Company promptly of any material change in financial condition or ownership. This Application shall be governed by and construed under the laws of the state where the Company’s principal place of business is located, without regard to its conflict of laws principles.</w:t>
      </w:r>
    </w:p>
    <w:p/>
    <w:p>
      <w:r>
        <w:rPr>
          <w:b/>
          <w:sz w:val="20"/>
        </w:rPr>
        <w:t>Personal Guarantee (if applicable)</w:t>
      </w:r>
    </w:p>
    <w:p>
      <w:r>
        <w:rPr>
          <w:b w:val="0"/>
          <w:sz w:val="20"/>
        </w:rPr>
        <w:t>In consideration of extending credit to the Applicant, the undersigned personally guarantees payment of all obligations incurred by the Applicant to the Company. This personal guarantee is a continuing and unconditional guarantee and indemnity of payment and performance and remains in effect until all obligations are fully satisfied.</w:t>
      </w:r>
    </w:p>
    <w:p>
      <w:r>
        <w:rPr>
          <w:b w:val="0"/>
          <w:sz w:val="20"/>
        </w:rPr>
        <w:t>The undersigned waives notice of acceptance of this guarantee, notice of default, and any other notices to which the guarantor might otherwise be entitled.</w:t>
      </w:r>
    </w:p>
    <w:p/>
    <w:p/>
    <w:p>
      <w:r>
        <w:rPr>
          <w:b/>
          <w:sz w:val="20"/>
        </w:rPr>
        <w:t>Authorized Signature: ____________________________________________</w:t>
      </w:r>
    </w:p>
    <w:p>
      <w:r>
        <w:rPr>
          <w:b w:val="0"/>
          <w:sz w:val="20"/>
        </w:rPr>
        <w:t>Name (Print): ___________________________________________________</w:t>
      </w:r>
    </w:p>
    <w:p>
      <w:r>
        <w:rPr>
          <w:b w:val="0"/>
          <w:sz w:val="20"/>
        </w:rPr>
        <w:t>Title: __________________________________________________________</w:t>
      </w:r>
    </w:p>
    <w:p>
      <w:r>
        <w:rPr>
          <w:b w:val="0"/>
          <w:sz w:val="20"/>
        </w:rPr>
        <w:t>Date: ___________________________________________________________</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Applicant Authorized Signature</w:t>
            </w:r>
          </w:p>
        </w:tc>
        <w:tc>
          <w:tcPr>
            <w:tcW w:type="dxa" w:w="4986"/>
            <w:tcBorders>
              <w:top w:val="nil"/>
              <w:left w:val="nil"/>
              <w:bottom w:val="nil"/>
              <w:right w:val="nil"/>
              <w:insideH w:val="nil"/>
              <w:insideV w:val="nil"/>
            </w:tcBorders>
          </w:tcPr>
          <w:p>
            <w:pPr>
              <w:jc w:val="center"/>
            </w:pPr>
            <w:r>
              <w:t>Guarantor Signature (if applicable)</w:t>
            </w:r>
          </w:p>
        </w:tc>
      </w:tr>
      <w:tr>
        <w:tc>
          <w:tcPr>
            <w:tcW w:type="dxa" w:w="4986"/>
            <w:tcBorders>
              <w:top w:val="nil"/>
              <w:left w:val="nil"/>
              <w:bottom w:val="nil"/>
              <w:right w:val="nil"/>
              <w:insideH w:val="nil"/>
              <w:insideV w:val="nil"/>
            </w:tcBorders>
          </w:tcPr>
          <w:p>
            <w:pPr>
              <w:jc w:val="center"/>
            </w:pPr>
            <w:r>
              <w:br/>
              <w:br/>
              <w:t>Signature: ______________________________</w:t>
            </w:r>
          </w:p>
        </w:tc>
        <w:tc>
          <w:tcPr>
            <w:tcW w:type="dxa" w:w="4986"/>
            <w:tcBorders>
              <w:top w:val="nil"/>
              <w:left w:val="nil"/>
              <w:bottom w:val="nil"/>
              <w:right w:val="nil"/>
              <w:insideH w:val="nil"/>
              <w:insideV w:val="nil"/>
            </w:tcBorders>
          </w:tcPr>
          <w:p>
            <w:pPr>
              <w:jc w:val="center"/>
            </w:pPr>
            <w:r>
              <w:br/>
              <w:br/>
              <w:t>Signature: ______________________________</w:t>
            </w:r>
          </w:p>
        </w:tc>
      </w:tr>
      <w:tr>
        <w:tc>
          <w:tcPr>
            <w:tcW w:type="dxa" w:w="4986"/>
            <w:tcBorders>
              <w:top w:val="nil"/>
              <w:left w:val="nil"/>
              <w:bottom w:val="nil"/>
              <w:right w:val="nil"/>
              <w:insideH w:val="nil"/>
              <w:insideV w:val="nil"/>
            </w:tcBorders>
          </w:tcPr>
          <w:p>
            <w:pPr>
              <w:jc w:val="center"/>
            </w:pPr>
            <w:r>
              <w:t>Name: ________________________________   Date: _______________</w:t>
            </w:r>
          </w:p>
        </w:tc>
        <w:tc>
          <w:tcPr>
            <w:tcW w:type="dxa" w:w="4986"/>
            <w:tcBorders>
              <w:top w:val="nil"/>
              <w:left w:val="nil"/>
              <w:bottom w:val="nil"/>
              <w:right w:val="nil"/>
              <w:insideH w:val="nil"/>
              <w:insideV w:val="nil"/>
            </w:tcBorders>
          </w:tcPr>
          <w:p>
            <w:pPr>
              <w:jc w:val="center"/>
            </w:pPr>
            <w:r>
              <w:t>Name: ________________________________   Date: _______________</w:t>
            </w:r>
          </w:p>
        </w:tc>
      </w:tr>
    </w:tbl>
    <w:p/>
    <w:p/>
    <w:p>
      <w:r>
        <w:rPr>
          <w:b/>
          <w:sz w:val="20"/>
        </w:rPr>
        <w:t>Disclaimer</w:t>
      </w:r>
    </w:p>
    <w:p>
      <w:r>
        <w:rPr>
          <w:b w:val="0"/>
          <w:sz w:val="20"/>
        </w:rPr>
        <w:t>The Company reserves the right to approve or deny any credit application in its sole discretion. Submission of this Application does not guarantee credit approval. The Applicant agrees to abide by all terms and conditions of credit as established by the Company.</w:t>
      </w:r>
    </w:p>
    <w:p/>
    <w:p>
      <w:r>
        <w:br w:type="page"/>
      </w:r>
    </w:p>
    <w:p>
      <w:pPr>
        <w:jc w:val="center"/>
      </w:pPr>
      <w:r>
        <w:rPr>
          <w:color w:val="555555"/>
          <w:sz w:val="24"/>
        </w:rPr>
        <w:t>Original source of this document:</w:t>
      </w:r>
    </w:p>
    <w:p>
      <w:pPr>
        <w:jc w:val="center"/>
      </w:pPr>
      <w:hyperlink r:id="rId9">
        <w:r>
          <w:rPr>
            <w:color w:val="0000FF"/>
            <w:u w:val="single"/>
          </w:rPr>
          <w:t>https://form247-us.com/new-customer-credit-application-form/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https://form247-us.com</w:t>
        </w:r>
      </w:hyperlink>
    </w:p>
    <w:p>
      <w:pPr>
        <w:jc w:val="center"/>
      </w:pPr>
      <w:r>
        <w:rPr>
          <w:color w:val="808080"/>
          <w:sz w:val="20"/>
        </w:rPr>
        <w:t>This template is intended exclusively for personal, non-commercial use.</w:t>
        <w:br/>
        <w:t>If distributed or published, the source must be mentioned. © form247-us.com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form247-us.com/new-customer-credit-application-form/" TargetMode="External"/><Relationship Id="rId10" Type="http://schemas.openxmlformats.org/officeDocument/2006/relationships/hyperlink" Target="https://form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