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MISSING RECEIPT DECLARATION FORM</w:t>
      </w:r>
    </w:p>
    <w:p/>
    <w:p>
      <w:r>
        <w:rPr>
          <w:b/>
          <w:sz w:val="20"/>
        </w:rPr>
        <w:t>Declarant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Receipt Details:</w:t>
      </w:r>
    </w:p>
    <w:p>
      <w:r>
        <w:rPr>
          <w:b w:val="0"/>
          <w:sz w:val="20"/>
        </w:rPr>
        <w:t>Type of Receipt: _______________________________________________________</w:t>
      </w:r>
    </w:p>
    <w:p>
      <w:r>
        <w:rPr>
          <w:b w:val="0"/>
          <w:sz w:val="20"/>
        </w:rPr>
        <w:t>Receipt Number (if known): ______________________________________________</w:t>
      </w:r>
    </w:p>
    <w:p>
      <w:r>
        <w:rPr>
          <w:b w:val="0"/>
          <w:sz w:val="20"/>
        </w:rPr>
        <w:t>Date of Transaction: ___________________________________________________</w:t>
      </w:r>
    </w:p>
    <w:p>
      <w:r>
        <w:rPr>
          <w:b w:val="0"/>
          <w:sz w:val="20"/>
        </w:rPr>
        <w:t>Issuing Entity/Company: ________________________________________________</w:t>
      </w:r>
    </w:p>
    <w:p>
      <w:r>
        <w:rPr>
          <w:b w:val="0"/>
          <w:sz w:val="20"/>
        </w:rPr>
        <w:t>Transaction Amount: ____________________________________________________</w:t>
      </w:r>
    </w:p>
    <w:p/>
    <w:p>
      <w:r>
        <w:rPr>
          <w:b/>
          <w:sz w:val="20"/>
        </w:rPr>
        <w:t>Circumstances of Loss:</w:t>
      </w:r>
    </w:p>
    <w:p>
      <w:r>
        <w:rPr>
          <w:b w:val="0"/>
          <w:sz w:val="20"/>
        </w:rPr>
        <w:t>Please describe in detail the circumstances under which the receipt was lost or misplaced. Include relevant information to help identify the transaction and verify the claim.</w:t>
      </w:r>
    </w:p>
    <w:p>
      <w:r>
        <w:rPr>
          <w:sz w:val="20"/>
        </w:rPr>
        <w:br/>
        <w:br/>
        <w:br/>
        <w:br/>
        <w:br/>
        <w:br/>
        <w:br/>
        <w:br/>
        <w:br/>
        <w:br/>
        <w:br/>
        <w:br/>
        <w:br/>
        <w:br/>
      </w:r>
    </w:p>
    <w:p/>
    <w:p>
      <w:r>
        <w:rPr>
          <w:b/>
          <w:sz w:val="20"/>
        </w:rPr>
        <w:t>Declaration:</w:t>
      </w:r>
    </w:p>
    <w:p>
      <w:r>
        <w:rPr>
          <w:b w:val="0"/>
          <w:sz w:val="20"/>
        </w:rPr>
        <w:t>I, the undersigned, hereby declare under penalty of perjury under the laws of the United States of America that the information provided in this form is true and correct to the best of my knowledge.</w:t>
      </w:r>
    </w:p>
    <w:p>
      <w:r>
        <w:rPr>
          <w:b w:val="0"/>
          <w:sz w:val="20"/>
        </w:rPr>
        <w:t>I certify that the receipt described above has been lost, destroyed, or misplaced and that I have made reasonable efforts to locate it.</w:t>
      </w:r>
    </w:p>
    <w:p>
      <w:r>
        <w:rPr>
          <w:b w:val="0"/>
          <w:sz w:val="20"/>
        </w:rPr>
        <w:t>I understand that providing false information may subject me to civil or criminal penalties under applicable laws.</w:t>
      </w:r>
    </w:p>
    <w:p/>
    <w:p>
      <w:r>
        <w:rPr>
          <w:b/>
          <w:sz w:val="20"/>
        </w:rPr>
        <w:t>Indemnification:</w:t>
      </w:r>
    </w:p>
    <w:p>
      <w:r>
        <w:rPr>
          <w:b w:val="0"/>
          <w:sz w:val="20"/>
        </w:rPr>
        <w:t>I agree to indemnify, defend, and hold harmless the issuing entity, its agents, employees, and affiliates from any claims, damages, losses, or liabilities arising from this declaration, including but not limited to any fraudulent use of the missing receipt or any third-party claims.</w:t>
      </w:r>
    </w:p>
    <w:p/>
    <w:p>
      <w:r>
        <w:rPr>
          <w:b/>
          <w:sz w:val="20"/>
        </w:rPr>
        <w:t>Authorized Use:</w:t>
      </w:r>
    </w:p>
    <w:p>
      <w:r>
        <w:rPr>
          <w:b w:val="0"/>
          <w:sz w:val="20"/>
        </w:rPr>
        <w:t>This declaration is made solely for the purpose of requesting a replacement receipt or substantiating the transaction in lieu of the original receipt.</w:t>
      </w:r>
    </w:p>
    <w:p>
      <w:r>
        <w:rPr>
          <w:b w:val="0"/>
          <w:sz w:val="20"/>
        </w:rPr>
        <w:t>Any unauthorized use, reproduction, or distribution of this declaration is strictly prohibited and may be punishable by law.</w:t>
      </w:r>
    </w:p>
    <w:p/>
    <w:p>
      <w:r>
        <w:rPr>
          <w:b/>
          <w:sz w:val="20"/>
        </w:rPr>
        <w:t>Confidentiality:</w:t>
      </w:r>
    </w:p>
    <w:p>
      <w:r>
        <w:rPr>
          <w:b w:val="0"/>
          <w:sz w:val="20"/>
        </w:rPr>
        <w:t>All information provided in this form will be treated as confidential and used only for purposes related to the replacement or validation of the missing receipt, in accordance with applicable privacy laws.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Declarant</w:t>
            </w:r>
          </w:p>
        </w:tc>
        <w:tc>
          <w:tcPr>
            <w:tcW w:type="dxa" w:w="4986"/>
            <w:tcBorders>
              <w:top w:val="nil"/>
              <w:left w:val="nil"/>
              <w:bottom w:val="nil"/>
              <w:right w:val="nil"/>
              <w:insideH w:val="nil"/>
              <w:insideV w:val="nil"/>
            </w:tcBorders>
          </w:tcPr>
          <w:p>
            <w:pPr>
              <w:jc w:val="center"/>
            </w:pPr>
            <w:r>
              <w:t>Witness (optional)</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w:t>
            </w:r>
          </w:p>
        </w:tc>
        <w:tc>
          <w:tcPr>
            <w:tcW w:type="dxa" w:w="4986"/>
            <w:tcBorders>
              <w:top w:val="nil"/>
              <w:left w:val="nil"/>
              <w:bottom w:val="nil"/>
              <w:right w:val="nil"/>
              <w:insideH w:val="nil"/>
              <w:insideV w:val="nil"/>
            </w:tcBorders>
          </w:tcPr>
          <w:p>
            <w:pPr>
              <w:jc w:val="center"/>
            </w:pPr>
            <w:r>
              <w:t>Printed Name: ______________________</w:t>
            </w:r>
          </w:p>
        </w:tc>
      </w:tr>
    </w:tbl>
    <w:p/>
    <w:p/>
    <w:p>
      <w:r>
        <w:rPr>
          <w:b/>
          <w:sz w:val="20"/>
        </w:rPr>
        <w:t>Notary Acknowledgment (if applicable):</w:t>
      </w:r>
    </w:p>
    <w:p>
      <w:r>
        <w:rPr>
          <w:b w:val="0"/>
          <w:sz w:val="20"/>
        </w:rPr>
        <w:t>State of ______________________</w:t>
      </w:r>
    </w:p>
    <w:p>
      <w:r>
        <w:rPr>
          <w:b w:val="0"/>
          <w:sz w:val="20"/>
        </w:rPr>
        <w:t>County of _____________________</w:t>
      </w:r>
    </w:p>
    <w:p>
      <w:r>
        <w:rPr>
          <w:b w:val="0"/>
          <w:sz w:val="20"/>
        </w:rPr>
        <w:t>Subscribed and sworn to (or affirmed) before me on this _______ day of ________________, by _______________________________ (Declarant).</w:t>
      </w:r>
    </w:p>
    <w:p>
      <w:r>
        <w:rPr>
          <w:b w:val="0"/>
          <w:sz w:val="20"/>
        </w:rPr>
        <w:t>Signature of Notary Public: _______________________________________________</w:t>
      </w:r>
    </w:p>
    <w:p>
      <w:r>
        <w:rPr>
          <w:b w:val="0"/>
          <w:sz w:val="20"/>
        </w:rPr>
        <w:t>Notary Public Printed Name: ______________________________________________</w:t>
      </w:r>
    </w:p>
    <w:p>
      <w:r>
        <w:rPr>
          <w:b w:val="0"/>
          <w:sz w:val="20"/>
        </w:rPr>
        <w:t>My commission expires: ___________________________________________________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https://form247-us.com/missing-receipt-form/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missing-receipt-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