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MICROSOFT FORM USAGE AGREEMENT</w:t>
      </w:r>
    </w:p>
    <w:p/>
    <w:p>
      <w:r>
        <w:rPr>
          <w:b/>
          <w:sz w:val="20"/>
        </w:rPr>
        <w:t>This Microsoft Form Usage Agreement ("Agreement") is entered into by and between the following parties:</w:t>
      </w:r>
    </w:p>
    <w:p/>
    <w:p>
      <w:r>
        <w:rPr>
          <w:b/>
          <w:sz w:val="20"/>
        </w:rPr>
        <w:t>Form Owner:</w:t>
      </w:r>
    </w:p>
    <w:p>
      <w:r>
        <w:rPr>
          <w:b w:val="0"/>
          <w:sz w:val="20"/>
        </w:rPr>
        <w:t>Name: ____________________________________________________________</w:t>
      </w:r>
    </w:p>
    <w:p>
      <w:r>
        <w:rPr>
          <w:b w:val="0"/>
          <w:sz w:val="20"/>
        </w:rPr>
        <w:t>Organization: ____________________________________________________</w:t>
      </w:r>
    </w:p>
    <w:p>
      <w:r>
        <w:rPr>
          <w:b w:val="0"/>
          <w:sz w:val="20"/>
        </w:rPr>
        <w:t>Address: ________________________________________________________</w:t>
      </w:r>
    </w:p>
    <w:p>
      <w:r>
        <w:rPr>
          <w:b w:val="0"/>
          <w:sz w:val="20"/>
        </w:rPr>
        <w:t>Email: __________________________________________________________</w:t>
      </w:r>
    </w:p>
    <w:p>
      <w:r>
        <w:rPr>
          <w:b w:val="0"/>
          <w:sz w:val="20"/>
        </w:rPr>
        <w:t>Phone: __________________________________________________________</w:t>
      </w:r>
    </w:p>
    <w:p/>
    <w:p>
      <w:r>
        <w:rPr>
          <w:b/>
          <w:sz w:val="20"/>
        </w:rPr>
        <w:t>Form User:</w:t>
      </w:r>
    </w:p>
    <w:p>
      <w:r>
        <w:rPr>
          <w:b w:val="0"/>
          <w:sz w:val="20"/>
        </w:rPr>
        <w:t>Name: ____________________________________________________________</w:t>
      </w:r>
    </w:p>
    <w:p>
      <w:r>
        <w:rPr>
          <w:b w:val="0"/>
          <w:sz w:val="20"/>
        </w:rPr>
        <w:t>Organization (if applicable): ______________________________________</w:t>
      </w:r>
    </w:p>
    <w:p>
      <w:r>
        <w:rPr>
          <w:b w:val="0"/>
          <w:sz w:val="20"/>
        </w:rPr>
        <w:t>Address: ________________________________________________________</w:t>
      </w:r>
    </w:p>
    <w:p>
      <w:r>
        <w:rPr>
          <w:b w:val="0"/>
          <w:sz w:val="20"/>
        </w:rPr>
        <w:t>Email: __________________________________________________________</w:t>
      </w:r>
    </w:p>
    <w:p>
      <w:r>
        <w:rPr>
          <w:b w:val="0"/>
          <w:sz w:val="20"/>
        </w:rPr>
        <w:t>Phone: __________________________________________________________</w:t>
      </w:r>
    </w:p>
    <w:p/>
    <w:p>
      <w:r>
        <w:rPr>
          <w:b/>
          <w:sz w:val="20"/>
        </w:rPr>
        <w:t>1. Purpose of Agreement</w:t>
      </w:r>
    </w:p>
    <w:p>
      <w:r>
        <w:rPr>
          <w:b w:val="0"/>
          <w:sz w:val="20"/>
        </w:rPr>
        <w:t>The Form Owner grants the Form User permission to access and use the Microsoft Form described herein solely for the purposes and under the terms set forth in this Agreement. The Form User agrees to comply with all applicable laws, regulations, and Microsoft’s terms of service.</w:t>
      </w:r>
    </w:p>
    <w:p/>
    <w:p>
      <w:r>
        <w:rPr>
          <w:b/>
          <w:sz w:val="20"/>
        </w:rPr>
        <w:t>2. Access and Use Rights</w:t>
      </w:r>
    </w:p>
    <w:p>
      <w:r>
        <w:rPr>
          <w:b w:val="0"/>
          <w:sz w:val="20"/>
        </w:rPr>
        <w:t>The Form User shall only use the Microsoft Form for authorized purposes specified by the Form Owner. The Form User shall not modify, distribute, or reproduce the Form without prior written consent. Access credentials, if any, are confidential and shall not be shared.</w:t>
      </w:r>
    </w:p>
    <w:p/>
    <w:p>
      <w:r>
        <w:rPr>
          <w:b/>
          <w:sz w:val="20"/>
        </w:rPr>
        <w:t>3. Data Privacy and Protection</w:t>
      </w:r>
    </w:p>
    <w:p>
      <w:r>
        <w:rPr>
          <w:b w:val="0"/>
          <w:sz w:val="20"/>
        </w:rPr>
        <w:t>The Form User acknowledges that data collected through the Microsoft Form may contain personal or sensitive information. Both parties agree to comply with all applicable data protection laws including but not limited to the California Consumer Privacy Act (CCPA) and the Health Insurance Portability and Accountability Act (HIPAA), if applicable. The Form Owner retains ownership of the data collected and the Form User shall use such data only as permitted under this Agreement.</w:t>
      </w:r>
    </w:p>
    <w:p/>
    <w:p>
      <w:r>
        <w:rPr>
          <w:b/>
          <w:sz w:val="20"/>
        </w:rPr>
        <w:t>4. Confidentiality</w:t>
      </w:r>
    </w:p>
    <w:p>
      <w:r>
        <w:rPr>
          <w:b w:val="0"/>
          <w:sz w:val="20"/>
        </w:rPr>
        <w:t>Each party agrees to maintain the confidentiality of non-public information obtained through this Agreement and to use such information solely for the purposes permitted. Confidential information shall not be disclosed to third parties without prior written consent, except as required by law.</w:t>
      </w:r>
    </w:p>
    <w:p/>
    <w:p>
      <w:r>
        <w:rPr>
          <w:b/>
          <w:sz w:val="20"/>
        </w:rPr>
        <w:t>5. Intellectual Property Rights</w:t>
      </w:r>
    </w:p>
    <w:p>
      <w:r>
        <w:rPr>
          <w:b w:val="0"/>
          <w:sz w:val="20"/>
        </w:rPr>
        <w:t>All intellectual property rights in the Microsoft Form, including but not limited to design, content, and software elements, remain the exclusive property of the Form Owner or Microsoft. The Form User is granted a limited, non-exclusive, non-transferable license strictly for the purposes outlined in this Agreement.</w:t>
      </w:r>
    </w:p>
    <w:p/>
    <w:p>
      <w:r>
        <w:rPr>
          <w:b/>
          <w:sz w:val="20"/>
        </w:rPr>
        <w:t>6. Limitations of Liability</w:t>
      </w:r>
    </w:p>
    <w:p>
      <w:r>
        <w:rPr>
          <w:b w:val="0"/>
          <w:sz w:val="20"/>
        </w:rPr>
        <w:t>Neither party shall be liable for indirect, incidental, consequential, special, or punitive damages arising out of or in connection with the use or inability to use the Microsoft Form, even if advised of the possibility of such damages. The total liability of either party shall be limited to direct damages not exceeding the amount paid under this Agreement, if any.</w:t>
      </w:r>
    </w:p>
    <w:p/>
    <w:p>
      <w:r>
        <w:rPr>
          <w:b/>
          <w:sz w:val="20"/>
        </w:rPr>
        <w:t>7. Indemnification</w:t>
      </w:r>
    </w:p>
    <w:p>
      <w:r>
        <w:rPr>
          <w:b w:val="0"/>
          <w:sz w:val="20"/>
        </w:rPr>
        <w:t>The Form User agrees to indemnify, defend, and hold harmless the Form Owner and its affiliates, officers, and employees from and against all claims, damages, liabilities, costs, and expenses arising from the User’s misuse of the Microsoft Form or violation of this Agreement.</w:t>
      </w:r>
    </w:p>
    <w:p/>
    <w:p>
      <w:r>
        <w:rPr>
          <w:b/>
          <w:sz w:val="20"/>
        </w:rPr>
        <w:t>8. Term and Termination</w:t>
      </w:r>
    </w:p>
    <w:p>
      <w:r>
        <w:rPr>
          <w:b w:val="0"/>
          <w:sz w:val="20"/>
        </w:rPr>
        <w:t>This Agreement shall commence upon execution by both parties and continue until terminated by either party with thirty (30) days written notice. Termination shall not affect accrued rights or liabilities. Upon termination, the Form User shall cease all use of the Microsoft Form and destroy any copies in their possession.</w:t>
      </w:r>
    </w:p>
    <w:p/>
    <w:p>
      <w:r>
        <w:rPr>
          <w:b/>
          <w:sz w:val="20"/>
        </w:rPr>
        <w:t>9. Governing Law and Jurisdiction</w:t>
      </w:r>
    </w:p>
    <w:p>
      <w:r>
        <w:rPr>
          <w:b w:val="0"/>
          <w:sz w:val="20"/>
        </w:rPr>
        <w:t>This Agreement shall be governed by and construed in accordance with the laws of the United States and the State of ____________________. Any disputes arising out of or in connection with this Agreement shall be subject to the exclusive jurisdiction of the federal or state courts located within ____________________.</w:t>
      </w:r>
    </w:p>
    <w:p/>
    <w:p>
      <w:r>
        <w:rPr>
          <w:b/>
          <w:sz w:val="20"/>
        </w:rPr>
        <w:t>10. Entire Agreement</w:t>
      </w:r>
    </w:p>
    <w:p>
      <w:r>
        <w:rPr>
          <w:b w:val="0"/>
          <w:sz w:val="20"/>
        </w:rPr>
        <w:t>This Agreement constitutes the entire agreement between the parties with respect to the subject matter hereof and supersedes all prior or contemporaneous understandings and agreements, whether written or oral.</w:t>
      </w:r>
    </w:p>
    <w:p/>
    <w:p/>
    <w:p>
      <w:pPr>
        <w:jc w:val="center"/>
      </w:pPr>
      <w:r>
        <w:rPr>
          <w:b w:val="0"/>
          <w:sz w:val="20"/>
        </w:rPr>
        <w:t>IN WITNESS WHEREOF, the parties have executed this Agreement by their duly authorized representatives.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FORM OWNER</w:t>
            </w:r>
          </w:p>
        </w:tc>
        <w:tc>
          <w:tcPr>
            <w:tcW w:type="dxa" w:w="4986"/>
            <w:tcBorders>
              <w:top w:val="nil"/>
              <w:left w:val="nil"/>
              <w:bottom w:val="nil"/>
              <w:right w:val="nil"/>
              <w:insideH w:val="nil"/>
              <w:insideV w:val="nil"/>
            </w:tcBorders>
          </w:tcPr>
          <w:p>
            <w:pPr>
              <w:jc w:val="center"/>
            </w:pPr>
            <w:r>
              <w:t>FORM USER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w:t>
            </w:r>
          </w:p>
        </w:tc>
        <w:tc>
          <w:tcPr>
            <w:tcW w:type="dxa" w:w="4986"/>
            <w:tcBorders>
              <w:top w:val="nil"/>
              <w:left w:val="nil"/>
              <w:bottom w:val="nil"/>
              <w:right w:val="nil"/>
              <w:insideH w:val="nil"/>
              <w:insideV w:val="nil"/>
            </w:tcBorders>
          </w:tcPr>
          <w:p>
            <w:pPr>
              <w:jc w:val="center"/>
            </w:pPr>
            <w:r>
              <w:t>Printed Name: 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https://form247-us.com/microsoft-form/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microsoft-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