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MEDICAL REGISTRATION FORM</w:t>
      </w:r>
    </w:p>
    <w:p/>
    <w:p/>
    <w:p>
      <w:r>
        <w:rPr>
          <w:b/>
          <w:sz w:val="22"/>
        </w:rPr>
        <w:t>Section 1 – Personal Information</w:t>
      </w:r>
    </w:p>
    <w:p>
      <w:r>
        <w:rPr>
          <w:b w:val="0"/>
          <w:sz w:val="20"/>
        </w:rPr>
        <w:t>Full Name: _______________________________________________________________</w:t>
      </w:r>
    </w:p>
    <w:p>
      <w:r>
        <w:rPr>
          <w:b w:val="0"/>
          <w:sz w:val="20"/>
        </w:rPr>
        <w:t>Date of Birth (MM/DD/YYYY): _______________________________________________</w:t>
      </w:r>
    </w:p>
    <w:p>
      <w:r>
        <w:rPr>
          <w:b w:val="0"/>
          <w:sz w:val="20"/>
        </w:rPr>
        <w:t>Gender: _________________________________________________________________</w:t>
      </w:r>
    </w:p>
    <w:p>
      <w:r>
        <w:rPr>
          <w:b w:val="0"/>
          <w:sz w:val="20"/>
        </w:rPr>
        <w:t>Social Security Number: _________________________________________________</w:t>
      </w:r>
    </w:p>
    <w:p>
      <w:r>
        <w:rPr>
          <w:b w:val="0"/>
          <w:sz w:val="20"/>
        </w:rPr>
        <w:t>Contact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</w:t>
      </w:r>
    </w:p>
    <w:p>
      <w:r>
        <w:rPr>
          <w:b w:val="0"/>
          <w:sz w:val="20"/>
        </w:rPr>
        <w:t>Residential Address: _____________________________________________________</w:t>
      </w:r>
    </w:p>
    <w:p>
      <w:r>
        <w:rPr>
          <w:b w:val="0"/>
          <w:sz w:val="20"/>
        </w:rPr>
        <w:t>City: __________________________    State: ___________    ZIP Code: _______</w:t>
      </w:r>
    </w:p>
    <w:p/>
    <w:p>
      <w:r>
        <w:rPr>
          <w:b/>
          <w:sz w:val="22"/>
        </w:rPr>
        <w:t>Section 2 – Emergency Contact Information</w:t>
      </w:r>
    </w:p>
    <w:p>
      <w:r>
        <w:rPr>
          <w:b w:val="0"/>
          <w:sz w:val="20"/>
        </w:rPr>
        <w:t>Contact Full Name: _______________________________________________________</w:t>
      </w:r>
    </w:p>
    <w:p>
      <w:r>
        <w:rPr>
          <w:b w:val="0"/>
          <w:sz w:val="20"/>
        </w:rPr>
        <w:t>Relationship: ____________________________________________________________</w:t>
      </w:r>
    </w:p>
    <w:p>
      <w:r>
        <w:rPr>
          <w:b w:val="0"/>
          <w:sz w:val="20"/>
        </w:rPr>
        <w:t>Contact Number(s): 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City: __________________________    State: ___________    ZIP Code: _______</w:t>
      </w:r>
    </w:p>
    <w:p/>
    <w:p>
      <w:r>
        <w:rPr>
          <w:b/>
          <w:sz w:val="22"/>
        </w:rPr>
        <w:t>Section 3 – Medical History</w:t>
      </w:r>
    </w:p>
    <w:p>
      <w:r>
        <w:rPr>
          <w:b w:val="0"/>
          <w:sz w:val="20"/>
        </w:rPr>
        <w:t>Please indicate if you have ever been diagnosed with any of the following conditions (check all that apply):</w:t>
      </w:r>
    </w:p>
    <w:p>
      <w:r>
        <w:rPr>
          <w:sz w:val="20"/>
        </w:rPr>
        <w:t>☐ Diabetes    ☐ Hypertension    ☐ Heart Disease    ☐ Asthma    ☐ Cancer    ☐ Stroke    ☐ Kidney Disease    ☐ Liver Disease</w:t>
      </w:r>
    </w:p>
    <w:p/>
    <w:p>
      <w:r>
        <w:rPr>
          <w:b w:val="0"/>
          <w:sz w:val="20"/>
        </w:rPr>
        <w:t>Other medical conditions or chronic illnesses (please specify):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 w:val="0"/>
          <w:sz w:val="20"/>
        </w:rPr>
        <w:t>Are you currently under any treatment or medication?</w:t>
      </w:r>
    </w:p>
    <w:p>
      <w:r>
        <w:rPr>
          <w:b w:val="0"/>
          <w:sz w:val="20"/>
        </w:rPr>
        <w:t>Yes ☐    No ☐</w:t>
      </w:r>
    </w:p>
    <w:p>
      <w:r>
        <w:rPr>
          <w:b w:val="0"/>
          <w:sz w:val="20"/>
        </w:rPr>
        <w:t>If yes, please list medications and dosages: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2"/>
        </w:rPr>
        <w:t>Section 4 – Allergies</w:t>
      </w:r>
    </w:p>
    <w:p>
      <w:r>
        <w:rPr>
          <w:b w:val="0"/>
          <w:sz w:val="20"/>
        </w:rPr>
        <w:t>Do you have any allergies (medications, food, environmental, etc.)?</w:t>
      </w:r>
    </w:p>
    <w:p>
      <w:r>
        <w:rPr>
          <w:b w:val="0"/>
          <w:sz w:val="20"/>
        </w:rPr>
        <w:t>Yes ☐    No ☐</w:t>
      </w:r>
    </w:p>
    <w:p>
      <w:r>
        <w:rPr>
          <w:b w:val="0"/>
          <w:sz w:val="20"/>
        </w:rPr>
        <w:t>If yes, please specify: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2"/>
        </w:rPr>
        <w:t>Section 5 – Immunization History</w:t>
      </w:r>
    </w:p>
    <w:p>
      <w:r>
        <w:rPr>
          <w:b w:val="0"/>
          <w:sz w:val="20"/>
        </w:rPr>
        <w:t>Please list any vaccinations or immunizations you have received (including dates if known):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2"/>
        </w:rPr>
        <w:t>Section 6 – Lifestyle Information</w:t>
      </w:r>
    </w:p>
    <w:p>
      <w:r>
        <w:rPr>
          <w:b w:val="0"/>
          <w:sz w:val="20"/>
        </w:rPr>
        <w:t>Do you smoke?</w:t>
      </w:r>
    </w:p>
    <w:p>
      <w:r>
        <w:rPr>
          <w:b w:val="0"/>
          <w:sz w:val="20"/>
        </w:rPr>
        <w:t>Yes ☐    No ☐</w:t>
      </w:r>
    </w:p>
    <w:p>
      <w:r>
        <w:rPr>
          <w:b w:val="0"/>
          <w:sz w:val="20"/>
        </w:rPr>
        <w:t>If yes, how many per day? _______________</w:t>
      </w:r>
    </w:p>
    <w:p>
      <w:r>
        <w:rPr>
          <w:b w:val="0"/>
          <w:sz w:val="20"/>
        </w:rPr>
        <w:t>Do you consume alcohol?</w:t>
      </w:r>
    </w:p>
    <w:p>
      <w:r>
        <w:rPr>
          <w:b w:val="0"/>
          <w:sz w:val="20"/>
        </w:rPr>
        <w:t>Yes ☐    No ☐</w:t>
      </w:r>
    </w:p>
    <w:p>
      <w:r>
        <w:rPr>
          <w:b w:val="0"/>
          <w:sz w:val="20"/>
        </w:rPr>
        <w:t>If yes, frequency and amount: _____________________________________________</w:t>
      </w:r>
    </w:p>
    <w:p>
      <w:r>
        <w:rPr>
          <w:b w:val="0"/>
          <w:sz w:val="20"/>
        </w:rPr>
        <w:t>Do you use recreational drugs?</w:t>
      </w:r>
    </w:p>
    <w:p>
      <w:r>
        <w:rPr>
          <w:b w:val="0"/>
          <w:sz w:val="20"/>
        </w:rPr>
        <w:t>Yes ☐    No ☐</w:t>
      </w:r>
    </w:p>
    <w:p>
      <w:r>
        <w:rPr>
          <w:b w:val="0"/>
          <w:sz w:val="20"/>
        </w:rPr>
        <w:t>If yes, please specify: ____________________________________________________</w:t>
      </w:r>
    </w:p>
    <w:p/>
    <w:p>
      <w:r>
        <w:rPr>
          <w:b/>
          <w:sz w:val="22"/>
        </w:rPr>
        <w:t>Section 7 – Physical Activity</w:t>
      </w:r>
    </w:p>
    <w:p>
      <w:r>
        <w:rPr>
          <w:b w:val="0"/>
          <w:sz w:val="20"/>
        </w:rPr>
        <w:t>Do you engage in regular physical activity?</w:t>
      </w:r>
    </w:p>
    <w:p>
      <w:r>
        <w:rPr>
          <w:b w:val="0"/>
          <w:sz w:val="20"/>
        </w:rPr>
        <w:t>Yes ☐    No ☐</w:t>
      </w:r>
    </w:p>
    <w:p>
      <w:r>
        <w:rPr>
          <w:b w:val="0"/>
          <w:sz w:val="20"/>
        </w:rPr>
        <w:t>If yes, type and frequency: ________________________________________________</w:t>
      </w:r>
    </w:p>
    <w:p/>
    <w:p>
      <w:r>
        <w:rPr>
          <w:b/>
          <w:sz w:val="22"/>
        </w:rPr>
        <w:t>Section 8 – Health Insurance Information</w:t>
      </w:r>
    </w:p>
    <w:p>
      <w:r>
        <w:rPr>
          <w:b w:val="0"/>
          <w:sz w:val="20"/>
        </w:rPr>
        <w:t>Insurance Provider: _______________________________________________________</w:t>
      </w:r>
    </w:p>
    <w:p>
      <w:r>
        <w:rPr>
          <w:b w:val="0"/>
          <w:sz w:val="20"/>
        </w:rPr>
        <w:t>Policy Number: ___________________________________________________________</w:t>
      </w:r>
    </w:p>
    <w:p>
      <w:r>
        <w:rPr>
          <w:b w:val="0"/>
          <w:sz w:val="20"/>
        </w:rPr>
        <w:t>Group Number: ____________________________________________________________</w:t>
      </w:r>
    </w:p>
    <w:p>
      <w:r>
        <w:rPr>
          <w:b w:val="0"/>
          <w:sz w:val="20"/>
        </w:rPr>
        <w:t>Primary Insured Name (if different): _______________________________________</w:t>
      </w:r>
    </w:p>
    <w:p/>
    <w:p>
      <w:r>
        <w:rPr>
          <w:b/>
          <w:sz w:val="22"/>
        </w:rPr>
        <w:t>Section 9 – Consent and Acknowledgment</w:t>
      </w:r>
    </w:p>
    <w:p>
      <w:r>
        <w:rPr>
          <w:b w:val="0"/>
          <w:sz w:val="20"/>
        </w:rPr>
        <w:t>I hereby certify that the information provided in this Medical Registration Form is true, complete, and accurate to the best of my knowledge. I understand that providing false information may affect my medical treatment and insurance claims. I authorize the release of my medical information to healthcare providers and insurance companies as necessary for treatment, payment, and healthcare operations. I understand my rights under the Health Insurance Portability and Accountability Act (HIPAA) and consent to the use and disclosure of my health information as outlined above.</w:t>
      </w:r>
    </w:p>
    <w:p/>
    <w:p/>
    <w:p>
      <w:r>
        <w:rPr>
          <w:b/>
          <w:sz w:val="22"/>
        </w:rPr>
        <w:t>Section 10 – Signature</w:t>
      </w:r>
    </w:p>
    <w:p>
      <w:r>
        <w:rPr>
          <w:b w:val="0"/>
          <w:sz w:val="20"/>
        </w:rPr>
        <w:t>Signature: ________________________________________________</w:t>
      </w:r>
    </w:p>
    <w:p>
      <w:r>
        <w:rPr>
          <w:b w:val="0"/>
          <w:sz w:val="20"/>
        </w:rPr>
        <w:t>Printed Name: ______________________________________________</w:t>
      </w:r>
    </w:p>
    <w:p>
      <w:r>
        <w:rPr>
          <w:b w:val="0"/>
          <w:sz w:val="20"/>
        </w:rPr>
        <w:t>Relationship to Patient (if applicable): _______________________</w:t>
      </w:r>
    </w:p>
    <w:p>
      <w:r>
        <w:rPr>
          <w:b w:val="0"/>
          <w:sz w:val="20"/>
        </w:rPr>
        <w:t>Date Signed: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WITNESS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OFFICE USE ONLY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Received By: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Received: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https://form247-us.com/medical-registration-form/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medical-registration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