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RECORDS RELEASE AUTHORIZATION</w:t>
      </w:r>
    </w:p>
    <w:p/>
    <w:p>
      <w:r>
        <w:rPr>
          <w:b w:val="0"/>
          <w:sz w:val="20"/>
        </w:rPr>
        <w:t>I hereby authorize the release of my medical records as described below. This authorization is provided voluntarily and I understand the rights and responsibilities associated with this release.</w:t>
      </w:r>
    </w:p>
    <w:p/>
    <w:p>
      <w:r>
        <w:rPr>
          <w:b/>
          <w:sz w:val="20"/>
        </w:rPr>
        <w:t>Patient Information:</w:t>
      </w:r>
    </w:p>
    <w:p>
      <w:r>
        <w:rPr>
          <w:b w:val="0"/>
          <w:sz w:val="20"/>
        </w:rPr>
        <w:t>Full Name: ____________________________________________________________</w:t>
      </w:r>
    </w:p>
    <w:p>
      <w:r>
        <w:rPr>
          <w:b w:val="0"/>
          <w:sz w:val="20"/>
        </w:rPr>
        <w:t>Date of Birth: 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_______________________________________________________</w:t>
      </w:r>
    </w:p>
    <w:p>
      <w:r>
        <w:rPr>
          <w:b w:val="0"/>
          <w:sz w:val="20"/>
        </w:rPr>
        <w:t>Email Address: _______________________________________________________</w:t>
      </w:r>
    </w:p>
    <w:p/>
    <w:p>
      <w:r>
        <w:rPr>
          <w:b/>
          <w:sz w:val="20"/>
        </w:rPr>
        <w:t>Recipient of Medical Records:</w:t>
      </w:r>
    </w:p>
    <w:p>
      <w:r>
        <w:rPr>
          <w:b w:val="0"/>
          <w:sz w:val="20"/>
        </w:rPr>
        <w:t>Name or Facility: 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_______________________________________________________</w:t>
      </w:r>
    </w:p>
    <w:p>
      <w:r>
        <w:rPr>
          <w:b w:val="0"/>
          <w:sz w:val="20"/>
        </w:rPr>
        <w:t>Fax Number (if applicable): __________________________________________</w:t>
      </w:r>
    </w:p>
    <w:p>
      <w:r>
        <w:rPr>
          <w:b w:val="0"/>
          <w:sz w:val="20"/>
        </w:rPr>
        <w:t>Email Address: _______________________________________________________</w:t>
      </w:r>
    </w:p>
    <w:p/>
    <w:p>
      <w:r>
        <w:rPr>
          <w:b/>
          <w:sz w:val="20"/>
        </w:rPr>
        <w:t>Description of Information to be Released:</w:t>
      </w:r>
    </w:p>
    <w:p>
      <w:r>
        <w:rPr>
          <w:b w:val="0"/>
          <w:sz w:val="20"/>
        </w:rPr>
        <w:t>Please check all that apply:</w:t>
      </w:r>
    </w:p>
    <w:p>
      <w:r>
        <w:rPr>
          <w:b w:val="0"/>
          <w:sz w:val="20"/>
        </w:rPr>
        <w:t>[  ] Complete Medical Record</w:t>
      </w:r>
    </w:p>
    <w:p>
      <w:r>
        <w:rPr>
          <w:b w:val="0"/>
          <w:sz w:val="20"/>
        </w:rPr>
        <w:t>[  ] History and Physical Reports</w:t>
      </w:r>
    </w:p>
    <w:p>
      <w:r>
        <w:rPr>
          <w:b w:val="0"/>
          <w:sz w:val="20"/>
        </w:rPr>
        <w:t>[  ] Laboratory Reports</w:t>
      </w:r>
    </w:p>
    <w:p>
      <w:r>
        <w:rPr>
          <w:b w:val="0"/>
          <w:sz w:val="20"/>
        </w:rPr>
        <w:t>[  ] Imaging and Radiology Reports</w:t>
      </w:r>
    </w:p>
    <w:p>
      <w:r>
        <w:rPr>
          <w:b w:val="0"/>
          <w:sz w:val="20"/>
        </w:rPr>
        <w:t>[  ] Operative and Procedure Reports</w:t>
      </w:r>
    </w:p>
    <w:p>
      <w:r>
        <w:rPr>
          <w:b w:val="0"/>
          <w:sz w:val="20"/>
        </w:rPr>
        <w:t>[  ] Medication Records</w:t>
      </w:r>
    </w:p>
    <w:p>
      <w:r>
        <w:rPr>
          <w:b w:val="0"/>
          <w:sz w:val="20"/>
        </w:rPr>
        <w:t>[  ] Billing and Insurance Records</w:t>
      </w:r>
    </w:p>
    <w:p>
      <w:r>
        <w:rPr>
          <w:b w:val="0"/>
          <w:sz w:val="20"/>
        </w:rPr>
        <w:t>[  ] Other (please specify): __________________________________________</w:t>
      </w:r>
    </w:p>
    <w:p/>
    <w:p>
      <w:r>
        <w:rPr>
          <w:b/>
          <w:sz w:val="20"/>
        </w:rPr>
        <w:t>Purpose of Release:</w:t>
      </w:r>
    </w:p>
    <w:p>
      <w:r>
        <w:rPr>
          <w:b w:val="0"/>
          <w:sz w:val="20"/>
        </w:rPr>
        <w:t>The information will be used for the following purpose(s):</w:t>
      </w:r>
    </w:p>
    <w:p>
      <w:r>
        <w:rPr>
          <w:b w:val="0"/>
          <w:sz w:val="20"/>
        </w:rPr>
        <w:t>[  ] Continuing Medical Care</w:t>
      </w:r>
    </w:p>
    <w:p>
      <w:r>
        <w:rPr>
          <w:b w:val="0"/>
          <w:sz w:val="20"/>
        </w:rPr>
        <w:t>[  ] Legal Purposes</w:t>
      </w:r>
    </w:p>
    <w:p>
      <w:r>
        <w:rPr>
          <w:b w:val="0"/>
          <w:sz w:val="20"/>
        </w:rPr>
        <w:t>[  ] Insurance Claims</w:t>
      </w:r>
    </w:p>
    <w:p>
      <w:r>
        <w:rPr>
          <w:b w:val="0"/>
          <w:sz w:val="20"/>
        </w:rPr>
        <w:t>[  ] Personal Use</w:t>
      </w:r>
    </w:p>
    <w:p>
      <w:r>
        <w:rPr>
          <w:b w:val="0"/>
          <w:sz w:val="20"/>
        </w:rPr>
        <w:t>[  ] Other (please specify): __________________________________________</w:t>
      </w:r>
    </w:p>
    <w:p/>
    <w:p>
      <w:r>
        <w:rPr>
          <w:b/>
          <w:sz w:val="20"/>
        </w:rPr>
        <w:t>Authorization and Expiration:</w:t>
      </w:r>
    </w:p>
    <w:p>
      <w:r>
        <w:rPr>
          <w:b w:val="0"/>
          <w:sz w:val="20"/>
        </w:rPr>
        <w:t>I understand that this authorization is voluntary and that I may revoke it at any time by providing written notice to the healthcare provider. This authorization will remain in effect until revoked or for a maximum period of one year from the date of signature, whichever occurs first.</w:t>
      </w:r>
    </w:p>
    <w:p/>
    <w:p>
      <w:r>
        <w:rPr>
          <w:b/>
          <w:sz w:val="20"/>
        </w:rPr>
        <w:t>Redisclosure Notice:</w:t>
      </w:r>
    </w:p>
    <w:p>
      <w:r>
        <w:rPr>
          <w:b w:val="0"/>
          <w:sz w:val="20"/>
        </w:rPr>
        <w:t>I understand that once my medical records are released to the recipient named above, they may be subject to redisclosure by the recipient and may no longer be protected by federal privacy laws.</w:t>
      </w:r>
    </w:p>
    <w:p/>
    <w:p>
      <w:r>
        <w:rPr>
          <w:b/>
          <w:sz w:val="20"/>
        </w:rPr>
        <w:t>My Rights:</w:t>
      </w:r>
    </w:p>
    <w:p>
      <w:r>
        <w:rPr>
          <w:b w:val="0"/>
          <w:sz w:val="20"/>
        </w:rPr>
        <w:t>I understand that I do not have to sign this form to receive healthcare treatment, payment, or eligibility for benefits, except as allowed by law. I have the right to inspect or obtain a copy of the information to be disclosed as allowed by law.</w:t>
      </w:r>
    </w:p>
    <w:p/>
    <w:p>
      <w:r>
        <w:rPr>
          <w:b/>
          <w:sz w:val="20"/>
        </w:rPr>
        <w:t>Revocation:</w:t>
      </w:r>
    </w:p>
    <w:p>
      <w:r>
        <w:rPr>
          <w:b w:val="0"/>
          <w:sz w:val="20"/>
        </w:rPr>
        <w:t>To revoke this authorization, I understand I must submit a written revocation to the healthcare provider. The revocation will not apply to information already released in response to this authorization.</w:t>
      </w:r>
    </w:p>
    <w:p/>
    <w:p>
      <w:r>
        <w:rPr>
          <w:b/>
          <w:sz w:val="20"/>
        </w:rPr>
        <w:t>Signature and Acknowledgment:</w:t>
      </w:r>
    </w:p>
    <w:p>
      <w:r>
        <w:rPr>
          <w:b w:val="0"/>
          <w:sz w:val="20"/>
        </w:rPr>
        <w:t>By signing below, I acknowledge that I have read and understand this authorization and that I agree to its terms.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Patient Signature</w:t>
            </w:r>
          </w:p>
        </w:tc>
        <w:tc>
          <w:tcPr>
            <w:tcW w:type="dxa" w:w="4986"/>
            <w:tcBorders>
              <w:top w:val="nil"/>
              <w:left w:val="nil"/>
              <w:bottom w:val="nil"/>
              <w:right w:val="nil"/>
              <w:insideH w:val="nil"/>
              <w:insideV w:val="nil"/>
            </w:tcBorders>
          </w:tcPr>
          <w:p>
            <w:pPr>
              <w:jc w:val="center"/>
            </w:pPr>
            <w:r>
              <w:t>Authorized Representative Signature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(Print): __________________________</w:t>
            </w:r>
          </w:p>
        </w:tc>
        <w:tc>
          <w:tcPr>
            <w:tcW w:type="dxa" w:w="4986"/>
            <w:tcBorders>
              <w:top w:val="nil"/>
              <w:left w:val="nil"/>
              <w:bottom w:val="nil"/>
              <w:right w:val="nil"/>
              <w:insideH w:val="nil"/>
              <w:insideV w:val="nil"/>
            </w:tcBorders>
          </w:tcPr>
          <w:p>
            <w:pPr>
              <w:jc w:val="center"/>
            </w:pPr>
            <w:r>
              <w:t>Name (Print): __________________________</w:t>
              <w:br/>
              <w:t>Relationship: ________________________</w:t>
            </w:r>
          </w:p>
        </w:tc>
      </w:tr>
    </w:tbl>
    <w:p/>
    <w:p/>
    <w:p>
      <w:r>
        <w:rPr>
          <w:b/>
          <w:sz w:val="20"/>
        </w:rPr>
        <w:t>Witness (Optional):</w:t>
      </w:r>
    </w:p>
    <w:p>
      <w:r>
        <w:rPr>
          <w:b w:val="0"/>
          <w:sz w:val="20"/>
        </w:rPr>
        <w:t>I hereby witness the signing of this authorization by the patient or authorized representative.</w:t>
      </w:r>
    </w:p>
    <w:p>
      <w:r>
        <w:rPr>
          <w:b w:val="0"/>
          <w:sz w:val="20"/>
        </w:rPr>
        <w:t>Name: _______________________________________________________________</w:t>
      </w:r>
    </w:p>
    <w:p>
      <w:r>
        <w:rPr>
          <w:b w:val="0"/>
          <w:sz w:val="20"/>
        </w:rPr>
        <w:t>Signature: __________________________________________________________</w:t>
      </w:r>
    </w:p>
    <w:p>
      <w:r>
        <w:rPr>
          <w:b w:val="0"/>
          <w:sz w:val="20"/>
        </w:rPr>
        <w:t>Date: _______________________________________________________________</w:t>
      </w:r>
    </w:p>
    <w:p/>
    <w:p/>
    <w:p>
      <w:r>
        <w:rPr>
          <w:b/>
          <w:sz w:val="20"/>
        </w:rPr>
        <w:t>For Healthcare Provider Use Only:</w:t>
      </w:r>
    </w:p>
    <w:p>
      <w:r>
        <w:rPr>
          <w:b w:val="0"/>
          <w:sz w:val="20"/>
        </w:rPr>
        <w:t>Date Received: _______________________________________________________</w:t>
      </w:r>
    </w:p>
    <w:p>
      <w:r>
        <w:rPr>
          <w:b w:val="0"/>
          <w:sz w:val="20"/>
        </w:rPr>
        <w:t>Processed By: ________________________________________________________</w:t>
      </w:r>
    </w:p>
    <w:p>
      <w:r>
        <w:rPr>
          <w:b w:val="0"/>
          <w:sz w:val="20"/>
        </w:rPr>
        <w:t>Method of Release: ___________________________________________________</w:t>
      </w:r>
    </w:p>
    <w:p>
      <w:r>
        <w:rPr>
          <w:b w:val="0"/>
          <w:sz w:val="20"/>
        </w:rPr>
        <w:t>Notes: _______________________________________________________________</w:t>
      </w:r>
    </w:p>
    <w:p/>
    <w:p/>
    <w:p>
      <w:r>
        <w:rPr>
          <w:b/>
          <w:sz w:val="20"/>
        </w:rPr>
        <w:t>Legal Disclaimer:</w:t>
      </w:r>
    </w:p>
    <w:p>
      <w:r>
        <w:rPr>
          <w:b w:val="0"/>
          <w:sz w:val="20"/>
        </w:rPr>
        <w:t>This authorization complies with the Health Insurance Portability and Accountability Act (HIPAA) and applicable state laws regarding the release of medical records. Unauthorized use or disclosure of medical information is prohibited by law. This form must be retained with the patient’s medical record.</w:t>
      </w:r>
    </w:p>
    <w:p/>
    <w:p/>
    <w:p>
      <w:r>
        <w:br w:type="page"/>
      </w:r>
    </w:p>
    <w:p>
      <w:pPr>
        <w:jc w:val="center"/>
      </w:pPr>
      <w:r>
        <w:rPr>
          <w:color w:val="555555"/>
          <w:sz w:val="24"/>
        </w:rPr>
        <w:t>Original source of this document:</w:t>
      </w:r>
    </w:p>
    <w:p>
      <w:pPr>
        <w:jc w:val="center"/>
      </w:pPr>
      <w:hyperlink r:id="rId9">
        <w:r>
          <w:rPr>
            <w:color w:val="0000FF"/>
            <w:u w:val="single"/>
          </w:rPr>
          <w:t>https://form247-us.com/medical-records-release-form/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medical-records-release-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