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NECESSITY FORM</w:t>
      </w:r>
    </w:p>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Patient ID / Insurance #: 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_________________________________________________________________</w:t>
      </w:r>
    </w:p>
    <w:p/>
    <w:p>
      <w:r>
        <w:rPr>
          <w:b/>
          <w:sz w:val="20"/>
        </w:rPr>
        <w:t>Healthcare Provider Information</w:t>
      </w:r>
    </w:p>
    <w:p>
      <w:r>
        <w:rPr>
          <w:b w:val="0"/>
          <w:sz w:val="20"/>
        </w:rPr>
        <w:t>Provider Name: _________________________________________________________</w:t>
      </w:r>
    </w:p>
    <w:p>
      <w:r>
        <w:rPr>
          <w:b w:val="0"/>
          <w:sz w:val="20"/>
        </w:rPr>
        <w:t>NPI Number: ___________________________________________________________</w:t>
      </w:r>
    </w:p>
    <w:p>
      <w:r>
        <w:rPr>
          <w:b w:val="0"/>
          <w:sz w:val="20"/>
        </w:rPr>
        <w:t>Provider Address: ______________________________________________________</w:t>
      </w:r>
    </w:p>
    <w:p>
      <w:r>
        <w:rPr>
          <w:b w:val="0"/>
          <w:sz w:val="20"/>
        </w:rPr>
        <w:t>Phone Number: _________________________________________________________</w:t>
      </w:r>
    </w:p>
    <w:p>
      <w:r>
        <w:rPr>
          <w:b w:val="0"/>
          <w:sz w:val="20"/>
        </w:rPr>
        <w:t>Fax Number: ___________________________________________________________</w:t>
      </w:r>
    </w:p>
    <w:p>
      <w:r>
        <w:rPr>
          <w:b w:val="0"/>
          <w:sz w:val="20"/>
        </w:rPr>
        <w:t>Email: _________________________________________________________________</w:t>
      </w:r>
    </w:p>
    <w:p/>
    <w:p>
      <w:r>
        <w:rPr>
          <w:b/>
          <w:sz w:val="20"/>
        </w:rPr>
        <w:t>Insurance Information</w:t>
      </w:r>
    </w:p>
    <w:p>
      <w:r>
        <w:rPr>
          <w:b w:val="0"/>
          <w:sz w:val="20"/>
        </w:rPr>
        <w:t>Insurance Company: _____________________________________________________</w:t>
      </w:r>
    </w:p>
    <w:p>
      <w:r>
        <w:rPr>
          <w:b w:val="0"/>
          <w:sz w:val="20"/>
        </w:rPr>
        <w:t>Policy Number: _________________________________________________________</w:t>
      </w:r>
    </w:p>
    <w:p>
      <w:r>
        <w:rPr>
          <w:b w:val="0"/>
          <w:sz w:val="20"/>
        </w:rPr>
        <w:t>Group Number: __________________________________________________________</w:t>
      </w:r>
    </w:p>
    <w:p>
      <w:r>
        <w:rPr>
          <w:b w:val="0"/>
          <w:sz w:val="20"/>
        </w:rPr>
        <w:t>Claims Address: ________________________________________________________</w:t>
      </w:r>
    </w:p>
    <w:p>
      <w:r>
        <w:rPr>
          <w:b w:val="0"/>
          <w:sz w:val="20"/>
        </w:rPr>
        <w:t>Phone Number: _________________________________________________________</w:t>
      </w:r>
    </w:p>
    <w:p/>
    <w:p>
      <w:r>
        <w:rPr>
          <w:b/>
          <w:sz w:val="20"/>
        </w:rPr>
        <w:t>Equipment / Service Requested</w:t>
      </w:r>
    </w:p>
    <w:p>
      <w:r>
        <w:rPr>
          <w:b w:val="0"/>
          <w:sz w:val="20"/>
        </w:rPr>
        <w:t>Item / Service Description: ______________________________________________</w:t>
      </w:r>
    </w:p>
    <w:p>
      <w:r>
        <w:rPr>
          <w:b w:val="0"/>
          <w:sz w:val="20"/>
        </w:rPr>
        <w:t>HCPCS / CPT Code(s): __________________________________________________</w:t>
      </w:r>
    </w:p>
    <w:p>
      <w:r>
        <w:rPr>
          <w:b w:val="0"/>
          <w:sz w:val="20"/>
        </w:rPr>
        <w:t>Quantity: _______________________________________________________________</w:t>
      </w:r>
    </w:p>
    <w:p>
      <w:r>
        <w:rPr>
          <w:b w:val="0"/>
          <w:sz w:val="20"/>
        </w:rPr>
        <w:t>Frequency / Duration: ___________________________________________________</w:t>
      </w:r>
    </w:p>
    <w:p>
      <w:r>
        <w:rPr>
          <w:b w:val="0"/>
          <w:sz w:val="20"/>
        </w:rPr>
        <w:t>Estimated Length of Need: _______________________________________________</w:t>
      </w:r>
    </w:p>
    <w:p/>
    <w:p>
      <w:r>
        <w:rPr>
          <w:b/>
          <w:sz w:val="20"/>
        </w:rPr>
        <w:t>Diagnosis and Clinical Information</w:t>
      </w:r>
    </w:p>
    <w:p>
      <w:r>
        <w:rPr>
          <w:b w:val="0"/>
          <w:sz w:val="20"/>
        </w:rPr>
        <w:t>Primary Diagnosis (ICD-10 Code): ________________________________________</w:t>
      </w:r>
    </w:p>
    <w:p>
      <w:r>
        <w:rPr>
          <w:b w:val="0"/>
          <w:sz w:val="20"/>
        </w:rPr>
        <w:t>Secondary Diagnosis (if applicable): _____________________________________</w:t>
      </w:r>
    </w:p>
    <w:p>
      <w:r>
        <w:rPr>
          <w:b w:val="0"/>
          <w:sz w:val="20"/>
        </w:rPr>
        <w:t>Date of Onset: __________________________________________________________</w:t>
      </w:r>
    </w:p>
    <w:p>
      <w:r>
        <w:rPr>
          <w:b w:val="0"/>
          <w:sz w:val="20"/>
        </w:rPr>
        <w:t>Relevant Clinical Findings / Symptoms: ____________________________________</w:t>
      </w:r>
    </w:p>
    <w:p>
      <w:r>
        <w:rPr>
          <w:b w:val="0"/>
          <w:sz w:val="20"/>
        </w:rPr>
        <w:t>Previous Treatments and Outcomes: _______________________________________</w:t>
      </w:r>
    </w:p>
    <w:p>
      <w:r>
        <w:rPr>
          <w:b w:val="0"/>
          <w:sz w:val="20"/>
        </w:rPr>
        <w:t>Functional Limitations Related to Diagnosis: _____________________________</w:t>
      </w:r>
    </w:p>
    <w:p/>
    <w:p>
      <w:r>
        <w:rPr>
          <w:b/>
          <w:sz w:val="20"/>
        </w:rPr>
        <w:t>Medical Necessity Justification</w:t>
      </w:r>
    </w:p>
    <w:p>
      <w:r>
        <w:rPr>
          <w:b w:val="0"/>
          <w:sz w:val="20"/>
        </w:rPr>
        <w:t>Please provide a detailed explanation of why the requested equipment/service is medically necessary for the patient. Include how it will improve the patient's condition or prevent deterioration: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Additional Documentation Included (Check all that apply):</w:t>
      </w:r>
    </w:p>
    <w:p>
      <w:r>
        <w:rPr>
          <w:b w:val="0"/>
          <w:sz w:val="20"/>
        </w:rPr>
        <w:t>[ ] Clinical notes / Progress notes</w:t>
      </w:r>
    </w:p>
    <w:p>
      <w:r>
        <w:rPr>
          <w:b w:val="0"/>
          <w:sz w:val="20"/>
        </w:rPr>
        <w:t>[ ] Test results / Imaging reports</w:t>
      </w:r>
    </w:p>
    <w:p>
      <w:r>
        <w:rPr>
          <w:b w:val="0"/>
          <w:sz w:val="20"/>
        </w:rPr>
        <w:t>[ ] Previous prescriptions or authorizations</w:t>
      </w:r>
    </w:p>
    <w:p>
      <w:r>
        <w:rPr>
          <w:b w:val="0"/>
          <w:sz w:val="20"/>
        </w:rPr>
        <w:t>[ ] Other (specify): _____________________________________________________</w:t>
      </w:r>
    </w:p>
    <w:p/>
    <w:p>
      <w:r>
        <w:rPr>
          <w:b/>
          <w:sz w:val="20"/>
        </w:rPr>
        <w:t>Certification by Healthcare Provider</w:t>
      </w:r>
    </w:p>
    <w:p>
      <w:r>
        <w:rPr>
          <w:b w:val="0"/>
          <w:sz w:val="20"/>
        </w:rPr>
        <w:t>I certify that the above information is accurate and complete to the best of my knowledge. The requested equipment/service is medically necessary for the treatment of the patient described herein and is consistent with standard medical practice.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Healthcare Provider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Date: _____________________________________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t>Title / Credentials: ________________________</w:t>
            </w:r>
          </w:p>
        </w:tc>
      </w:tr>
      <w:tr>
        <w:tc>
          <w:tcPr>
            <w:tcW w:type="dxa" w:w="4986"/>
            <w:tcBorders>
              <w:top w:val="nil"/>
              <w:left w:val="nil"/>
              <w:bottom w:val="nil"/>
              <w:right w:val="nil"/>
              <w:insideH w:val="nil"/>
              <w:insideV w:val="nil"/>
            </w:tcBorders>
          </w:tcPr>
          <w:p>
            <w:pPr>
              <w:jc w:val="center"/>
            </w:pPr>
            <w:r>
              <w:t>Phone Number: ______________________________</w:t>
            </w:r>
          </w:p>
        </w:tc>
        <w:tc>
          <w:tcPr>
            <w:tcW w:type="dxa" w:w="4986"/>
            <w:tcBorders>
              <w:top w:val="nil"/>
              <w:left w:val="nil"/>
              <w:bottom w:val="nil"/>
              <w:right w:val="nil"/>
              <w:insideH w:val="nil"/>
              <w:insideV w:val="nil"/>
            </w:tcBorders>
          </w:tcPr>
          <w:p>
            <w:pPr>
              <w:jc w:val="center"/>
            </w:pPr>
            <w:r>
              <w:t>Fax Number: ________________________________</w:t>
            </w:r>
          </w:p>
        </w:tc>
      </w:tr>
    </w:tbl>
    <w:p/>
    <w:p/>
    <w:p>
      <w:r>
        <w:rPr>
          <w:b/>
          <w:sz w:val="20"/>
        </w:rPr>
        <w:t>Patient Acknowledgement</w:t>
      </w:r>
    </w:p>
    <w:p>
      <w:r>
        <w:rPr>
          <w:b w:val="0"/>
          <w:sz w:val="20"/>
        </w:rPr>
        <w:t>I acknowledge that the information provided above is accurate and that I understand the purpose and necessity of the requested equipment/service.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Date: _____________________________________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p>
        </w:tc>
      </w:tr>
    </w:tbl>
    <w:p/>
    <w:p/>
    <w:p>
      <w:r>
        <w:rPr>
          <w:b/>
          <w:sz w:val="20"/>
        </w:rPr>
        <w:t>Privacy and Compliance Statement</w:t>
      </w:r>
    </w:p>
    <w:p>
      <w:r>
        <w:rPr>
          <w:b w:val="0"/>
          <w:sz w:val="20"/>
        </w:rPr>
        <w:t>All information contained in this form is confidential and protected under applicable federal and state laws, including the Health Insurance Portability and Accountability Act (HIPAA). This form is intended solely for use in processing insurance claims and facilitating the provision of medically necessary equipment or services.</w:t>
      </w:r>
    </w:p>
    <w:p/>
    <w:p/>
    <w:p>
      <w:r>
        <w:rPr>
          <w:b/>
          <w:sz w:val="20"/>
        </w:rPr>
        <w:t>Instructions</w:t>
      </w:r>
    </w:p>
    <w:p>
      <w:r>
        <w:rPr>
          <w:b w:val="0"/>
          <w:sz w:val="20"/>
        </w:rPr>
        <w:t>1. Complete all sections of this form legibly.</w:t>
      </w:r>
    </w:p>
    <w:p>
      <w:r>
        <w:rPr>
          <w:b w:val="0"/>
          <w:sz w:val="20"/>
        </w:rPr>
        <w:t>2. Attach all supporting clinical documentation.</w:t>
      </w:r>
    </w:p>
    <w:p>
      <w:r>
        <w:rPr>
          <w:b w:val="0"/>
          <w:sz w:val="20"/>
        </w:rPr>
        <w:t>3. Submit the completed form to the insurance provider or billing department as appropriate.</w:t>
      </w:r>
    </w:p>
    <w:p>
      <w:r>
        <w:rPr>
          <w:b w:val="0"/>
          <w:sz w:val="20"/>
        </w:rPr>
        <w:t>4. Retain a copy for your records.</w:t>
      </w:r>
    </w:p>
    <w:p/>
    <w:p/>
    <w:p>
      <w:r>
        <w:rPr>
          <w:b/>
          <w:sz w:val="20"/>
        </w:rPr>
        <w:t>Disclaimer</w:t>
      </w:r>
    </w:p>
    <w:p>
      <w:r>
        <w:rPr>
          <w:b w:val="0"/>
          <w:sz w:val="20"/>
        </w:rPr>
        <w:t>This form does not guarantee insurance coverage or payment. Coverage decisions are made by the insurance carrier based on medical necessity and policy criteria. Providers and patients are responsible for verifying coverage and obtaining prior authorizations when required.</w:t>
      </w:r>
    </w:p>
    <w:p/>
    <w:p/>
    <w:p>
      <w:r>
        <w:br w:type="page"/>
      </w:r>
    </w:p>
    <w:p>
      <w:pPr>
        <w:jc w:val="center"/>
      </w:pPr>
      <w:r>
        <w:rPr>
          <w:color w:val="555555"/>
          <w:sz w:val="24"/>
        </w:rPr>
        <w:t>Original source of this document:</w:t>
      </w:r>
    </w:p>
    <w:p>
      <w:pPr>
        <w:jc w:val="center"/>
      </w:pPr>
      <w:hyperlink r:id="rId9">
        <w:r>
          <w:rPr>
            <w:color w:val="0000FF"/>
            <w:u w:val="single"/>
          </w:rPr>
          <w:t>https://form247-us.com/medical-necessity-form/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medical-necessity-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