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JOB APPLICATION FORM</w:t>
      </w:r>
    </w:p>
    <w:p/>
    <w:p/>
    <w:p>
      <w:r>
        <w:rPr>
          <w:b/>
          <w:sz w:val="22"/>
        </w:rPr>
        <w:t>APPLICANT PERSONAL INFORMATION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</w:t>
      </w:r>
    </w:p>
    <w:p>
      <w:r>
        <w:rPr>
          <w:b w:val="0"/>
          <w:sz w:val="20"/>
        </w:rPr>
        <w:t>Current Address: ______________________________________________________</w:t>
      </w:r>
    </w:p>
    <w:p>
      <w:r>
        <w:rPr>
          <w:b w:val="0"/>
          <w:sz w:val="20"/>
        </w:rPr>
        <w:t>City: ____________________________    State: __________    Zip Code: __________</w:t>
      </w:r>
    </w:p>
    <w:p>
      <w:r>
        <w:rPr>
          <w:b w:val="0"/>
          <w:sz w:val="20"/>
        </w:rPr>
        <w:t>Country: ______________________________________________________________</w:t>
      </w:r>
    </w:p>
    <w:p/>
    <w:p>
      <w:r>
        <w:rPr>
          <w:b/>
          <w:sz w:val="22"/>
        </w:rPr>
        <w:t>POSITION INFORMATION</w:t>
      </w:r>
    </w:p>
    <w:p>
      <w:r>
        <w:rPr>
          <w:b w:val="0"/>
          <w:sz w:val="20"/>
        </w:rPr>
        <w:t>Job Title: _____________________________________________________________</w:t>
      </w:r>
    </w:p>
    <w:p>
      <w:r>
        <w:rPr>
          <w:b w:val="0"/>
          <w:sz w:val="20"/>
        </w:rPr>
        <w:t>Desired Salary: _______________________________________________________</w:t>
      </w:r>
    </w:p>
    <w:p>
      <w:r>
        <w:rPr>
          <w:b w:val="0"/>
          <w:sz w:val="20"/>
        </w:rPr>
        <w:t>Available Start Date: _________________________________________________</w:t>
      </w:r>
    </w:p>
    <w:p/>
    <w:p>
      <w:r>
        <w:rPr>
          <w:b/>
          <w:sz w:val="22"/>
        </w:rPr>
        <w:t>EMPLOYMENT ELIGIBILITY</w:t>
      </w:r>
    </w:p>
    <w:p>
      <w:r>
        <w:rPr>
          <w:b w:val="0"/>
          <w:sz w:val="20"/>
        </w:rPr>
        <w:t>Are you legally authorized to work in the United States? (Yes/No): ____________</w:t>
      </w:r>
    </w:p>
    <w:p>
      <w:r>
        <w:rPr>
          <w:b w:val="0"/>
          <w:sz w:val="20"/>
        </w:rPr>
        <w:t>Will you now or in the future require sponsorship for employment visa status? (Yes/No): ________</w:t>
      </w:r>
    </w:p>
    <w:p/>
    <w:p>
      <w:r>
        <w:rPr>
          <w:b/>
          <w:sz w:val="22"/>
        </w:rPr>
        <w:t>EDUCATION HISTORY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School Name</w:t>
            </w:r>
          </w:p>
        </w:tc>
        <w:tc>
          <w:tcPr>
            <w:tcW w:type="dxa" w:w="2493"/>
          </w:tcPr>
          <w:p>
            <w:r>
              <w:t>Degree/Certificate</w:t>
            </w:r>
          </w:p>
        </w:tc>
        <w:tc>
          <w:tcPr>
            <w:tcW w:type="dxa" w:w="2493"/>
          </w:tcPr>
          <w:p>
            <w:r>
              <w:t>Field of Study</w:t>
            </w:r>
          </w:p>
        </w:tc>
        <w:tc>
          <w:tcPr>
            <w:tcW w:type="dxa" w:w="2493"/>
          </w:tcPr>
          <w:p>
            <w:r>
              <w:t>Graduation Year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</w:t>
            </w:r>
          </w:p>
        </w:tc>
      </w:tr>
    </w:tbl>
    <w:p/>
    <w:p>
      <w:r>
        <w:rPr>
          <w:b/>
          <w:sz w:val="22"/>
        </w:rPr>
        <w:t>EMPLOYMENT HISTORY</w:t>
      </w:r>
    </w:p>
    <w:p>
      <w:pPr>
        <w:jc w:val="left"/>
      </w:pPr>
      <w:r>
        <w:rPr>
          <w:b w:val="0"/>
          <w:sz w:val="20"/>
        </w:rPr>
        <w:t>(Start with most recent job and list up to three previous employers)</w:t>
      </w:r>
    </w:p>
    <w:p/>
    <w:p>
      <w:r>
        <w:rPr>
          <w:b w:val="0"/>
          <w:sz w:val="20"/>
        </w:rPr>
        <w:t>Employer 1: ___________________________________________________________</w:t>
      </w:r>
    </w:p>
    <w:p>
      <w:r>
        <w:rPr>
          <w:b w:val="0"/>
          <w:sz w:val="20"/>
        </w:rPr>
        <w:t>Job Title: _______________________________________________________________</w:t>
      </w:r>
    </w:p>
    <w:p>
      <w:r>
        <w:rPr>
          <w:b w:val="0"/>
          <w:sz w:val="20"/>
        </w:rPr>
        <w:t>Employment Dates (From - To): ___________________________________________</w:t>
      </w:r>
    </w:p>
    <w:p>
      <w:r>
        <w:rPr>
          <w:b w:val="0"/>
          <w:sz w:val="20"/>
        </w:rPr>
        <w:t>Responsibilities and Duties: ____________________________________________</w:t>
      </w:r>
    </w:p>
    <w:p>
      <w:r>
        <w:rPr>
          <w:b w:val="0"/>
          <w:sz w:val="20"/>
        </w:rPr>
        <w:t>Reason for Leaving: _____________________________________________________</w:t>
      </w:r>
    </w:p>
    <w:p/>
    <w:p>
      <w:r>
        <w:rPr>
          <w:b w:val="0"/>
          <w:sz w:val="20"/>
        </w:rPr>
        <w:t>Employer 2: ___________________________________________________________</w:t>
      </w:r>
    </w:p>
    <w:p>
      <w:r>
        <w:rPr>
          <w:b w:val="0"/>
          <w:sz w:val="20"/>
        </w:rPr>
        <w:t>Job Title: _______________________________________________________________</w:t>
      </w:r>
    </w:p>
    <w:p>
      <w:r>
        <w:rPr>
          <w:b w:val="0"/>
          <w:sz w:val="20"/>
        </w:rPr>
        <w:t>Employment Dates (From - To): ___________________________________________</w:t>
      </w:r>
    </w:p>
    <w:p>
      <w:r>
        <w:rPr>
          <w:b w:val="0"/>
          <w:sz w:val="20"/>
        </w:rPr>
        <w:t>Responsibilities and Duties: ____________________________________________</w:t>
      </w:r>
    </w:p>
    <w:p>
      <w:r>
        <w:rPr>
          <w:b w:val="0"/>
          <w:sz w:val="20"/>
        </w:rPr>
        <w:t>Reason for Leaving: _____________________________________________________</w:t>
      </w:r>
    </w:p>
    <w:p/>
    <w:p>
      <w:r>
        <w:rPr>
          <w:b w:val="0"/>
          <w:sz w:val="20"/>
        </w:rPr>
        <w:t>Employer 3: ___________________________________________________________</w:t>
      </w:r>
    </w:p>
    <w:p>
      <w:r>
        <w:rPr>
          <w:b w:val="0"/>
          <w:sz w:val="20"/>
        </w:rPr>
        <w:t>Job Title: _______________________________________________________________</w:t>
      </w:r>
    </w:p>
    <w:p>
      <w:r>
        <w:rPr>
          <w:b w:val="0"/>
          <w:sz w:val="20"/>
        </w:rPr>
        <w:t>Employment Dates (From - To): ___________________________________________</w:t>
      </w:r>
    </w:p>
    <w:p>
      <w:r>
        <w:rPr>
          <w:b w:val="0"/>
          <w:sz w:val="20"/>
        </w:rPr>
        <w:t>Responsibilities and Duties: ____________________________________________</w:t>
      </w:r>
    </w:p>
    <w:p>
      <w:r>
        <w:rPr>
          <w:b w:val="0"/>
          <w:sz w:val="20"/>
        </w:rPr>
        <w:t>Reason for Leaving: _____________________________________________________</w:t>
      </w:r>
    </w:p>
    <w:p/>
    <w:p>
      <w:r>
        <w:rPr>
          <w:b/>
          <w:sz w:val="22"/>
        </w:rPr>
        <w:t>PROFESSIONAL REFERENCES</w:t>
      </w:r>
    </w:p>
    <w:p>
      <w:pPr>
        <w:jc w:val="left"/>
      </w:pPr>
      <w:r>
        <w:rPr>
          <w:b w:val="0"/>
          <w:sz w:val="20"/>
        </w:rPr>
        <w:t>(List at least two references)</w:t>
      </w:r>
    </w:p>
    <w:p/>
    <w:p>
      <w:r>
        <w:rPr>
          <w:b w:val="0"/>
          <w:sz w:val="20"/>
        </w:rPr>
        <w:t>Reference 1 Name: _____________________________________________________</w:t>
      </w:r>
    </w:p>
    <w:p>
      <w:r>
        <w:rPr>
          <w:b w:val="0"/>
          <w:sz w:val="20"/>
        </w:rPr>
        <w:t>Relationship: ___________________________________________________________</w:t>
      </w:r>
    </w:p>
    <w:p>
      <w:r>
        <w:rPr>
          <w:b w:val="0"/>
          <w:sz w:val="20"/>
        </w:rPr>
        <w:t>Company: 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</w:t>
      </w:r>
    </w:p>
    <w:p/>
    <w:p>
      <w:r>
        <w:rPr>
          <w:b w:val="0"/>
          <w:sz w:val="20"/>
        </w:rPr>
        <w:t>Reference 2 Name: _____________________________________________________</w:t>
      </w:r>
    </w:p>
    <w:p>
      <w:r>
        <w:rPr>
          <w:b w:val="0"/>
          <w:sz w:val="20"/>
        </w:rPr>
        <w:t>Relationship: ___________________________________________________________</w:t>
      </w:r>
    </w:p>
    <w:p>
      <w:r>
        <w:rPr>
          <w:b w:val="0"/>
          <w:sz w:val="20"/>
        </w:rPr>
        <w:t>Company: 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</w:t>
      </w:r>
    </w:p>
    <w:p/>
    <w:p>
      <w:r>
        <w:rPr>
          <w:b/>
          <w:sz w:val="22"/>
        </w:rPr>
        <w:t>ADDITIONAL INFORMATION</w:t>
      </w:r>
    </w:p>
    <w:p>
      <w:r>
        <w:rPr>
          <w:b w:val="0"/>
          <w:sz w:val="20"/>
        </w:rPr>
        <w:t>Have you ever been convicted of a felony? (Yes/No): ________________________</w:t>
      </w:r>
    </w:p>
    <w:p>
      <w:r>
        <w:rPr>
          <w:b w:val="0"/>
          <w:sz w:val="20"/>
        </w:rPr>
        <w:t>If yes, please explain: 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 w:val="0"/>
          <w:sz w:val="20"/>
        </w:rPr>
        <w:t>Do you have any physical or other conditions that may limit your ability to perform the job applied for? (Yes/No): ______</w:t>
      </w:r>
    </w:p>
    <w:p>
      <w:r>
        <w:rPr>
          <w:b w:val="0"/>
          <w:sz w:val="20"/>
        </w:rPr>
        <w:t>If yes, please explain: 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pPr>
        <w:jc w:val="center"/>
      </w:pPr>
      <w:r>
        <w:rPr>
          <w:b/>
          <w:sz w:val="20"/>
        </w:rPr>
        <w:t>EQUAL EMPLOYMENT OPPORTUNITY STATEMENT</w:t>
      </w:r>
    </w:p>
    <w:p>
      <w:r>
        <w:rPr>
          <w:b w:val="0"/>
          <w:sz w:val="20"/>
        </w:rPr>
        <w:t>Our company is an Equal Opportunity Employer. All qualified applicants will receive consideration for employment without regard to race, color, religion, sex, national origin, age, disability, or veteran status.</w:t>
      </w:r>
    </w:p>
    <w:p/>
    <w:p/>
    <w:p>
      <w:r>
        <w:rPr>
          <w:b/>
          <w:sz w:val="22"/>
        </w:rPr>
        <w:t>APPLICANT CERTIFICATION AND AUTHORIZATION</w:t>
      </w:r>
    </w:p>
    <w:p>
      <w:r>
        <w:rPr>
          <w:b w:val="0"/>
          <w:sz w:val="20"/>
        </w:rPr>
        <w:t>I certify that the information provided in this application is true and complete to the best of my knowledge. I understand that false information, omissions, or misrepresentations may disqualify me from further consideration for employment and may result in my dismissal if discovered at a later date.</w:t>
      </w:r>
    </w:p>
    <w:p/>
    <w:p>
      <w:r>
        <w:rPr>
          <w:b w:val="0"/>
          <w:sz w:val="20"/>
        </w:rPr>
        <w:t>I authorize the company to investigate all statements contained in this application and to obtain information from previous employers, educational institutions, and references. I release all parties from any liability for any damage that may result from furnishing such information.</w:t>
      </w:r>
    </w:p>
    <w:p/>
    <w:p>
      <w:r>
        <w:rPr>
          <w:b w:val="0"/>
          <w:sz w:val="20"/>
        </w:rPr>
        <w:t>I understand that this application does not constitute an offer of employment, and if hired, my employment is at-will and may be terminated by either party at any time with or without cause or notice.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Applicant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https://form247-us.com/job-application-form/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247-us.com/job-application-form/" TargetMode="External"/><Relationship Id="rId10" Type="http://schemas.openxmlformats.org/officeDocument/2006/relationships/hyperlink" Target="https://form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