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HEPATITIS B VACCINE DECLINATION FORM</w:t>
      </w:r>
    </w:p>
    <w:p/>
    <w:p/>
    <w:p>
      <w:r>
        <w:rPr>
          <w:b w:val="0"/>
          <w:sz w:val="20"/>
        </w:rPr>
        <w:t>I understand that due to my occupational exposure to blood or other potentially infectious materials, I may be at risk of acquiring Hepatitis B virus (HBV) infection.</w:t>
      </w:r>
    </w:p>
    <w:p>
      <w:r>
        <w:rPr>
          <w:b w:val="0"/>
          <w:sz w:val="20"/>
        </w:rPr>
        <w:t>I have been given the opportunity to be vaccinated with Hepatitis B vaccine, at no charge to me.</w:t>
      </w:r>
    </w:p>
    <w:p>
      <w:r>
        <w:rPr>
          <w:b w:val="0"/>
          <w:sz w:val="20"/>
        </w:rPr>
        <w:t>However, I decline the Hepatitis B vaccination at this time.</w:t>
      </w:r>
    </w:p>
    <w:p/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Department/Unit: __________________________________________________________</w:t>
      </w:r>
    </w:p>
    <w:p>
      <w:r>
        <w:rPr>
          <w:b w:val="0"/>
          <w:sz w:val="20"/>
        </w:rPr>
        <w:t>Job Title/Position: ________________________________________________________</w:t>
      </w:r>
    </w:p>
    <w:p>
      <w:r>
        <w:rPr>
          <w:b w:val="0"/>
          <w:sz w:val="20"/>
        </w:rPr>
        <w:t>Employee ID (if applicable): _______________________________________________</w:t>
      </w:r>
    </w:p>
    <w:p/>
    <w:p>
      <w:r>
        <w:rPr>
          <w:b/>
          <w:sz w:val="20"/>
        </w:rPr>
        <w:t>Reason for Declining Vaccination (optional):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I understand that by declining this vaccine, I continue to be at risk of acquiring Hepatitis B, a serious disease.</w:t>
      </w:r>
    </w:p>
    <w:p>
      <w:r>
        <w:rPr>
          <w:b w:val="0"/>
          <w:sz w:val="20"/>
        </w:rPr>
        <w:t>I also understand that if I choose to be vaccinated at a later date, the vaccine will be made available to me at no charge.</w:t>
      </w:r>
    </w:p>
    <w:p/>
    <w:p/>
    <w:p>
      <w:r>
        <w:rPr>
          <w:b/>
          <w:sz w:val="20"/>
        </w:rPr>
        <w:t>Employer Statement:</w:t>
      </w:r>
    </w:p>
    <w:p>
      <w:r>
        <w:rPr>
          <w:b w:val="0"/>
          <w:sz w:val="20"/>
        </w:rPr>
        <w:t>I have offered the Hepatitis B vaccination to the employee named above at no cost.</w:t>
      </w:r>
    </w:p>
    <w:p>
      <w:r>
        <w:rPr>
          <w:b w:val="0"/>
          <w:sz w:val="20"/>
        </w:rPr>
        <w:t>This declination form has been completed voluntarily and is kept on file in accordance with OSHA standards.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_______________________________________________</w:t>
            </w:r>
          </w:p>
        </w:tc>
      </w:tr>
    </w:tbl>
    <w:p/>
    <w:p/>
    <w:p>
      <w:r>
        <w:rPr>
          <w:b/>
          <w:sz w:val="22"/>
        </w:rPr>
        <w:t>Important Information:</w:t>
      </w:r>
    </w:p>
    <w:p>
      <w:r>
        <w:rPr>
          <w:b w:val="0"/>
          <w:sz w:val="20"/>
        </w:rPr>
        <w:t>Hepatitis B is a serious liver infection caused by the Hepatitis B virus. It can cause chronic liver disease and liver cancer. The vaccine is highly effective in preventing Hepatitis B infection.</w:t>
      </w:r>
    </w:p>
    <w:p>
      <w:r>
        <w:rPr>
          <w:b w:val="0"/>
          <w:sz w:val="20"/>
        </w:rPr>
        <w:t>Occupational exposure to blood or other potentially infectious materials increases the risk of acquiring Hepatitis B.</w:t>
      </w:r>
    </w:p>
    <w:p>
      <w:r>
        <w:rPr>
          <w:b w:val="0"/>
          <w:sz w:val="20"/>
        </w:rPr>
        <w:t>Declining the vaccine means you accept this risk. If you ever decide to receive the vaccine, contact your employer or occupational health department promptly.</w:t>
      </w:r>
    </w:p>
    <w:p/>
    <w:p>
      <w:pPr>
        <w:jc w:val="center"/>
      </w:pPr>
      <w:r>
        <w:rPr>
          <w:b w:val="0"/>
          <w:sz w:val="20"/>
        </w:rPr>
        <w:t>This declination form complies with the Occupational Safety and Health Administration (OSHA) Bloodborne Pathogens Standard 29 CFR 1910.1030.</w:t>
      </w:r>
    </w:p>
    <w:p/>
    <w:p/>
    <w:p>
      <w:r>
        <w:rPr>
          <w:b w:val="0"/>
          <w:sz w:val="20"/>
        </w:rPr>
        <w:t>For questions or concerns regarding Hepatitis B vaccination or exposure risks, please contact your employer’s health and safety officer or occupational health provider.</w:t>
      </w:r>
    </w:p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https://form247-us.com/hepatitis-b-declination-form/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hepatitis-b-declination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