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HEALTH INFORMATION AND CONSENT FORM</w:t>
      </w:r>
    </w:p>
    <w:p/>
    <w:p/>
    <w:p>
      <w:r>
        <w:rPr>
          <w:b/>
          <w:sz w:val="22"/>
        </w:rPr>
        <w:t>Personal Information</w:t>
      </w:r>
    </w:p>
    <w:p>
      <w:r>
        <w:rPr>
          <w:b w:val="0"/>
          <w:sz w:val="20"/>
        </w:rPr>
        <w:t>Full Name: ____________________________________________________________</w:t>
      </w:r>
    </w:p>
    <w:p>
      <w:r>
        <w:rPr>
          <w:b w:val="0"/>
          <w:sz w:val="20"/>
        </w:rPr>
        <w:t>Date of Birth (MM/DD/YYYY): ____________________________________________</w:t>
      </w:r>
    </w:p>
    <w:p>
      <w:r>
        <w:rPr>
          <w:b w:val="0"/>
          <w:sz w:val="20"/>
        </w:rPr>
        <w:t>Address: _____________________________________________________________</w:t>
      </w:r>
    </w:p>
    <w:p>
      <w:r>
        <w:rPr>
          <w:b w:val="0"/>
          <w:sz w:val="20"/>
        </w:rPr>
        <w:t>Phone Number: ________________________________________________________</w:t>
      </w:r>
    </w:p>
    <w:p>
      <w:r>
        <w:rPr>
          <w:b w:val="0"/>
          <w:sz w:val="20"/>
        </w:rPr>
        <w:t>Email Address: ________________________________________________________</w:t>
      </w:r>
    </w:p>
    <w:p/>
    <w:p>
      <w:r>
        <w:rPr>
          <w:b/>
          <w:sz w:val="22"/>
        </w:rPr>
        <w:t>Emergency Contact Information</w:t>
      </w:r>
    </w:p>
    <w:p>
      <w:r>
        <w:rPr>
          <w:b w:val="0"/>
          <w:sz w:val="20"/>
        </w:rPr>
        <w:t>Full Name: ____________________________________________________________</w:t>
      </w:r>
    </w:p>
    <w:p>
      <w:r>
        <w:rPr>
          <w:b w:val="0"/>
          <w:sz w:val="20"/>
        </w:rPr>
        <w:t>Relationship: _________________________________________________________</w:t>
      </w:r>
    </w:p>
    <w:p>
      <w:r>
        <w:rPr>
          <w:b w:val="0"/>
          <w:sz w:val="20"/>
        </w:rPr>
        <w:t>Phone Number: ________________________________________________________</w:t>
      </w:r>
    </w:p>
    <w:p/>
    <w:p>
      <w:r>
        <w:rPr>
          <w:b/>
          <w:sz w:val="22"/>
        </w:rPr>
        <w:t>Medical History</w:t>
      </w:r>
    </w:p>
    <w:p>
      <w:r>
        <w:rPr>
          <w:b w:val="0"/>
          <w:sz w:val="20"/>
        </w:rPr>
        <w:t>Please check the following conditions if applicable:</w:t>
      </w:r>
    </w:p>
    <w:p>
      <w:r>
        <w:rPr>
          <w:b w:val="0"/>
          <w:sz w:val="20"/>
        </w:rPr>
        <w:t>[ ] Diabetes</w:t>
      </w:r>
    </w:p>
    <w:p>
      <w:r>
        <w:rPr>
          <w:b w:val="0"/>
          <w:sz w:val="20"/>
        </w:rPr>
        <w:t>[ ] Heart Disease</w:t>
      </w:r>
    </w:p>
    <w:p>
      <w:r>
        <w:rPr>
          <w:b w:val="0"/>
          <w:sz w:val="20"/>
        </w:rPr>
        <w:t>[ ] High Blood Pressure</w:t>
      </w:r>
    </w:p>
    <w:p>
      <w:r>
        <w:rPr>
          <w:b w:val="0"/>
          <w:sz w:val="20"/>
        </w:rPr>
        <w:t>[ ] Asthma or other Respiratory Conditions</w:t>
      </w:r>
    </w:p>
    <w:p>
      <w:r>
        <w:rPr>
          <w:b w:val="0"/>
          <w:sz w:val="20"/>
        </w:rPr>
        <w:t>[ ] Allergies (Food, Medication, Environmental)</w:t>
      </w:r>
    </w:p>
    <w:p>
      <w:r>
        <w:rPr>
          <w:b w:val="0"/>
          <w:sz w:val="20"/>
        </w:rPr>
        <w:t>[ ] Seizures or Epilepsy</w:t>
      </w:r>
    </w:p>
    <w:p>
      <w:r>
        <w:rPr>
          <w:b w:val="0"/>
          <w:sz w:val="20"/>
        </w:rPr>
        <w:t>[ ] Chronic Pain</w:t>
      </w:r>
    </w:p>
    <w:p>
      <w:r>
        <w:rPr>
          <w:b w:val="0"/>
          <w:sz w:val="20"/>
        </w:rPr>
        <w:t>[ ] Mental Health Conditions (e.g., Anxiety, Depression)</w:t>
      </w:r>
    </w:p>
    <w:p>
      <w:r>
        <w:rPr>
          <w:b w:val="0"/>
          <w:sz w:val="20"/>
        </w:rPr>
        <w:t>[ ] Other significant medical conditions: ________________________________</w:t>
      </w:r>
    </w:p>
    <w:p/>
    <w:p>
      <w:r>
        <w:rPr>
          <w:b/>
          <w:sz w:val="22"/>
        </w:rPr>
        <w:t>Current Medications</w:t>
      </w:r>
    </w:p>
    <w:p>
      <w:r>
        <w:rPr>
          <w:b w:val="0"/>
          <w:sz w:val="20"/>
        </w:rPr>
        <w:t>List all medications you are currently taking, including dosage and frequency:</w:t>
      </w:r>
    </w:p>
    <w:p>
      <w:r>
        <w:rPr>
          <w:b w:val="0"/>
          <w:sz w:val="20"/>
        </w:rPr>
        <w:t>_________________________________________________________________________</w:t>
      </w:r>
    </w:p>
    <w:p>
      <w:r>
        <w:rPr>
          <w:b w:val="0"/>
          <w:sz w:val="20"/>
        </w:rPr>
        <w:t>_________________________________________________________________________</w:t>
      </w:r>
    </w:p>
    <w:p>
      <w:r>
        <w:rPr>
          <w:b w:val="0"/>
          <w:sz w:val="20"/>
        </w:rPr>
        <w:t>_________________________________________________________________________</w:t>
      </w:r>
    </w:p>
    <w:p/>
    <w:p>
      <w:r>
        <w:rPr>
          <w:b/>
          <w:sz w:val="22"/>
        </w:rPr>
        <w:t>Allergies</w:t>
      </w:r>
    </w:p>
    <w:p>
      <w:r>
        <w:rPr>
          <w:b w:val="0"/>
          <w:sz w:val="20"/>
        </w:rPr>
        <w:t>Please list any known allergies and describe the reaction:</w:t>
      </w:r>
    </w:p>
    <w:p>
      <w:r>
        <w:rPr>
          <w:b w:val="0"/>
          <w:sz w:val="20"/>
        </w:rPr>
        <w:t>_________________________________________________________________________</w:t>
      </w:r>
    </w:p>
    <w:p>
      <w:r>
        <w:rPr>
          <w:b w:val="0"/>
          <w:sz w:val="20"/>
        </w:rPr>
        <w:t>_________________________________________________________________________</w:t>
      </w:r>
    </w:p>
    <w:p/>
    <w:p>
      <w:r>
        <w:rPr>
          <w:b/>
          <w:sz w:val="22"/>
        </w:rPr>
        <w:t>Immunization History</w:t>
      </w:r>
    </w:p>
    <w:p>
      <w:r>
        <w:rPr>
          <w:b w:val="0"/>
          <w:sz w:val="20"/>
        </w:rPr>
        <w:t>Please check if you have received the following immunizations:</w:t>
      </w:r>
    </w:p>
    <w:p>
      <w:r>
        <w:rPr>
          <w:b w:val="0"/>
          <w:sz w:val="20"/>
        </w:rPr>
        <w:t>[ ] Tetanus (within last 10 years)</w:t>
      </w:r>
    </w:p>
    <w:p>
      <w:r>
        <w:rPr>
          <w:b w:val="0"/>
          <w:sz w:val="20"/>
        </w:rPr>
        <w:t>[ ] Influenza (Flu vaccine this season)</w:t>
      </w:r>
    </w:p>
    <w:p>
      <w:r>
        <w:rPr>
          <w:b w:val="0"/>
          <w:sz w:val="20"/>
        </w:rPr>
        <w:t>[ ] COVID-19 Vaccine</w:t>
      </w:r>
    </w:p>
    <w:p>
      <w:r>
        <w:rPr>
          <w:b w:val="0"/>
          <w:sz w:val="20"/>
        </w:rPr>
        <w:t>[ ] Hepatitis B</w:t>
      </w:r>
    </w:p>
    <w:p>
      <w:r>
        <w:rPr>
          <w:b w:val="0"/>
          <w:sz w:val="20"/>
        </w:rPr>
        <w:t>[ ] Other: ____________________________________________________________</w:t>
      </w:r>
    </w:p>
    <w:p/>
    <w:p>
      <w:r>
        <w:rPr>
          <w:b/>
          <w:sz w:val="22"/>
        </w:rPr>
        <w:t>Consent for Treatment</w:t>
      </w:r>
    </w:p>
    <w:p>
      <w:r>
        <w:rPr>
          <w:b w:val="0"/>
          <w:sz w:val="20"/>
        </w:rPr>
        <w:t>I hereby give my consent to the healthcare providers and staff to perform necessary medical evaluations, treatments, and emergency procedures as deemed necessary. I understand that the information provided in this form is accurate and complete to the best of my knowledge, and I will notify staff of any changes in my health status.</w:t>
      </w:r>
    </w:p>
    <w:p/>
    <w:p/>
    <w:p>
      <w:r>
        <w:rPr>
          <w:b/>
          <w:sz w:val="22"/>
        </w:rPr>
        <w:t>Privacy and Confidentiality</w:t>
      </w:r>
    </w:p>
    <w:p>
      <w:r>
        <w:rPr>
          <w:b w:val="0"/>
          <w:sz w:val="20"/>
        </w:rPr>
        <w:t>I understand that all personal and medical information disclosed in this form is confidential and will be protected according to applicable United States laws, including HIPAA regulations. I consent to the use and disclosure of my health information for the purposes of treatment, payment, and healthcare operations.</w:t>
      </w:r>
    </w:p>
    <w:p/>
    <w:p/>
    <w:p>
      <w:r>
        <w:rPr>
          <w:b/>
          <w:sz w:val="22"/>
        </w:rPr>
        <w:t>Release of Liability</w:t>
      </w:r>
    </w:p>
    <w:p>
      <w:r>
        <w:rPr>
          <w:b w:val="0"/>
          <w:sz w:val="20"/>
        </w:rPr>
        <w:t>I acknowledge that participation in any health-related activities or treatments involves inherent risks. I agree to release and hold harmless the healthcare providers, their agents, and employees from any liability, claims, or damages arising from the provision of services, except in cases of gross negligence or willful misconduct.</w:t>
      </w:r>
    </w:p>
    <w:p/>
    <w:p/>
    <w:p>
      <w:r>
        <w:rPr>
          <w:b/>
          <w:sz w:val="22"/>
        </w:rPr>
        <w:t>Authorization and Signature</w:t>
      </w:r>
    </w:p>
    <w:p>
      <w:r>
        <w:rPr>
          <w:b w:val="0"/>
          <w:sz w:val="20"/>
        </w:rPr>
        <w:t>I certify that I have read and understood the information provided in this Health Information and Consent Form. I have had the opportunity to ask questions and all my questions have been answered to my satisfaction.</w:t>
      </w:r>
    </w:p>
    <w:p>
      <w:r>
        <w:rPr>
          <w:b w:val="0"/>
          <w:sz w:val="20"/>
        </w:rPr>
        <w:t>Signature: ____________________________________________</w:t>
      </w:r>
    </w:p>
    <w:p>
      <w:r>
        <w:rPr>
          <w:b w:val="0"/>
          <w:sz w:val="20"/>
        </w:rPr>
        <w:t>Printed Name: _________________________________________</w:t>
      </w:r>
    </w:p>
    <w:p>
      <w:r>
        <w:rPr>
          <w:b w:val="0"/>
          <w:sz w:val="20"/>
        </w:rPr>
        <w:t>Date: ________________________________________________</w:t>
      </w:r>
    </w:p>
    <w:p/>
    <w:p/>
    <w:p>
      <w:r>
        <w:rPr>
          <w:b/>
          <w:sz w:val="22"/>
        </w:rPr>
        <w:t>Witness (if applicable)</w:t>
      </w:r>
    </w:p>
    <w:p>
      <w:r>
        <w:rPr>
          <w:b w:val="0"/>
          <w:sz w:val="20"/>
        </w:rPr>
        <w:t>Signature: ____________________________________________</w:t>
      </w:r>
    </w:p>
    <w:p>
      <w:r>
        <w:rPr>
          <w:b w:val="0"/>
          <w:sz w:val="20"/>
        </w:rPr>
        <w:t>Printed Name: _________________________________________</w:t>
      </w:r>
    </w:p>
    <w:p>
      <w:r>
        <w:rPr>
          <w:b w:val="0"/>
          <w:sz w:val="20"/>
        </w:rPr>
        <w:t>Date: 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Patient</w:t>
            </w:r>
          </w:p>
        </w:tc>
        <w:tc>
          <w:tcPr>
            <w:tcW w:type="dxa" w:w="4986"/>
            <w:tcBorders>
              <w:top w:val="nil"/>
              <w:left w:val="nil"/>
              <w:bottom w:val="nil"/>
              <w:right w:val="nil"/>
              <w:insideH w:val="nil"/>
              <w:insideV w:val="nil"/>
            </w:tcBorders>
          </w:tcPr>
          <w:p>
            <w:pPr>
              <w:jc w:val="center"/>
            </w:pPr>
            <w:r>
              <w:t>Witness</w:t>
            </w:r>
          </w:p>
        </w:tc>
      </w:tr>
      <w:tr>
        <w:tc>
          <w:tcPr>
            <w:tcW w:type="dxa" w:w="4986"/>
            <w:tcBorders>
              <w:top w:val="nil"/>
              <w:left w:val="nil"/>
              <w:bottom w:val="nil"/>
              <w:right w:val="nil"/>
              <w:insideH w:val="nil"/>
              <w:insideV w:val="nil"/>
            </w:tcBorders>
          </w:tcPr>
          <w:p>
            <w:pPr>
              <w:jc w:val="center"/>
            </w:pPr>
            <w:r>
              <w:br/>
              <w:br/>
              <w:t>Signature: ___________________________________</w:t>
            </w:r>
          </w:p>
        </w:tc>
        <w:tc>
          <w:tcPr>
            <w:tcW w:type="dxa" w:w="4986"/>
            <w:tcBorders>
              <w:top w:val="nil"/>
              <w:left w:val="nil"/>
              <w:bottom w:val="nil"/>
              <w:right w:val="nil"/>
              <w:insideH w:val="nil"/>
              <w:insideV w:val="nil"/>
            </w:tcBorders>
          </w:tcPr>
          <w:p>
            <w:pPr>
              <w:jc w:val="center"/>
            </w:pPr>
            <w:r>
              <w:br/>
              <w:br/>
              <w:t>Signature: 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https://form247-us.com/health-form/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https://form247-us.com</w:t>
        </w:r>
      </w:hyperlink>
    </w:p>
    <w:p>
      <w:pPr>
        <w:jc w:val="center"/>
      </w:pPr>
      <w:r>
        <w:rPr>
          <w:color w:val="808080"/>
          <w:sz w:val="20"/>
        </w:rPr>
        <w:t>This template is intended exclusively for personal, non-commercial use.</w:t>
        <w:br/>
        <w:t>If distributed or published, the source must be mentioned. © form247-us.com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form247-us.com/health-form/" TargetMode="External"/><Relationship Id="rId10" Type="http://schemas.openxmlformats.org/officeDocument/2006/relationships/hyperlink" Target="https://form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