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Your Company Name</w:t>
      </w:r>
    </w:p>
    <w:p>
      <w:r>
        <w:rPr>
          <w:b w:val="0"/>
          <w:sz w:val="20"/>
        </w:rPr>
        <w:t>Street Address</w:t>
      </w:r>
    </w:p>
    <w:p>
      <w:r>
        <w:rPr>
          <w:b w:val="0"/>
          <w:sz w:val="20"/>
        </w:rPr>
        <w:t>City, State ZIP Code</w:t>
      </w:r>
    </w:p>
    <w:p>
      <w:r>
        <w:rPr>
          <w:b w:val="0"/>
          <w:sz w:val="20"/>
        </w:rPr>
        <w:t>Phone: (XXX) XXX-XXXX</w:t>
      </w:r>
    </w:p>
    <w:p>
      <w:r>
        <w:rPr>
          <w:b w:val="0"/>
          <w:sz w:val="20"/>
        </w:rPr>
        <w:t>Email: contact@yourcompany.com</w:t>
      </w:r>
    </w:p>
    <w:p/>
    <w:p/>
    <w:p>
      <w:r>
        <w:rPr>
          <w:b w:val="0"/>
          <w:sz w:val="20"/>
        </w:rPr>
        <w:t>Date: ____________________________</w:t>
      </w:r>
    </w:p>
    <w:p/>
    <w:p/>
    <w:p>
      <w:r>
        <w:rPr>
          <w:b/>
          <w:sz w:val="20"/>
        </w:rPr>
        <w:t>Recipient Name</w:t>
      </w:r>
    </w:p>
    <w:p>
      <w:r>
        <w:rPr>
          <w:b w:val="0"/>
          <w:sz w:val="20"/>
        </w:rPr>
        <w:t>Recipient Title</w:t>
      </w:r>
    </w:p>
    <w:p>
      <w:r>
        <w:rPr>
          <w:b w:val="0"/>
          <w:sz w:val="20"/>
        </w:rPr>
        <w:t>Company Name</w:t>
      </w:r>
    </w:p>
    <w:p>
      <w:r>
        <w:rPr>
          <w:b w:val="0"/>
          <w:sz w:val="20"/>
        </w:rPr>
        <w:t>Street Address</w:t>
      </w:r>
    </w:p>
    <w:p>
      <w:r>
        <w:rPr>
          <w:b w:val="0"/>
          <w:sz w:val="20"/>
        </w:rPr>
        <w:t>City, State ZIP Code</w:t>
      </w:r>
    </w:p>
    <w:p/>
    <w:p/>
    <w:p>
      <w:r>
        <w:rPr>
          <w:b w:val="0"/>
          <w:sz w:val="20"/>
        </w:rPr>
        <w:t>Dear ____________________________,</w:t>
      </w:r>
    </w:p>
    <w:p/>
    <w:p>
      <w:r>
        <w:rPr>
          <w:b/>
          <w:sz w:val="20"/>
        </w:rPr>
        <w:t>Subject: ____________________________</w:t>
      </w:r>
    </w:p>
    <w:p/>
    <w:p>
      <w:r>
        <w:rPr>
          <w:b w:val="0"/>
          <w:sz w:val="20"/>
        </w:rPr>
        <w:t>I am writing to you on behalf of Your Company Name to address the following matter. This letter serves as a formal communication pursuant to our ongoing business relationship and any applicable agreements between our parties.</w:t>
      </w:r>
    </w:p>
    <w:p/>
    <w:p>
      <w:r>
        <w:rPr>
          <w:b w:val="0"/>
          <w:sz w:val="20"/>
        </w:rPr>
        <w:t>Please be advised that all representations and warranties contained herein are made in good faith and to the best of our knowledge. This letter and any related documents shall be governed by and construed in accordance with the laws of the United States, without regard to its conflicts of law principles.</w:t>
      </w:r>
    </w:p>
    <w:p/>
    <w:p>
      <w:r>
        <w:rPr>
          <w:b w:val="0"/>
          <w:sz w:val="20"/>
        </w:rPr>
        <w:t>We kindly request your prompt attention to this matter. Should you have any questions or require further information, please do not hesitate to contact us at your earliest convenience.</w:t>
      </w:r>
    </w:p>
    <w:p/>
    <w:p>
      <w:r>
        <w:rPr>
          <w:b w:val="0"/>
          <w:sz w:val="20"/>
        </w:rPr>
        <w:t>Thank you for your cooperation and continued partnership.</w:t>
      </w:r>
    </w:p>
    <w:p/>
    <w:p/>
    <w:p>
      <w:r>
        <w:rPr>
          <w:b w:val="0"/>
          <w:sz w:val="20"/>
        </w:rPr>
        <w:t>Sincerely,</w:t>
      </w:r>
    </w:p>
    <w:p/>
    <w:p/>
    <w:p/>
    <w:p/>
    <w:p>
      <w:r>
        <w:rPr>
          <w:b/>
          <w:sz w:val="20"/>
        </w:rPr>
        <w:t>Your Name</w:t>
      </w:r>
    </w:p>
    <w:p>
      <w:r>
        <w:rPr>
          <w:b w:val="0"/>
          <w:sz w:val="20"/>
        </w:rPr>
        <w:t>Your Title</w:t>
      </w:r>
    </w:p>
    <w:p>
      <w:r>
        <w:rPr>
          <w:b w:val="0"/>
          <w:sz w:val="20"/>
        </w:rPr>
        <w:t>Your Company Name</w:t>
      </w:r>
    </w:p>
    <w:p/>
    <w:p/>
    <w:p/>
    <w:p>
      <w:r>
        <w:rPr>
          <w:b w:val="0"/>
          <w:sz w:val="20"/>
        </w:rPr>
        <w:t>Enclosure: ___________________________</w:t>
      </w:r>
    </w:p>
    <w:p/>
    <w:p/>
    <w:p>
      <w:r>
        <w:rPr>
          <w:b w:val="0"/>
          <w:sz w:val="20"/>
        </w:rPr>
        <w:t>cc: 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Printed Name:</w:t>
            </w:r>
          </w:p>
        </w:tc>
        <w:tc>
          <w:tcPr>
            <w:tcW w:type="dxa" w:w="4986"/>
            <w:tcBorders>
              <w:top w:val="nil"/>
              <w:left w:val="nil"/>
              <w:bottom w:val="nil"/>
              <w:right w:val="nil"/>
              <w:insideH w:val="nil"/>
              <w:insideV w:val="nil"/>
            </w:tcBorders>
          </w:tcPr>
          <w:p>
            <w:pPr>
              <w:jc w:val="left"/>
            </w:pPr>
            <w:r>
              <w:t>Title:</w:t>
            </w:r>
          </w:p>
        </w:tc>
      </w:tr>
      <w:tr>
        <w:tc>
          <w:tcPr>
            <w:tcW w:type="dxa" w:w="4986"/>
            <w:tcBorders>
              <w:top w:val="nil"/>
              <w:left w:val="nil"/>
              <w:bottom w:val="nil"/>
              <w:right w:val="nil"/>
              <w:insideH w:val="nil"/>
              <w:insideV w:val="nil"/>
            </w:tcBorders>
          </w:tcPr>
          <w:p>
            <w:pPr>
              <w:jc w:val="left"/>
            </w:pPr>
            <w:r>
              <w:t>Signature: _________________________</w:t>
            </w:r>
          </w:p>
        </w:tc>
        <w:tc>
          <w:tcPr>
            <w:tcW w:type="dxa" w:w="4986"/>
            <w:tcBorders>
              <w:top w:val="nil"/>
              <w:left w:val="nil"/>
              <w:bottom w:val="nil"/>
              <w:right w:val="nil"/>
              <w:insideH w:val="nil"/>
              <w:insideV w:val="nil"/>
            </w:tcBorders>
          </w:tcPr>
          <w:p>
            <w:pPr>
              <w:jc w:val="left"/>
            </w:pPr>
            <w:r>
              <w:t>Date: 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https://form247-us.com/format-for-a-business-letter/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format-for-a-business-letter/"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