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 SUBMISSION EMAIL AGREEMENT</w:t>
      </w:r>
    </w:p>
    <w:p/>
    <w:p/>
    <w:p>
      <w:r>
        <w:rPr>
          <w:b w:val="0"/>
          <w:sz w:val="20"/>
        </w:rPr>
        <w:t>This Form Submission Email Agreement (the “Agreement”) is entered into by and between the Submitter and the Recipient as follows:</w:t>
      </w:r>
    </w:p>
    <w:p/>
    <w:p>
      <w:r>
        <w:rPr>
          <w:b/>
          <w:sz w:val="20"/>
        </w:rPr>
        <w:t>1. Submitter Information</w:t>
      </w:r>
    </w:p>
    <w:p>
      <w:r>
        <w:rPr>
          <w:b w:val="0"/>
          <w:sz w:val="20"/>
        </w:rPr>
        <w:t>Full Name: ________________________________________________________________</w:t>
      </w:r>
    </w:p>
    <w:p>
      <w:r>
        <w:rPr>
          <w:b w:val="0"/>
          <w:sz w:val="20"/>
        </w:rPr>
        <w:t>Company (if applicable): ___________________________________________________</w:t>
      </w:r>
    </w:p>
    <w:p>
      <w:r>
        <w:rPr>
          <w:b w:val="0"/>
          <w:sz w:val="20"/>
        </w:rPr>
        <w:t>Email Address: ____________________________________________________________</w:t>
      </w:r>
    </w:p>
    <w:p>
      <w:r>
        <w:rPr>
          <w:b w:val="0"/>
          <w:sz w:val="20"/>
        </w:rPr>
        <w:t>Phone Number: ____________________________________________________________</w:t>
      </w:r>
    </w:p>
    <w:p/>
    <w:p>
      <w:r>
        <w:rPr>
          <w:b/>
          <w:sz w:val="20"/>
        </w:rPr>
        <w:t>2. Recipient Information</w:t>
      </w:r>
    </w:p>
    <w:p>
      <w:r>
        <w:rPr>
          <w:b w:val="0"/>
          <w:sz w:val="20"/>
        </w:rPr>
        <w:t>Company Name: ____________________________________________________________</w:t>
      </w:r>
    </w:p>
    <w:p>
      <w:r>
        <w:rPr>
          <w:b w:val="0"/>
          <w:sz w:val="20"/>
        </w:rPr>
        <w:t>Department: ______________________________________________________________</w:t>
      </w:r>
    </w:p>
    <w:p>
      <w:r>
        <w:rPr>
          <w:b w:val="0"/>
          <w:sz w:val="20"/>
        </w:rPr>
        <w:t>Email Address: ____________________________________________________________</w:t>
      </w:r>
    </w:p>
    <w:p>
      <w:r>
        <w:rPr>
          <w:b w:val="0"/>
          <w:sz w:val="20"/>
        </w:rPr>
        <w:t>Phone Number: ____________________________________________________________</w:t>
      </w:r>
    </w:p>
    <w:p/>
    <w:p>
      <w:r>
        <w:rPr>
          <w:b/>
          <w:sz w:val="20"/>
        </w:rPr>
        <w:t>3. Purpose of Agreement</w:t>
      </w:r>
    </w:p>
    <w:p>
      <w:r>
        <w:rPr>
          <w:b w:val="0"/>
          <w:sz w:val="20"/>
        </w:rPr>
        <w:t>The Submitter agrees to send the information, documents, or data (collectively “Submission Materials”) specified herein via email to the Recipient. The Recipient agrees to receive and process the Submission Materials in accordance with the terms and conditions set forth in this Agreement.</w:t>
      </w:r>
    </w:p>
    <w:p/>
    <w:p>
      <w:r>
        <w:rPr>
          <w:b/>
          <w:sz w:val="20"/>
        </w:rPr>
        <w:t>4. Submission Details</w:t>
      </w:r>
    </w:p>
    <w:p>
      <w:r>
        <w:rPr>
          <w:b w:val="0"/>
          <w:sz w:val="20"/>
        </w:rPr>
        <w:t>Description of Submission Materials: _____________________________________________</w:t>
      </w:r>
    </w:p>
    <w:p>
      <w:r>
        <w:rPr>
          <w:b w:val="0"/>
          <w:sz w:val="20"/>
        </w:rPr>
        <w:t>Intended Use by Recipient: ____________________________________________________</w:t>
      </w:r>
    </w:p>
    <w:p>
      <w:r>
        <w:rPr>
          <w:b w:val="0"/>
          <w:sz w:val="20"/>
        </w:rPr>
        <w:t>Expected Response or Action from Recipient: _____________________________________</w:t>
      </w:r>
    </w:p>
    <w:p/>
    <w:p>
      <w:r>
        <w:rPr>
          <w:b/>
          <w:sz w:val="20"/>
        </w:rPr>
        <w:t>5. Confidentiality and Data Protection</w:t>
      </w:r>
    </w:p>
    <w:p>
      <w:r>
        <w:rPr>
          <w:b w:val="0"/>
          <w:sz w:val="20"/>
        </w:rPr>
        <w:t>The Recipient shall keep all Submission Materials confidential and use them solely for the purposes described herein. The Recipient agrees to implement reasonable security measures to protect Submission Materials from unauthorized access, disclosure, alteration, or destruction. The Submitter represents that all Submission Materials comply with applicable laws and regulations, including without limitation data protection and privacy laws.</w:t>
      </w:r>
    </w:p>
    <w:p/>
    <w:p>
      <w:r>
        <w:rPr>
          <w:b/>
          <w:sz w:val="20"/>
        </w:rPr>
        <w:t>6. Compliance with Laws</w:t>
      </w:r>
    </w:p>
    <w:p>
      <w:r>
        <w:rPr>
          <w:b w:val="0"/>
          <w:sz w:val="20"/>
        </w:rPr>
        <w:t>Both parties warrant and represent that they will comply with all applicable federal, state, and local laws, regulations, and ordinances in connection with this Agreement and the Submission Materials.</w:t>
      </w:r>
    </w:p>
    <w:p/>
    <w:p>
      <w:r>
        <w:rPr>
          <w:b/>
          <w:sz w:val="20"/>
        </w:rPr>
        <w:t>7. Intellectual Property Rights</w:t>
      </w:r>
    </w:p>
    <w:p>
      <w:r>
        <w:rPr>
          <w:b w:val="0"/>
          <w:sz w:val="20"/>
        </w:rPr>
        <w:t>The Submitter retains all intellectual property rights in the Submission Materials unless otherwise expressly agreed in writing. The Recipient is granted a limited, non-exclusive, non-transferable license to use the Submission Materials solely for the purpose described in this Agreement.</w:t>
      </w:r>
    </w:p>
    <w:p/>
    <w:p>
      <w:r>
        <w:rPr>
          <w:b/>
          <w:sz w:val="20"/>
        </w:rPr>
        <w:t>8. Limitation of Liability</w:t>
      </w:r>
    </w:p>
    <w:p>
      <w:r>
        <w:rPr>
          <w:b w:val="0"/>
          <w:sz w:val="20"/>
        </w:rPr>
        <w:t>Neither party shall be liable to the other for any indirect, incidental, consequential, special, or punitive damages arising out of or related to this Agreement, even if advised of the possibility of such damages. The total liability of either party for any claim arising out of this Agreement shall not exceed the amount paid or payable under this Agreement, if any.</w:t>
      </w:r>
    </w:p>
    <w:p/>
    <w:p>
      <w:r>
        <w:rPr>
          <w:b/>
          <w:sz w:val="20"/>
        </w:rPr>
        <w:t>9. Indemnification</w:t>
      </w:r>
    </w:p>
    <w:p>
      <w:r>
        <w:rPr>
          <w:b w:val="0"/>
          <w:sz w:val="20"/>
        </w:rPr>
        <w:t>Each party agrees to indemnify, defend, and hold harmless the other party and its officers, directors, employees, agents, and affiliates from and against any and all claims, damages, liabilities, costs, and expenses arising from a breach of this Agreement or applicable laws.</w:t>
      </w:r>
    </w:p>
    <w:p/>
    <w:p>
      <w:r>
        <w:rPr>
          <w:b/>
          <w:sz w:val="20"/>
        </w:rPr>
        <w:t>10. Term and Termination</w:t>
      </w:r>
    </w:p>
    <w:p>
      <w:r>
        <w:rPr>
          <w:b w:val="0"/>
          <w:sz w:val="20"/>
        </w:rPr>
        <w:t>This Agreement shall commence upon submission of the Submission Materials and shall remain in effect until all obligations have been fulfilled or terminated by either party with written notice. Termination shall not affect rights or obligations accrued prior to termination.</w:t>
      </w:r>
    </w:p>
    <w:p/>
    <w:p>
      <w:r>
        <w:rPr>
          <w:b/>
          <w:sz w:val="20"/>
        </w:rPr>
        <w:t>11. Governing Law and Jurisdiction</w:t>
      </w:r>
    </w:p>
    <w:p>
      <w:r>
        <w:rPr>
          <w:b w:val="0"/>
          <w:sz w:val="20"/>
        </w:rPr>
        <w:t>This Agreement shall be governed by and construed in accordance with the laws of the United States and the State in which the Recipient’s principal place of business is located, without regard to its conflict of law principles. The parties agree to submit to the exclusive jurisdiction of the courts located therein.</w:t>
      </w:r>
    </w:p>
    <w:p/>
    <w:p>
      <w:r>
        <w:rPr>
          <w:b/>
          <w:sz w:val="20"/>
        </w:rPr>
        <w:t>12. Entire Agreement</w:t>
      </w:r>
    </w:p>
    <w:p>
      <w:r>
        <w:rPr>
          <w:b w:val="0"/>
          <w:sz w:val="20"/>
        </w:rPr>
        <w:t>This Agreement constitutes the entire understanding between the parties with respect to its subject matter and supersedes all prior or contemporaneous oral or written agreements, representations, or understandings.</w:t>
      </w:r>
    </w:p>
    <w:p/>
    <w:p>
      <w:r>
        <w:rPr>
          <w:b/>
          <w:sz w:val="20"/>
        </w:rPr>
        <w:t>13. Amendments</w:t>
      </w:r>
    </w:p>
    <w:p>
      <w:r>
        <w:rPr>
          <w:b w:val="0"/>
          <w:sz w:val="20"/>
        </w:rPr>
        <w:t>No amendment, modification, or waiver of any provision of this Agreement shall be effective unless in writing and signed by authorized representatives of both parties.</w:t>
      </w:r>
    </w:p>
    <w:p/>
    <w:p/>
    <w:p>
      <w:r>
        <w:rPr>
          <w:b w:val="0"/>
          <w:sz w:val="20"/>
        </w:rPr>
        <w:t>By signing below, the parties acknowledge that they have read, understood, and agree to be bound by the terms and conditions of this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SUBMITTER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https://form247-us.com/form-submission-email/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form-submission-email/"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