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CUSTOMER FEEDBACK FORM</w:t>
      </w:r>
    </w:p>
    <w:p/>
    <w:p/>
    <w:p>
      <w:r>
        <w:rPr>
          <w:b w:val="0"/>
          <w:sz w:val="20"/>
        </w:rPr>
        <w:t>Thank you for choosing our services. Your feedback is valuable to us and will help us improve.</w:t>
      </w:r>
    </w:p>
    <w:p/>
    <w:p>
      <w:r>
        <w:rPr>
          <w:b/>
          <w:sz w:val="20"/>
        </w:rPr>
        <w:t>Section 1 – Customer Information</w:t>
      </w:r>
    </w:p>
    <w:p>
      <w:r>
        <w:rPr>
          <w:b w:val="0"/>
          <w:sz w:val="20"/>
        </w:rPr>
        <w:t>Full Name: ____________________________________________________________</w:t>
      </w:r>
    </w:p>
    <w:p>
      <w:r>
        <w:rPr>
          <w:b w:val="0"/>
          <w:sz w:val="20"/>
        </w:rPr>
        <w:t>Email Address: ________________________________________________________</w:t>
      </w:r>
    </w:p>
    <w:p>
      <w:r>
        <w:rPr>
          <w:b w:val="0"/>
          <w:sz w:val="20"/>
        </w:rPr>
        <w:t>Phone Number: _________________________________________________________</w:t>
      </w:r>
    </w:p>
    <w:p>
      <w:r>
        <w:rPr>
          <w:b w:val="0"/>
          <w:sz w:val="20"/>
        </w:rPr>
        <w:t>Address: _______________________________________________________________</w:t>
      </w:r>
    </w:p>
    <w:p/>
    <w:p>
      <w:r>
        <w:rPr>
          <w:b/>
          <w:sz w:val="20"/>
        </w:rPr>
        <w:t>Section 2 – Service/Product Details</w:t>
      </w:r>
    </w:p>
    <w:p>
      <w:r>
        <w:rPr>
          <w:b w:val="0"/>
          <w:sz w:val="20"/>
        </w:rPr>
        <w:t>Service/Product Name: _________________________________________________</w:t>
      </w:r>
    </w:p>
    <w:p>
      <w:r>
        <w:rPr>
          <w:b w:val="0"/>
          <w:sz w:val="20"/>
        </w:rPr>
        <w:t>Date of Service/Purchase: ______________________________________________</w:t>
      </w:r>
    </w:p>
    <w:p>
      <w:r>
        <w:rPr>
          <w:b w:val="0"/>
          <w:sz w:val="20"/>
        </w:rPr>
        <w:t>Location of Service/Purchase: __________________________________________</w:t>
      </w:r>
    </w:p>
    <w:p/>
    <w:p>
      <w:r>
        <w:rPr>
          <w:b/>
          <w:sz w:val="20"/>
        </w:rPr>
        <w:t>Section 3 – Satisfaction Ratings</w:t>
      </w:r>
    </w:p>
    <w:p>
      <w:r>
        <w:rPr>
          <w:b w:val="0"/>
          <w:sz w:val="20"/>
        </w:rPr>
        <w:t>Please rate the following aspects on a scale from 1 (Very Dissatisfied) to 5 (Very Satisfied):</w:t>
      </w:r>
    </w:p>
    <w:p/>
    <w:tbl>
      <w:tblPr>
        <w:tblStyle w:val="TableGrid"/>
        <w:tblW w:type="auto" w:w="0"/>
        <w:tblLayout w:type="fixed"/>
        <w:tblLook w:firstColumn="1" w:firstRow="1" w:lastColumn="0" w:lastRow="0" w:noHBand="0" w:noVBand="1" w:val="04A0"/>
      </w:tblPr>
      <w:tblGrid>
        <w:gridCol w:w="4986"/>
        <w:gridCol w:w="4986"/>
      </w:tblGrid>
      <w:tr>
        <w:tc>
          <w:tcPr>
            <w:tcW w:type="dxa" w:w="6803"/>
          </w:tcPr>
          <w:p>
            <w:pPr>
              <w:jc w:val="left"/>
            </w:pPr>
            <w:r>
              <w:rPr>
                <w:sz w:val="20"/>
              </w:rPr>
              <w:t>Criteria</w:t>
            </w:r>
          </w:p>
        </w:tc>
        <w:tc>
          <w:tcPr>
            <w:tcW w:type="dxa" w:w="1701"/>
          </w:tcPr>
          <w:p>
            <w:pPr>
              <w:jc w:val="left"/>
            </w:pPr>
            <w:r>
              <w:rPr>
                <w:sz w:val="20"/>
              </w:rPr>
              <w:t>Rating (1-5)</w:t>
            </w:r>
          </w:p>
        </w:tc>
      </w:tr>
      <w:tr>
        <w:tc>
          <w:tcPr>
            <w:tcW w:type="dxa" w:w="6803"/>
          </w:tcPr>
          <w:p>
            <w:pPr>
              <w:jc w:val="left"/>
            </w:pPr>
            <w:r>
              <w:rPr>
                <w:sz w:val="20"/>
              </w:rPr>
              <w:t>Quality of the Product/Service</w:t>
            </w:r>
          </w:p>
        </w:tc>
        <w:tc>
          <w:tcPr>
            <w:tcW w:type="dxa" w:w="1701"/>
          </w:tcPr>
          <w:p>
            <w:pPr>
              <w:jc w:val="left"/>
            </w:pPr>
            <w:r>
              <w:rPr>
                <w:sz w:val="20"/>
              </w:rPr>
              <w:t>_____</w:t>
            </w:r>
          </w:p>
        </w:tc>
      </w:tr>
      <w:tr>
        <w:tc>
          <w:tcPr>
            <w:tcW w:type="dxa" w:w="6803"/>
          </w:tcPr>
          <w:p>
            <w:pPr>
              <w:jc w:val="left"/>
            </w:pPr>
            <w:r>
              <w:rPr>
                <w:sz w:val="20"/>
              </w:rPr>
              <w:t>Timeliness of Delivery</w:t>
            </w:r>
          </w:p>
        </w:tc>
        <w:tc>
          <w:tcPr>
            <w:tcW w:type="dxa" w:w="1701"/>
          </w:tcPr>
          <w:p>
            <w:pPr>
              <w:jc w:val="left"/>
            </w:pPr>
            <w:r>
              <w:rPr>
                <w:sz w:val="20"/>
              </w:rPr>
              <w:t>_____</w:t>
            </w:r>
          </w:p>
        </w:tc>
      </w:tr>
      <w:tr>
        <w:tc>
          <w:tcPr>
            <w:tcW w:type="dxa" w:w="6803"/>
          </w:tcPr>
          <w:p>
            <w:pPr>
              <w:jc w:val="left"/>
            </w:pPr>
            <w:r>
              <w:rPr>
                <w:sz w:val="20"/>
              </w:rPr>
              <w:t>Professionalism of Staff</w:t>
            </w:r>
          </w:p>
        </w:tc>
        <w:tc>
          <w:tcPr>
            <w:tcW w:type="dxa" w:w="1701"/>
          </w:tcPr>
          <w:p>
            <w:pPr>
              <w:jc w:val="left"/>
            </w:pPr>
            <w:r>
              <w:rPr>
                <w:sz w:val="20"/>
              </w:rPr>
              <w:t>_____</w:t>
            </w:r>
          </w:p>
        </w:tc>
      </w:tr>
      <w:tr>
        <w:tc>
          <w:tcPr>
            <w:tcW w:type="dxa" w:w="6803"/>
          </w:tcPr>
          <w:p>
            <w:pPr>
              <w:jc w:val="left"/>
            </w:pPr>
            <w:r>
              <w:rPr>
                <w:sz w:val="20"/>
              </w:rPr>
              <w:t>Communication and Support</w:t>
            </w:r>
          </w:p>
        </w:tc>
        <w:tc>
          <w:tcPr>
            <w:tcW w:type="dxa" w:w="1701"/>
          </w:tcPr>
          <w:p>
            <w:pPr>
              <w:jc w:val="left"/>
            </w:pPr>
            <w:r>
              <w:rPr>
                <w:sz w:val="20"/>
              </w:rPr>
              <w:t>_____</w:t>
            </w:r>
          </w:p>
        </w:tc>
      </w:tr>
      <w:tr>
        <w:tc>
          <w:tcPr>
            <w:tcW w:type="dxa" w:w="6803"/>
          </w:tcPr>
          <w:p>
            <w:pPr>
              <w:jc w:val="left"/>
            </w:pPr>
            <w:r>
              <w:rPr>
                <w:sz w:val="20"/>
              </w:rPr>
              <w:t>Overall Experience</w:t>
            </w:r>
          </w:p>
        </w:tc>
        <w:tc>
          <w:tcPr>
            <w:tcW w:type="dxa" w:w="1701"/>
          </w:tcPr>
          <w:p>
            <w:pPr>
              <w:jc w:val="left"/>
            </w:pPr>
            <w:r>
              <w:rPr>
                <w:sz w:val="20"/>
              </w:rPr>
              <w:t>_____</w:t>
            </w:r>
          </w:p>
        </w:tc>
      </w:tr>
    </w:tbl>
    <w:p/>
    <w:p/>
    <w:p>
      <w:r>
        <w:rPr>
          <w:b/>
          <w:sz w:val="20"/>
        </w:rPr>
        <w:t>Section 4 – Detailed Feedback</w:t>
      </w:r>
    </w:p>
    <w:p>
      <w:r>
        <w:rPr>
          <w:b w:val="0"/>
          <w:sz w:val="20"/>
        </w:rPr>
        <w:t>1. What did you like most about our product/service?</w:t>
      </w:r>
    </w:p>
    <w:p>
      <w:r>
        <w:rPr>
          <w:sz w:val="20"/>
        </w:rPr>
        <w:br/>
        <w:br/>
        <w:br/>
      </w:r>
    </w:p>
    <w:p>
      <w:r>
        <w:rPr>
          <w:b w:val="0"/>
          <w:sz w:val="20"/>
        </w:rPr>
        <w:t>2. What aspects do you think could be improved?</w:t>
      </w:r>
    </w:p>
    <w:p>
      <w:r>
        <w:rPr>
          <w:sz w:val="20"/>
        </w:rPr>
        <w:br/>
        <w:br/>
        <w:br/>
      </w:r>
    </w:p>
    <w:p>
      <w:r>
        <w:rPr>
          <w:b w:val="0"/>
          <w:sz w:val="20"/>
        </w:rPr>
        <w:t>3. Would you recommend our product/service to others? Please explain.</w:t>
      </w:r>
    </w:p>
    <w:p>
      <w:r>
        <w:rPr>
          <w:sz w:val="20"/>
        </w:rPr>
        <w:br/>
        <w:br/>
        <w:br/>
      </w:r>
    </w:p>
    <w:p/>
    <w:p>
      <w:r>
        <w:rPr>
          <w:b/>
          <w:sz w:val="20"/>
        </w:rPr>
        <w:t>Section 5 – Consent and Acknowledgement</w:t>
      </w:r>
    </w:p>
    <w:p>
      <w:r>
        <w:rPr>
          <w:b w:val="0"/>
          <w:sz w:val="20"/>
        </w:rPr>
        <w:t>By submitting this feedback form, you consent to us using your feedback for improving our services and for internal quality assurance purposes. Personal information provided will be handled in accordance with applicable United States privacy laws and will not be disclosed to third parties without your explicit consent unless required by law.</w:t>
      </w:r>
    </w:p>
    <w:p/>
    <w:p>
      <w:r>
        <w:rPr>
          <w:b/>
          <w:sz w:val="20"/>
        </w:rPr>
        <w:t>Section 6 – Signature</w:t>
      </w:r>
    </w:p>
    <w:p>
      <w:r>
        <w:rPr>
          <w:b w:val="0"/>
          <w:sz w:val="20"/>
        </w:rPr>
        <w:t>Signature: ________________________________________________</w:t>
      </w:r>
    </w:p>
    <w:p>
      <w:r>
        <w:rPr>
          <w:b w:val="0"/>
          <w:sz w:val="20"/>
        </w:rPr>
        <w:t>Printed Name: _____________________________________________</w:t>
      </w:r>
    </w:p>
    <w:p>
      <w:r>
        <w:rPr>
          <w:b w:val="0"/>
          <w:sz w:val="20"/>
        </w:rPr>
        <w:t>Date: 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Customer Signature</w:t>
            </w:r>
          </w:p>
        </w:tc>
        <w:tc>
          <w:tcPr>
            <w:tcW w:type="dxa" w:w="4986"/>
            <w:tcBorders>
              <w:top w:val="nil"/>
              <w:left w:val="nil"/>
              <w:bottom w:val="nil"/>
              <w:right w:val="nil"/>
              <w:insideH w:val="nil"/>
              <w:insideV w:val="nil"/>
            </w:tcBorders>
          </w:tcPr>
          <w:p>
            <w:pPr>
              <w:jc w:val="center"/>
            </w:pPr>
            <w:r>
              <w:t>Company Representative Signature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https://form247-us.com/feedback-form/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feedback-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