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EXPENSES CLAIM FORM</w:t>
      </w:r>
    </w:p>
    <w:p/>
    <w:p/>
    <w:p>
      <w:r>
        <w:rPr>
          <w:b/>
          <w:sz w:val="20"/>
        </w:rPr>
        <w:t>Claimant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Employee ID: __________________________________________________________</w:t>
      </w:r>
    </w:p>
    <w:p>
      <w:r>
        <w:rPr>
          <w:b w:val="0"/>
          <w:sz w:val="20"/>
        </w:rPr>
        <w:t>Department: ___________________________________________________________</w:t>
      </w:r>
    </w:p>
    <w:p>
      <w:r>
        <w:rPr>
          <w:b w:val="0"/>
          <w:sz w:val="20"/>
        </w:rPr>
        <w:t>Position: _____________________________________________________________</w:t>
      </w:r>
    </w:p>
    <w:p>
      <w:r>
        <w:rPr>
          <w:b w:val="0"/>
          <w:sz w:val="20"/>
        </w:rPr>
        <w:t>Contact Information (Email/Phone): ____________________________________</w:t>
      </w:r>
    </w:p>
    <w:p/>
    <w:p>
      <w:r>
        <w:rPr>
          <w:b/>
          <w:sz w:val="20"/>
        </w:rPr>
        <w:t>Expense Details: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Date</w:t>
            </w:r>
          </w:p>
        </w:tc>
        <w:tc>
          <w:tcPr>
            <w:tcW w:type="dxa" w:w="1994"/>
          </w:tcPr>
          <w:p>
            <w:r>
              <w:t>Expense Type</w:t>
            </w:r>
          </w:p>
        </w:tc>
        <w:tc>
          <w:tcPr>
            <w:tcW w:type="dxa" w:w="1994"/>
          </w:tcPr>
          <w:p>
            <w:r>
              <w:t>Description</w:t>
            </w:r>
          </w:p>
        </w:tc>
        <w:tc>
          <w:tcPr>
            <w:tcW w:type="dxa" w:w="1994"/>
          </w:tcPr>
          <w:p>
            <w:r>
              <w:t>Amount (USD)</w:t>
            </w:r>
          </w:p>
        </w:tc>
        <w:tc>
          <w:tcPr>
            <w:tcW w:type="dxa" w:w="1994"/>
          </w:tcPr>
          <w:p>
            <w:r>
              <w:t>Receipt Attached (Y/N)</w:t>
            </w:r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</w:tbl>
    <w:p/>
    <w:p>
      <w:r>
        <w:rPr>
          <w:b w:val="0"/>
          <w:sz w:val="20"/>
        </w:rPr>
        <w:t>Total Amount Claimed: _______________________________________________ USD</w:t>
      </w:r>
    </w:p>
    <w:p/>
    <w:p>
      <w:r>
        <w:rPr>
          <w:b/>
          <w:sz w:val="20"/>
        </w:rPr>
        <w:t>Purpose and Justification of Expenses: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Approvals: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Approver</w:t>
            </w:r>
          </w:p>
        </w:tc>
        <w:tc>
          <w:tcPr>
            <w:tcW w:type="dxa" w:w="3324"/>
          </w:tcPr>
          <w:p>
            <w:r>
              <w:t>Signature</w:t>
            </w:r>
          </w:p>
        </w:tc>
        <w:tc>
          <w:tcPr>
            <w:tcW w:type="dxa" w:w="3324"/>
          </w:tcPr>
          <w:p>
            <w:r>
              <w:t>Date</w:t>
            </w:r>
          </w:p>
        </w:tc>
      </w:tr>
      <w:tr>
        <w:tc>
          <w:tcPr>
            <w:tcW w:type="dxa" w:w="3324"/>
          </w:tcPr>
          <w:p>
            <w:r>
              <w:t>Manager Approval:</w:t>
            </w:r>
          </w:p>
        </w:tc>
        <w:tc>
          <w:tcPr>
            <w:tcW w:type="dxa" w:w="3324"/>
          </w:tcPr>
          <w:p>
            <w:r>
              <w:br/>
              <w:br/>
              <w:t>Signature: _________________________</w:t>
            </w:r>
          </w:p>
        </w:tc>
        <w:tc>
          <w:tcPr>
            <w:tcW w:type="dxa" w:w="3324"/>
          </w:tcPr>
          <w:p>
            <w:r>
              <w:t>____________________</w:t>
            </w:r>
          </w:p>
        </w:tc>
      </w:tr>
      <w:tr>
        <w:tc>
          <w:tcPr>
            <w:tcW w:type="dxa" w:w="3324"/>
          </w:tcPr>
          <w:p>
            <w:r>
              <w:t>Finance Department:</w:t>
            </w:r>
          </w:p>
        </w:tc>
        <w:tc>
          <w:tcPr>
            <w:tcW w:type="dxa" w:w="3324"/>
          </w:tcPr>
          <w:p>
            <w:r>
              <w:br/>
              <w:br/>
              <w:t>Signature: _________________________</w:t>
            </w:r>
          </w:p>
        </w:tc>
        <w:tc>
          <w:tcPr>
            <w:tcW w:type="dxa" w:w="3324"/>
          </w:tcPr>
          <w:p>
            <w:r>
              <w:t>____________________</w:t>
            </w:r>
          </w:p>
        </w:tc>
      </w:tr>
    </w:tbl>
    <w:p/>
    <w:p/>
    <w:p>
      <w:r>
        <w:rPr>
          <w:b/>
          <w:sz w:val="20"/>
        </w:rPr>
        <w:t>Employee Declaration:</w:t>
      </w:r>
    </w:p>
    <w:p>
      <w:r>
        <w:rPr>
          <w:b w:val="0"/>
          <w:sz w:val="20"/>
        </w:rPr>
        <w:t>I declare that the expenses claimed herein were incurred by me on the company's behalf,</w:t>
      </w:r>
    </w:p>
    <w:p>
      <w:r>
        <w:rPr>
          <w:b w:val="0"/>
          <w:sz w:val="20"/>
        </w:rPr>
        <w:t>are supported by valid receipts where applicable, and comply with the company's</w:t>
      </w:r>
    </w:p>
    <w:p>
      <w:r>
        <w:rPr>
          <w:b w:val="0"/>
          <w:sz w:val="20"/>
        </w:rPr>
        <w:t>policies and procedures. I understand that any false claims may result in disciplinary</w:t>
      </w:r>
    </w:p>
    <w:p>
      <w:r>
        <w:rPr>
          <w:b w:val="0"/>
          <w:sz w:val="20"/>
        </w:rPr>
        <w:t>action up to and including termination and legal consequences.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</w:t>
            </w:r>
          </w:p>
        </w:tc>
      </w:tr>
    </w:tbl>
    <w:p/>
    <w:p/>
    <w:p>
      <w:r>
        <w:rPr>
          <w:b/>
          <w:sz w:val="20"/>
        </w:rPr>
        <w:t>Note:</w:t>
      </w:r>
    </w:p>
    <w:p>
      <w:r>
        <w:rPr>
          <w:b w:val="0"/>
          <w:sz w:val="20"/>
        </w:rPr>
        <w:t>This form must be completed accurately and submitted with all supporting documentation.</w:t>
      </w:r>
    </w:p>
    <w:p>
      <w:r>
        <w:rPr>
          <w:b w:val="0"/>
          <w:sz w:val="20"/>
        </w:rPr>
        <w:t>Reimbursement is subject to compliance with the Company's Expense Policy and applicable</w:t>
      </w:r>
    </w:p>
    <w:p>
      <w:r>
        <w:rPr>
          <w:b w:val="0"/>
          <w:sz w:val="20"/>
        </w:rPr>
        <w:t>United States laws and regulations. Retention of records is mandatory for audit purposes.</w:t>
      </w:r>
    </w:p>
    <w:p/>
    <w:p/>
    <w:p>
      <w:r>
        <w:rPr>
          <w:b/>
          <w:sz w:val="20"/>
        </w:rPr>
        <w:t>Privacy and Data Protection:</w:t>
      </w:r>
    </w:p>
    <w:p>
      <w:r>
        <w:rPr>
          <w:b w:val="0"/>
          <w:sz w:val="20"/>
        </w:rPr>
        <w:t>Personal data collected through this form will be used solely for expense reimbursement</w:t>
      </w:r>
    </w:p>
    <w:p>
      <w:r>
        <w:rPr>
          <w:b w:val="0"/>
          <w:sz w:val="20"/>
        </w:rPr>
        <w:t>processing and retained in accordance with applicable federal and state data protection</w:t>
      </w:r>
    </w:p>
    <w:p>
      <w:r>
        <w:rPr>
          <w:b w:val="0"/>
          <w:sz w:val="20"/>
        </w:rPr>
        <w:t>laws. By submitting this form, the claimant consents to such use and retention.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https://form247-us.com/expenses-claim-form/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expenses-claim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