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EMPLOYEE INFORMATION FORM</w:t>
      </w:r>
    </w:p>
    <w:p/>
    <w:p/>
    <w:p>
      <w:r>
        <w:rPr>
          <w:b/>
          <w:sz w:val="22"/>
        </w:rPr>
        <w:t>1. Personal Information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Date of Birth (MM/DD/YYYY): ________________________________________________</w:t>
      </w:r>
    </w:p>
    <w:p>
      <w:r>
        <w:rPr>
          <w:b w:val="0"/>
          <w:sz w:val="20"/>
        </w:rPr>
        <w:t>Social Security Number (SSN): ______________________________________________</w:t>
      </w:r>
    </w:p>
    <w:p>
      <w:r>
        <w:rPr>
          <w:b w:val="0"/>
          <w:sz w:val="20"/>
        </w:rPr>
        <w:t>Gender: ___________________________________________________________________</w:t>
      </w:r>
    </w:p>
    <w:p>
      <w:r>
        <w:rPr>
          <w:b w:val="0"/>
          <w:sz w:val="20"/>
        </w:rPr>
        <w:t>Marital Status: 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_____________________________________________________________</w:t>
      </w:r>
    </w:p>
    <w:p>
      <w:r>
        <w:rPr>
          <w:b w:val="0"/>
          <w:sz w:val="20"/>
        </w:rPr>
        <w:t>Residential Address: _______________________________________________________</w:t>
      </w:r>
    </w:p>
    <w:p>
      <w:r>
        <w:rPr>
          <w:b w:val="0"/>
          <w:sz w:val="20"/>
        </w:rPr>
        <w:t>City: ___________________________ State: ____________ ZIP Code: ____________</w:t>
      </w:r>
    </w:p>
    <w:p/>
    <w:p>
      <w:r>
        <w:rPr>
          <w:b/>
          <w:sz w:val="22"/>
        </w:rPr>
        <w:t>2. Emergency Contact Information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Relationship: ______________________________________________________________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_____________________________________________________________</w:t>
      </w:r>
    </w:p>
    <w:p>
      <w:r>
        <w:rPr>
          <w:b w:val="0"/>
          <w:sz w:val="20"/>
        </w:rPr>
        <w:t>Alternate Phone Number: 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City: ___________________________ State: ____________ ZIP Code: ____________</w:t>
      </w:r>
    </w:p>
    <w:p/>
    <w:p>
      <w:r>
        <w:rPr>
          <w:b/>
          <w:sz w:val="22"/>
        </w:rPr>
        <w:t>3. Employment Details</w:t>
      </w:r>
    </w:p>
    <w:p>
      <w:r>
        <w:rPr>
          <w:b w:val="0"/>
          <w:sz w:val="20"/>
        </w:rPr>
        <w:t>Position/Job Title: _________________________________________________________</w:t>
      </w:r>
    </w:p>
    <w:p>
      <w:r>
        <w:rPr>
          <w:b w:val="0"/>
          <w:sz w:val="20"/>
        </w:rPr>
        <w:t>Department: ________________________________________________________________</w:t>
      </w:r>
    </w:p>
    <w:p>
      <w:r>
        <w:rPr>
          <w:b w:val="0"/>
          <w:sz w:val="20"/>
        </w:rPr>
        <w:t>Employee ID (if applicable): ________________________________________________</w:t>
      </w:r>
    </w:p>
    <w:p>
      <w:r>
        <w:rPr>
          <w:b w:val="0"/>
          <w:sz w:val="20"/>
        </w:rPr>
        <w:t>Employment Status (Full-time / Part-time / Temporary / Contract): ______________</w:t>
      </w:r>
    </w:p>
    <w:p>
      <w:r>
        <w:rPr>
          <w:b w:val="0"/>
          <w:sz w:val="20"/>
        </w:rPr>
        <w:t>Work Location: _____________________________________________________________</w:t>
      </w:r>
    </w:p>
    <w:p>
      <w:r>
        <w:rPr>
          <w:b w:val="0"/>
          <w:sz w:val="20"/>
        </w:rPr>
        <w:t>Supervisor/Manager: _______________________________________________________</w:t>
      </w:r>
    </w:p>
    <w:p>
      <w:r>
        <w:rPr>
          <w:b w:val="0"/>
          <w:sz w:val="20"/>
        </w:rPr>
        <w:t>Work Phone Number: ________________________________________________________</w:t>
      </w:r>
    </w:p>
    <w:p/>
    <w:p>
      <w:r>
        <w:rPr>
          <w:b/>
          <w:sz w:val="22"/>
        </w:rPr>
        <w:t>4. Tax Withholding Information</w:t>
      </w:r>
    </w:p>
    <w:p>
      <w:r>
        <w:rPr>
          <w:b w:val="0"/>
          <w:sz w:val="20"/>
        </w:rPr>
        <w:t>Federal Filing Status: _____________________________________________________</w:t>
      </w:r>
    </w:p>
    <w:p>
      <w:r>
        <w:rPr>
          <w:b w:val="0"/>
          <w:sz w:val="20"/>
        </w:rPr>
        <w:t>Number of Allowances/Exemptions: __________________________________________</w:t>
      </w:r>
    </w:p>
    <w:p>
      <w:r>
        <w:rPr>
          <w:b w:val="0"/>
          <w:sz w:val="20"/>
        </w:rPr>
        <w:t>Additional Withholding Amount: _____________________________________________</w:t>
      </w:r>
    </w:p>
    <w:p>
      <w:r>
        <w:rPr>
          <w:b w:val="0"/>
          <w:sz w:val="20"/>
        </w:rPr>
        <w:t>State Filing Status (if applicable): _________________________________________</w:t>
      </w:r>
    </w:p>
    <w:p>
      <w:r>
        <w:rPr>
          <w:b w:val="0"/>
          <w:sz w:val="20"/>
        </w:rPr>
        <w:t>State Allowances/Exemptions: ______________________________________________</w:t>
      </w:r>
    </w:p>
    <w:p>
      <w:r>
        <w:rPr>
          <w:b w:val="0"/>
          <w:sz w:val="20"/>
        </w:rPr>
        <w:t>Additional State Withholding Amount: _______________________________________</w:t>
      </w:r>
    </w:p>
    <w:p/>
    <w:p>
      <w:r>
        <w:rPr>
          <w:b/>
          <w:sz w:val="22"/>
        </w:rPr>
        <w:t>5. Direct Deposit Information</w:t>
      </w:r>
    </w:p>
    <w:p>
      <w:r>
        <w:rPr>
          <w:b w:val="0"/>
          <w:sz w:val="20"/>
        </w:rPr>
        <w:t>Bank Name: _________________________________________________________________</w:t>
      </w:r>
    </w:p>
    <w:p>
      <w:r>
        <w:rPr>
          <w:b w:val="0"/>
          <w:sz w:val="20"/>
        </w:rPr>
        <w:t>Bank Routing Number: _______________________________________________________</w:t>
      </w:r>
    </w:p>
    <w:p>
      <w:r>
        <w:rPr>
          <w:b w:val="0"/>
          <w:sz w:val="20"/>
        </w:rPr>
        <w:t>Bank Account Number: _______________________________________________________</w:t>
      </w:r>
    </w:p>
    <w:p>
      <w:r>
        <w:rPr>
          <w:b w:val="0"/>
          <w:sz w:val="20"/>
        </w:rPr>
        <w:t>Account Type (Checking / Savings): ___________________________________________</w:t>
      </w:r>
    </w:p>
    <w:p>
      <w:r>
        <w:rPr>
          <w:b w:val="0"/>
          <w:sz w:val="20"/>
        </w:rPr>
        <w:t>I hereby authorize [Company Name] to initiate direct deposit of my paychecks to the bank account listed above. This authorization will remain in effect until I provide written notice of cancellation.</w:t>
      </w:r>
    </w:p>
    <w:p/>
    <w:p/>
    <w:p>
      <w:r>
        <w:rPr>
          <w:b/>
          <w:sz w:val="22"/>
        </w:rPr>
        <w:t>6. Employee Benefits Enrollment</w:t>
      </w:r>
    </w:p>
    <w:p>
      <w:r>
        <w:rPr>
          <w:b w:val="0"/>
          <w:sz w:val="20"/>
        </w:rPr>
        <w:t>Health Insurance Plan Selected: _____________________________________________</w:t>
      </w:r>
    </w:p>
    <w:p>
      <w:r>
        <w:rPr>
          <w:b w:val="0"/>
          <w:sz w:val="20"/>
        </w:rPr>
        <w:t>Dental Insurance Plan Selected: _____________________________________________</w:t>
      </w:r>
    </w:p>
    <w:p>
      <w:r>
        <w:rPr>
          <w:b w:val="0"/>
          <w:sz w:val="20"/>
        </w:rPr>
        <w:t>Vision Insurance Plan Selected: _____________________________________________</w:t>
      </w:r>
    </w:p>
    <w:p>
      <w:r>
        <w:rPr>
          <w:b w:val="0"/>
          <w:sz w:val="20"/>
        </w:rPr>
        <w:t>Retirement Plan Participation (401k, Pension, etc.): __________________________</w:t>
      </w:r>
    </w:p>
    <w:p>
      <w:r>
        <w:rPr>
          <w:b w:val="0"/>
          <w:sz w:val="20"/>
        </w:rPr>
        <w:t>Other Benefits (please specify): ____________________________________________</w:t>
      </w:r>
    </w:p>
    <w:p/>
    <w:p>
      <w:r>
        <w:rPr>
          <w:b/>
          <w:sz w:val="22"/>
        </w:rPr>
        <w:t>7. Acknowledgments and Agreements</w:t>
      </w:r>
    </w:p>
    <w:p>
      <w:r>
        <w:rPr>
          <w:b w:val="0"/>
          <w:sz w:val="20"/>
        </w:rPr>
        <w:t>I certify that the information provided in this Employee Information Form is true, complete, and accurate to the best of my knowledge.</w:t>
      </w:r>
    </w:p>
    <w:p>
      <w:r>
        <w:rPr>
          <w:b w:val="0"/>
          <w:sz w:val="20"/>
        </w:rPr>
        <w:t>I understand that providing false information may result in disciplinary action, up to and including termination of employment.</w:t>
      </w:r>
    </w:p>
    <w:p>
      <w:r>
        <w:rPr>
          <w:b w:val="0"/>
          <w:sz w:val="20"/>
        </w:rPr>
        <w:t>I authorize [Company Name] to verify any information provided on this form as necessary for employment purposes.</w:t>
      </w:r>
    </w:p>
    <w:p>
      <w:r>
        <w:rPr>
          <w:b w:val="0"/>
          <w:sz w:val="20"/>
        </w:rPr>
        <w:t>I acknowledge my responsibility to promptly notify Human Resources of any changes to the information provided herein.</w:t>
      </w:r>
    </w:p>
    <w:p>
      <w:r>
        <w:rPr>
          <w:b w:val="0"/>
          <w:sz w:val="20"/>
        </w:rPr>
        <w:t>I agree to comply with all company policies, procedures, and applicable laws as a condition of my employment.</w:t>
      </w:r>
    </w:p>
    <w:p/>
    <w:p/>
    <w:p>
      <w:r>
        <w:rPr>
          <w:b w:val="0"/>
          <w:sz w:val="20"/>
        </w:rPr>
        <w:t>Employee Signature: ______________________________________</w:t>
      </w:r>
    </w:p>
    <w:p>
      <w:r>
        <w:rPr>
          <w:b w:val="0"/>
          <w:sz w:val="20"/>
        </w:rPr>
        <w:t>Print Name: ______________________________________________</w:t>
      </w:r>
    </w:p>
    <w:p>
      <w:r>
        <w:rPr>
          <w:b w:val="0"/>
          <w:sz w:val="20"/>
        </w:rPr>
        <w:t>Date: ____________________________________________________</w:t>
      </w:r>
    </w:p>
    <w:p/>
    <w:p/>
    <w:p/>
    <w:p>
      <w:r>
        <w:rPr>
          <w:b/>
          <w:sz w:val="22"/>
        </w:rPr>
        <w:t>8. Employer Use Only</w:t>
      </w:r>
    </w:p>
    <w:p>
      <w:r>
        <w:rPr>
          <w:b w:val="0"/>
          <w:sz w:val="20"/>
        </w:rPr>
        <w:t>Date Received: ___________________________________________</w:t>
      </w:r>
    </w:p>
    <w:p>
      <w:r>
        <w:rPr>
          <w:b w:val="0"/>
          <w:sz w:val="20"/>
        </w:rPr>
        <w:t>Received By: _____________________________________________</w:t>
      </w:r>
    </w:p>
    <w:p>
      <w:r>
        <w:rPr>
          <w:b w:val="0"/>
          <w:sz w:val="20"/>
        </w:rPr>
        <w:t>Employee ID Assigned: _____________________________________</w:t>
      </w:r>
    </w:p>
    <w:p>
      <w:r>
        <w:rPr>
          <w:b w:val="0"/>
          <w:sz w:val="20"/>
        </w:rPr>
        <w:t>Comments: __________________________________________________</w:t>
      </w:r>
    </w:p>
    <w:p>
      <w:r>
        <w:rPr>
          <w:b w:val="0"/>
          <w:sz w:val="20"/>
        </w:rPr>
        <w:t>__________________________________________________________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Human Resources Representative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https://form247-us.com/employee-information-form/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247-us.com/employee-information-form/" TargetMode="External"/><Relationship Id="rId10" Type="http://schemas.openxmlformats.org/officeDocument/2006/relationships/hyperlink" Target="https://form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