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EMPLOYEE CALL OUT FORM</w:t>
      </w:r>
    </w:p>
    <w:p/>
    <w:p/>
    <w:p>
      <w:r>
        <w:rPr>
          <w:b/>
          <w:sz w:val="20"/>
        </w:rPr>
        <w:t>Employee Information</w:t>
      </w:r>
    </w:p>
    <w:p>
      <w:r>
        <w:rPr>
          <w:b w:val="0"/>
          <w:sz w:val="20"/>
        </w:rPr>
        <w:t>Full Name: ________________________________________________________________</w:t>
      </w:r>
    </w:p>
    <w:p>
      <w:r>
        <w:rPr>
          <w:b w:val="0"/>
          <w:sz w:val="20"/>
        </w:rPr>
        <w:t>Employee ID: ______________________________________________________________</w:t>
      </w:r>
    </w:p>
    <w:p>
      <w:r>
        <w:rPr>
          <w:b w:val="0"/>
          <w:sz w:val="20"/>
        </w:rPr>
        <w:t>Department: _______________________________________________________________</w:t>
      </w:r>
    </w:p>
    <w:p>
      <w:r>
        <w:rPr>
          <w:b w:val="0"/>
          <w:sz w:val="20"/>
        </w:rPr>
        <w:t>Position/Title: ____________________________________________________________</w:t>
      </w:r>
    </w:p>
    <w:p>
      <w:r>
        <w:rPr>
          <w:b w:val="0"/>
          <w:sz w:val="20"/>
        </w:rPr>
        <w:t>Contact Phone Number: 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____________________________________________________________</w:t>
      </w:r>
    </w:p>
    <w:p/>
    <w:p/>
    <w:p>
      <w:r>
        <w:rPr>
          <w:b/>
          <w:sz w:val="20"/>
        </w:rPr>
        <w:t>Call Out Request Details</w:t>
      </w:r>
    </w:p>
    <w:p>
      <w:r>
        <w:rPr>
          <w:b w:val="0"/>
          <w:sz w:val="20"/>
        </w:rPr>
        <w:t>Date and Time of Call Out: _________________________________________________</w:t>
      </w:r>
    </w:p>
    <w:p>
      <w:r>
        <w:rPr>
          <w:b w:val="0"/>
          <w:sz w:val="20"/>
        </w:rPr>
        <w:t>Location Where Call Out is Required: _______________________________________</w:t>
      </w:r>
    </w:p>
    <w:p>
      <w:r>
        <w:rPr>
          <w:b w:val="0"/>
          <w:sz w:val="20"/>
        </w:rPr>
        <w:t>Reason for Call Out: 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/>
    <w:p>
      <w:r>
        <w:rPr>
          <w:b/>
          <w:sz w:val="20"/>
        </w:rPr>
        <w:t>Work Details</w:t>
      </w:r>
    </w:p>
    <w:p>
      <w:r>
        <w:rPr>
          <w:b w:val="0"/>
          <w:sz w:val="20"/>
        </w:rPr>
        <w:t>Description of Work to be Performed: 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Expected Duration of Work: _________________________________________________</w:t>
      </w:r>
    </w:p>
    <w:p>
      <w:r>
        <w:rPr>
          <w:b w:val="0"/>
          <w:sz w:val="20"/>
        </w:rPr>
        <w:t>Equipment or Materials Required: 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/>
    <w:p>
      <w:r>
        <w:rPr>
          <w:b/>
          <w:sz w:val="20"/>
        </w:rPr>
        <w:t>Compensation and Authorization</w:t>
      </w:r>
    </w:p>
    <w:p>
      <w:r>
        <w:rPr>
          <w:b w:val="0"/>
          <w:sz w:val="20"/>
        </w:rPr>
        <w:t>Overtime Pay Rate (if applicable): __________________________________________</w:t>
      </w:r>
    </w:p>
    <w:p>
      <w:r>
        <w:rPr>
          <w:b w:val="0"/>
          <w:sz w:val="20"/>
        </w:rPr>
        <w:t>Call Out Pay Rate (if different): ___________________________________________</w:t>
      </w:r>
    </w:p>
    <w:p>
      <w:r>
        <w:rPr>
          <w:b w:val="0"/>
          <w:sz w:val="20"/>
        </w:rPr>
        <w:t>Authorized By (Name &amp; Title): ______________________________________________</w:t>
      </w:r>
    </w:p>
    <w:p>
      <w:r>
        <w:rPr>
          <w:b w:val="0"/>
          <w:sz w:val="20"/>
        </w:rPr>
        <w:t>Signature of Authorized Person: ____________________________________________</w:t>
      </w:r>
    </w:p>
    <w:p>
      <w:r>
        <w:rPr>
          <w:b w:val="0"/>
          <w:sz w:val="20"/>
        </w:rPr>
        <w:t>Date of Authorization: _____________________________________________________</w:t>
      </w:r>
    </w:p>
    <w:p/>
    <w:p/>
    <w:p>
      <w:r>
        <w:rPr>
          <w:b/>
          <w:sz w:val="20"/>
        </w:rPr>
        <w:t>Employee Acknowledgment</w:t>
      </w:r>
    </w:p>
    <w:p>
      <w:r>
        <w:rPr>
          <w:b w:val="0"/>
          <w:sz w:val="20"/>
        </w:rPr>
        <w:t>I acknowledge receipt of this call out notification and agree to report as</w:t>
      </w:r>
    </w:p>
    <w:p>
      <w:r>
        <w:rPr>
          <w:b w:val="0"/>
          <w:sz w:val="20"/>
        </w:rPr>
        <w:t>indicated above. I understand that compensation will be provided in accordance</w:t>
      </w:r>
    </w:p>
    <w:p>
      <w:r>
        <w:rPr>
          <w:b w:val="0"/>
          <w:sz w:val="20"/>
        </w:rPr>
        <w:t>with company policies and applicable law. I further acknowledge that I must</w:t>
      </w:r>
    </w:p>
    <w:p>
      <w:r>
        <w:rPr>
          <w:b w:val="0"/>
          <w:sz w:val="20"/>
        </w:rPr>
        <w:t>follow all safety requirements and company procedures while performing work.</w:t>
      </w:r>
    </w:p>
    <w:p/>
    <w:p/>
    <w:p>
      <w:r>
        <w:rPr>
          <w:b w:val="0"/>
          <w:sz w:val="20"/>
        </w:rPr>
        <w:t>Employee Signature: _____________________________________    Date: ___________</w:t>
      </w:r>
    </w:p>
    <w:p>
      <w:r>
        <w:rPr>
          <w:b w:val="0"/>
          <w:sz w:val="20"/>
        </w:rPr>
        <w:t>Printed Name: _______________________________________________________________</w:t>
      </w:r>
    </w:p>
    <w:p/>
    <w:p/>
    <w:p>
      <w:r>
        <w:rPr>
          <w:b/>
          <w:sz w:val="20"/>
        </w:rPr>
        <w:t>Terms and Conditions</w:t>
      </w:r>
    </w:p>
    <w:p>
      <w:r>
        <w:rPr>
          <w:b w:val="0"/>
          <w:sz w:val="20"/>
        </w:rPr>
        <w:t>1. Employee must comply with all applicable federal, state, and local laws,</w:t>
      </w:r>
    </w:p>
    <w:p>
      <w:r>
        <w:rPr>
          <w:b w:val="0"/>
          <w:sz w:val="20"/>
        </w:rPr>
        <w:t xml:space="preserve">   as well as company policies and safety requirements during the call out.</w:t>
      </w:r>
    </w:p>
    <w:p>
      <w:r>
        <w:rPr>
          <w:b w:val="0"/>
          <w:sz w:val="20"/>
        </w:rPr>
        <w:t>2. Compensation for call out work will be as specified above and in accordance</w:t>
      </w:r>
    </w:p>
    <w:p>
      <w:r>
        <w:rPr>
          <w:b w:val="0"/>
          <w:sz w:val="20"/>
        </w:rPr>
        <w:t xml:space="preserve">   with the Fair Labor Standards Act (FLSA) and any other applicable regulations.</w:t>
      </w:r>
    </w:p>
    <w:p>
      <w:r>
        <w:rPr>
          <w:b w:val="0"/>
          <w:sz w:val="20"/>
        </w:rPr>
        <w:t>3. The company reserves the right to cancel or amend the call out at any time</w:t>
      </w:r>
    </w:p>
    <w:p>
      <w:r>
        <w:rPr>
          <w:b w:val="0"/>
          <w:sz w:val="20"/>
        </w:rPr>
        <w:t xml:space="preserve">   with reasonable notice to the employee.</w:t>
      </w:r>
    </w:p>
    <w:p>
      <w:r>
        <w:rPr>
          <w:b w:val="0"/>
          <w:sz w:val="20"/>
        </w:rPr>
        <w:t>4. Employee agrees to report promptly and perform all assigned duties to the</w:t>
      </w:r>
    </w:p>
    <w:p>
      <w:r>
        <w:rPr>
          <w:b w:val="0"/>
          <w:sz w:val="20"/>
        </w:rPr>
        <w:t xml:space="preserve">   best of their ability.</w:t>
      </w:r>
    </w:p>
    <w:p>
      <w:r>
        <w:rPr>
          <w:b w:val="0"/>
          <w:sz w:val="20"/>
        </w:rPr>
        <w:t>5. This form constitutes the entire agreement between the company and employee</w:t>
      </w:r>
    </w:p>
    <w:p>
      <w:r>
        <w:rPr>
          <w:b w:val="0"/>
          <w:sz w:val="20"/>
        </w:rPr>
        <w:t xml:space="preserve">   concerning the call out and supersedes any prior oral or written agreements.</w:t>
      </w:r>
    </w:p>
    <w:p>
      <w:r>
        <w:rPr>
          <w:b w:val="0"/>
          <w:sz w:val="20"/>
        </w:rPr>
        <w:t>6. Employee understands that any falsification of information or failure to</w:t>
      </w:r>
    </w:p>
    <w:p>
      <w:r>
        <w:rPr>
          <w:b w:val="0"/>
          <w:sz w:val="20"/>
        </w:rPr>
        <w:t xml:space="preserve">   comply with terms herein may result in disciplinary action, up to and including</w:t>
      </w:r>
    </w:p>
    <w:p>
      <w:r>
        <w:rPr>
          <w:b w:val="0"/>
          <w:sz w:val="20"/>
        </w:rPr>
        <w:t xml:space="preserve">   termination of employment.</w:t>
      </w:r>
    </w:p>
    <w:p/>
    <w:p/>
    <w:p>
      <w:r>
        <w:rPr>
          <w:b/>
          <w:sz w:val="20"/>
        </w:rPr>
        <w:t>Company Use Only</w:t>
      </w:r>
    </w:p>
    <w:p>
      <w:r>
        <w:rPr>
          <w:b w:val="0"/>
          <w:sz w:val="20"/>
        </w:rPr>
        <w:t>Date Received: _____________________________________________________________</w:t>
      </w:r>
    </w:p>
    <w:p>
      <w:r>
        <w:rPr>
          <w:b w:val="0"/>
          <w:sz w:val="20"/>
        </w:rPr>
        <w:t>Call Out Assigned To: _______________________________________________________</w:t>
      </w:r>
    </w:p>
    <w:p>
      <w:r>
        <w:rPr>
          <w:b w:val="0"/>
          <w:sz w:val="20"/>
        </w:rPr>
        <w:t>Work Order / Ticket Number: _________________________________________________</w:t>
      </w:r>
    </w:p>
    <w:p>
      <w:r>
        <w:rPr>
          <w:b w:val="0"/>
          <w:sz w:val="20"/>
        </w:rPr>
        <w:t>Completion Date and Time: _________________________________________________</w:t>
      </w:r>
    </w:p>
    <w:p>
      <w:r>
        <w:rPr>
          <w:b w:val="0"/>
          <w:sz w:val="20"/>
        </w:rPr>
        <w:t>Work Completed By (Name &amp; Signature): _______________________________________</w:t>
      </w:r>
    </w:p>
    <w:p>
      <w:r>
        <w:rPr>
          <w:b w:val="0"/>
          <w:sz w:val="20"/>
        </w:rPr>
        <w:t>Additional Notes: 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SUPERVISOR / AUTHORIZING MANAGER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Printed Name: 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https://form247-us.com/employee-call-out-form/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https://form247-us.com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form247-us.com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orm247-us.com/employee-call-out-form/" TargetMode="External"/><Relationship Id="rId10" Type="http://schemas.openxmlformats.org/officeDocument/2006/relationships/hyperlink" Target="https://form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