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EMERGENCY INFORMATION AND AUTHORIZATION FORM</w:t>
      </w:r>
    </w:p>
    <w:p/>
    <w:p/>
    <w:p>
      <w:r>
        <w:rPr>
          <w:b/>
          <w:sz w:val="20"/>
        </w:rPr>
        <w:t>PERSONAL INFORMATION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</w:t>
      </w:r>
    </w:p>
    <w:p>
      <w:r>
        <w:rPr>
          <w:b w:val="0"/>
          <w:sz w:val="20"/>
        </w:rPr>
        <w:t>Home Address: ____________________________________________________________</w:t>
      </w:r>
    </w:p>
    <w:p>
      <w:r>
        <w:rPr>
          <w:b w:val="0"/>
          <w:sz w:val="20"/>
        </w:rPr>
        <w:t>City: _________________________   State: _______   ZIP Code: ______________</w:t>
      </w:r>
    </w:p>
    <w:p>
      <w:r>
        <w:rPr>
          <w:b w:val="0"/>
          <w:sz w:val="20"/>
        </w:rPr>
        <w:t>Phone Number (Primary): _________________________________________________</w:t>
      </w:r>
    </w:p>
    <w:p>
      <w:r>
        <w:rPr>
          <w:b w:val="0"/>
          <w:sz w:val="20"/>
        </w:rPr>
        <w:t>Phone Number (Secondary): 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EMERGENCY CONTACT INFORMATION</w:t>
      </w:r>
    </w:p>
    <w:p>
      <w:r>
        <w:rPr>
          <w:b w:val="0"/>
          <w:sz w:val="20"/>
        </w:rPr>
        <w:t>Primary Contact Name: ____________________________________________________</w:t>
      </w:r>
    </w:p>
    <w:p>
      <w:r>
        <w:rPr>
          <w:b w:val="0"/>
          <w:sz w:val="20"/>
        </w:rPr>
        <w:t>Relationship: ______________________________________________________________</w:t>
      </w:r>
    </w:p>
    <w:p>
      <w:r>
        <w:rPr>
          <w:b w:val="0"/>
          <w:sz w:val="20"/>
        </w:rPr>
        <w:t>Phone Number (Primary): _________________________________________________</w:t>
      </w:r>
    </w:p>
    <w:p>
      <w:r>
        <w:rPr>
          <w:b w:val="0"/>
          <w:sz w:val="20"/>
        </w:rPr>
        <w:t>Phone Number (Secondary): 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/>
    <w:p>
      <w:r>
        <w:rPr>
          <w:b w:val="0"/>
          <w:sz w:val="20"/>
        </w:rPr>
        <w:t>Secondary Contact Name: __________________________________________________</w:t>
      </w:r>
    </w:p>
    <w:p>
      <w:r>
        <w:rPr>
          <w:b w:val="0"/>
          <w:sz w:val="20"/>
        </w:rPr>
        <w:t>Relationship: ______________________________________________________________</w:t>
      </w:r>
    </w:p>
    <w:p>
      <w:r>
        <w:rPr>
          <w:b w:val="0"/>
          <w:sz w:val="20"/>
        </w:rPr>
        <w:t>Phone Number (Primary): _________________________________________________</w:t>
      </w:r>
    </w:p>
    <w:p>
      <w:r>
        <w:rPr>
          <w:b w:val="0"/>
          <w:sz w:val="20"/>
        </w:rPr>
        <w:t>Phone Number (Secondary): 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/>
    <w:p>
      <w:r>
        <w:rPr>
          <w:b/>
          <w:sz w:val="20"/>
        </w:rPr>
        <w:t>MEDICAL INFORMATION</w:t>
      </w:r>
    </w:p>
    <w:p>
      <w:r>
        <w:rPr>
          <w:b w:val="0"/>
          <w:sz w:val="20"/>
        </w:rPr>
        <w:t>Primary Care Physician: ___________________________________________________</w:t>
      </w:r>
    </w:p>
    <w:p>
      <w:r>
        <w:rPr>
          <w:b w:val="0"/>
          <w:sz w:val="20"/>
        </w:rPr>
        <w:t>Physician Phone Number: _________________________________________________</w:t>
      </w:r>
    </w:p>
    <w:p>
      <w:r>
        <w:rPr>
          <w:b w:val="0"/>
          <w:sz w:val="20"/>
        </w:rPr>
        <w:t>Health Insurance Provider: _______________________________________________</w:t>
      </w:r>
    </w:p>
    <w:p>
      <w:r>
        <w:rPr>
          <w:b w:val="0"/>
          <w:sz w:val="20"/>
        </w:rPr>
        <w:t>Policy Number: ___________________________________________________________</w:t>
      </w:r>
    </w:p>
    <w:p>
      <w:r>
        <w:rPr>
          <w:b w:val="0"/>
          <w:sz w:val="20"/>
        </w:rPr>
        <w:t>Allergies (medications, food, environmental): ______________________________</w:t>
      </w:r>
    </w:p>
    <w:p>
      <w:r>
        <w:rPr>
          <w:b w:val="0"/>
          <w:sz w:val="20"/>
        </w:rPr>
        <w:t>Current Medications: _____________________________________________________</w:t>
      </w:r>
    </w:p>
    <w:p>
      <w:r>
        <w:rPr>
          <w:b w:val="0"/>
          <w:sz w:val="20"/>
        </w:rPr>
        <w:t>Chronic Medical Conditions: _______________________________________________</w:t>
      </w:r>
    </w:p>
    <w:p>
      <w:r>
        <w:rPr>
          <w:b w:val="0"/>
          <w:sz w:val="20"/>
        </w:rPr>
        <w:t>Blood Type: _______________________________________________________________</w:t>
      </w:r>
    </w:p>
    <w:p>
      <w:r>
        <w:rPr>
          <w:b w:val="0"/>
          <w:sz w:val="20"/>
        </w:rPr>
        <w:t>Additional Medical Information: ___________________________________________</w:t>
      </w:r>
    </w:p>
    <w:p/>
    <w:p>
      <w:r>
        <w:rPr>
          <w:b/>
          <w:sz w:val="20"/>
        </w:rPr>
        <w:t>CONSENT AND AUTHORIZATION</w:t>
      </w:r>
    </w:p>
    <w:p>
      <w:r>
        <w:rPr>
          <w:b w:val="0"/>
          <w:sz w:val="20"/>
        </w:rPr>
        <w:t>I hereby authorize any hospital, physician, or medical personnel to provide emergency medical treatment deemed necessary for my care or the care of the person named above if I am unable to make medical decisions or communicate. This includes but is not limited to emergency surgery, medication, or hospitalization.</w:t>
      </w:r>
    </w:p>
    <w:p/>
    <w:p>
      <w:r>
        <w:rPr>
          <w:b w:val="0"/>
          <w:sz w:val="20"/>
        </w:rPr>
        <w:t>I understand that this authorization is given in advance of any specific diagnosis, treatment, or hospital care being required and is effective until revoked in writing. I agree to hold harmless any provider acting in good faith reliance on this authorization.</w:t>
      </w:r>
    </w:p>
    <w:p/>
    <w:p>
      <w:r>
        <w:rPr>
          <w:b w:val="0"/>
          <w:sz w:val="20"/>
        </w:rPr>
        <w:t>I also authorize the release of any medical information necessary to process claims or to facilitate medical care.</w:t>
      </w:r>
    </w:p>
    <w:p/>
    <w:p/>
    <w:p>
      <w:r>
        <w:rPr>
          <w:b/>
          <w:sz w:val="20"/>
        </w:rPr>
        <w:t>SIGNATURES</w:t>
      </w:r>
    </w:p>
    <w:p>
      <w:r>
        <w:rPr>
          <w:b w:val="0"/>
          <w:sz w:val="20"/>
        </w:rPr>
        <w:t>Signature of Patient/Authorized Person: ____________________________________</w:t>
      </w:r>
    </w:p>
    <w:p>
      <w:r>
        <w:rPr>
          <w:b w:val="0"/>
          <w:sz w:val="20"/>
        </w:rPr>
        <w:t>Printed Name: ____________________________________________________________</w:t>
      </w:r>
    </w:p>
    <w:p>
      <w:r>
        <w:rPr>
          <w:b w:val="0"/>
          <w:sz w:val="20"/>
        </w:rPr>
        <w:t>Relationship to Patient (if applicable): ____________________________________</w:t>
      </w:r>
    </w:p>
    <w:p>
      <w:r>
        <w:rPr>
          <w:b w:val="0"/>
          <w:sz w:val="20"/>
        </w:rPr>
        <w:t>Date Signed: _____________________________________________________________</w:t>
      </w:r>
    </w:p>
    <w:p/>
    <w:p/>
    <w:p>
      <w:r>
        <w:rPr>
          <w:b/>
          <w:sz w:val="20"/>
        </w:rPr>
        <w:t>WITNESS</w:t>
      </w:r>
    </w:p>
    <w:p>
      <w:r>
        <w:rPr>
          <w:b w:val="0"/>
          <w:sz w:val="20"/>
        </w:rPr>
        <w:t>Signature of Witness: ____________________________________________________</w:t>
      </w:r>
    </w:p>
    <w:p>
      <w:r>
        <w:rPr>
          <w:b w:val="0"/>
          <w:sz w:val="20"/>
        </w:rPr>
        <w:t>Printed Name: ____________________________________________________________</w:t>
      </w:r>
    </w:p>
    <w:p>
      <w:r>
        <w:rPr>
          <w:b w:val="0"/>
          <w:sz w:val="20"/>
        </w:rPr>
        <w:t>Date Signed: _____________________________________________________________</w:t>
      </w:r>
    </w:p>
    <w:p/>
    <w:p/>
    <w:p>
      <w:r>
        <w:rPr>
          <w:b/>
          <w:sz w:val="20"/>
        </w:rPr>
        <w:t>ADDITIONAL INSTRUCTIONS OR INFORMATION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 / AUTHORIZED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________________________________</w:t>
              <w:br/>
              <w:t>Date: 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________________________________</w:t>
              <w:br/>
              <w:t>Date: 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https://form247-us.com/emergency-form/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emergency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