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DAYCARE APPLICATION FORM</w:t>
      </w:r>
    </w:p>
    <w:p/>
    <w:p/>
    <w:p>
      <w:r>
        <w:rPr>
          <w:b/>
          <w:sz w:val="22"/>
        </w:rPr>
        <w:t>Child Information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Date of Birth (MM/DD/YYYY): ___________________________________________</w:t>
      </w:r>
    </w:p>
    <w:p>
      <w:r>
        <w:rPr>
          <w:b w:val="0"/>
          <w:sz w:val="20"/>
        </w:rPr>
        <w:t>Gender: ______________________________________________________________</w:t>
      </w:r>
    </w:p>
    <w:p>
      <w:r>
        <w:rPr>
          <w:b w:val="0"/>
          <w:sz w:val="20"/>
        </w:rPr>
        <w:t>Home Address: ________________________________________________________</w:t>
      </w:r>
    </w:p>
    <w:p>
      <w:r>
        <w:rPr>
          <w:b w:val="0"/>
          <w:sz w:val="20"/>
        </w:rPr>
        <w:t>City: __________________________ State: __________ Zip Code: __________</w:t>
      </w:r>
    </w:p>
    <w:p>
      <w:r>
        <w:rPr>
          <w:b w:val="0"/>
          <w:sz w:val="20"/>
        </w:rPr>
        <w:t>Primary Language Spoken at Home: _____________________________________</w:t>
      </w:r>
    </w:p>
    <w:p>
      <w:r>
        <w:rPr>
          <w:b w:val="0"/>
          <w:sz w:val="20"/>
        </w:rPr>
        <w:t>Child’s Social Security Number (optional): ____________________________</w:t>
      </w:r>
    </w:p>
    <w:p/>
    <w:p>
      <w:r>
        <w:rPr>
          <w:b/>
          <w:sz w:val="22"/>
        </w:rPr>
        <w:t>Parent/Guardian Information</w:t>
      </w:r>
    </w:p>
    <w:p>
      <w:r>
        <w:rPr>
          <w:b w:val="0"/>
          <w:sz w:val="20"/>
        </w:rPr>
        <w:t>Parent/Guardian 1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Relationship to Child: _________________________________________________</w:t>
      </w:r>
    </w:p>
    <w:p>
      <w:r>
        <w:rPr>
          <w:b w:val="0"/>
          <w:sz w:val="20"/>
        </w:rPr>
        <w:t>Home Address (if different from child): _________________________________</w:t>
      </w:r>
    </w:p>
    <w:p>
      <w:r>
        <w:rPr>
          <w:b w:val="0"/>
          <w:sz w:val="20"/>
        </w:rPr>
        <w:t>Phone Number (Primary): _______________________________________________</w:t>
      </w:r>
    </w:p>
    <w:p>
      <w:r>
        <w:rPr>
          <w:b w:val="0"/>
          <w:sz w:val="20"/>
        </w:rPr>
        <w:t>Phone Number (Secondary): _____________________________________________</w:t>
      </w:r>
    </w:p>
    <w:p>
      <w:r>
        <w:rPr>
          <w:b w:val="0"/>
          <w:sz w:val="20"/>
        </w:rPr>
        <w:t>Email Address: ________________________________________________________</w:t>
      </w:r>
    </w:p>
    <w:p>
      <w:r>
        <w:rPr>
          <w:b w:val="0"/>
          <w:sz w:val="20"/>
        </w:rPr>
        <w:t>Employer Name: ________________________________________________________</w:t>
      </w:r>
    </w:p>
    <w:p>
      <w:r>
        <w:rPr>
          <w:b w:val="0"/>
          <w:sz w:val="20"/>
        </w:rPr>
        <w:t>Employer Address: _____________________________________________________</w:t>
      </w:r>
    </w:p>
    <w:p>
      <w:r>
        <w:rPr>
          <w:b w:val="0"/>
          <w:sz w:val="20"/>
        </w:rPr>
        <w:t>Employer Phone Number: ________________________________________________</w:t>
      </w:r>
    </w:p>
    <w:p/>
    <w:p>
      <w:r>
        <w:rPr>
          <w:b w:val="0"/>
          <w:sz w:val="20"/>
        </w:rPr>
        <w:t>Parent/Guardian 2 (if applicable)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Relationship to Child: _________________________________________________</w:t>
      </w:r>
    </w:p>
    <w:p>
      <w:r>
        <w:rPr>
          <w:b w:val="0"/>
          <w:sz w:val="20"/>
        </w:rPr>
        <w:t>Home Address (if different from child): _________________________________</w:t>
      </w:r>
    </w:p>
    <w:p>
      <w:r>
        <w:rPr>
          <w:b w:val="0"/>
          <w:sz w:val="20"/>
        </w:rPr>
        <w:t>Phone Number (Primary): _______________________________________________</w:t>
      </w:r>
    </w:p>
    <w:p>
      <w:r>
        <w:rPr>
          <w:b w:val="0"/>
          <w:sz w:val="20"/>
        </w:rPr>
        <w:t>Phone Number (Secondary): _____________________________________________</w:t>
      </w:r>
    </w:p>
    <w:p>
      <w:r>
        <w:rPr>
          <w:b w:val="0"/>
          <w:sz w:val="20"/>
        </w:rPr>
        <w:t>Email Address: ________________________________________________________</w:t>
      </w:r>
    </w:p>
    <w:p>
      <w:r>
        <w:rPr>
          <w:b w:val="0"/>
          <w:sz w:val="20"/>
        </w:rPr>
        <w:t>Employer Name: ________________________________________________________</w:t>
      </w:r>
    </w:p>
    <w:p>
      <w:r>
        <w:rPr>
          <w:b w:val="0"/>
          <w:sz w:val="20"/>
        </w:rPr>
        <w:t>Employer Address: _____________________________________________________</w:t>
      </w:r>
    </w:p>
    <w:p>
      <w:r>
        <w:rPr>
          <w:b w:val="0"/>
          <w:sz w:val="20"/>
        </w:rPr>
        <w:t>Employer Phone Number: ________________________________________________</w:t>
      </w:r>
    </w:p>
    <w:p/>
    <w:p>
      <w:r>
        <w:rPr>
          <w:b/>
          <w:sz w:val="22"/>
        </w:rPr>
        <w:t>Emergency Contacts (other than parents/guardians)</w:t>
      </w:r>
    </w:p>
    <w:p>
      <w:r>
        <w:rPr>
          <w:b w:val="0"/>
          <w:sz w:val="20"/>
        </w:rPr>
        <w:t>Contact 1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Relationship to Child: 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Alternate Phone Number: _______________________________________________</w:t>
      </w:r>
    </w:p>
    <w:p/>
    <w:p>
      <w:r>
        <w:rPr>
          <w:b w:val="0"/>
          <w:sz w:val="20"/>
        </w:rPr>
        <w:t>Contact 2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Relationship to Child: 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Alternate Phone Number: _______________________________________________</w:t>
      </w:r>
    </w:p>
    <w:p/>
    <w:p>
      <w:r>
        <w:rPr>
          <w:b/>
          <w:sz w:val="22"/>
        </w:rPr>
        <w:t>Medical Information</w:t>
      </w:r>
    </w:p>
    <w:p>
      <w:r>
        <w:rPr>
          <w:b w:val="0"/>
          <w:sz w:val="20"/>
        </w:rPr>
        <w:t>Physician’s Name: _____________________________________________________</w:t>
      </w:r>
    </w:p>
    <w:p>
      <w:r>
        <w:rPr>
          <w:b w:val="0"/>
          <w:sz w:val="20"/>
        </w:rPr>
        <w:t>Physician’s Phone Number: _____________________________________________</w:t>
      </w:r>
    </w:p>
    <w:p>
      <w:r>
        <w:rPr>
          <w:b w:val="0"/>
          <w:sz w:val="20"/>
        </w:rPr>
        <w:t>Preferred Hospital: ____________________________________________________</w:t>
      </w:r>
    </w:p>
    <w:p>
      <w:r>
        <w:rPr>
          <w:b w:val="0"/>
          <w:sz w:val="20"/>
        </w:rPr>
        <w:t>Health Insurance Provider: _____________________________________________</w:t>
      </w:r>
    </w:p>
    <w:p>
      <w:r>
        <w:rPr>
          <w:b w:val="0"/>
          <w:sz w:val="20"/>
        </w:rPr>
        <w:t>Policy Number: ________________________________________________________</w:t>
      </w:r>
    </w:p>
    <w:p>
      <w:r>
        <w:rPr>
          <w:b w:val="0"/>
          <w:sz w:val="20"/>
        </w:rPr>
        <w:t>Allergies (food, medicine, environment): ________________________________</w:t>
      </w:r>
    </w:p>
    <w:p>
      <w:r>
        <w:rPr>
          <w:b w:val="0"/>
          <w:sz w:val="20"/>
        </w:rPr>
        <w:t>Medications: __________________________________________________________</w:t>
      </w:r>
    </w:p>
    <w:p>
      <w:r>
        <w:rPr>
          <w:b w:val="0"/>
          <w:sz w:val="20"/>
        </w:rPr>
        <w:t>Special Medical Conditions or Needs: ___________________________________</w:t>
      </w:r>
    </w:p>
    <w:p>
      <w:r>
        <w:rPr>
          <w:b w:val="0"/>
          <w:sz w:val="20"/>
        </w:rPr>
        <w:t>Dietary Restrictions: _________________________________________________</w:t>
      </w:r>
    </w:p>
    <w:p/>
    <w:p>
      <w:r>
        <w:rPr>
          <w:b/>
          <w:sz w:val="22"/>
        </w:rPr>
        <w:t>Authorized Pick-Up Persons</w:t>
      </w:r>
    </w:p>
    <w:p>
      <w:r>
        <w:rPr>
          <w:b w:val="0"/>
          <w:sz w:val="20"/>
        </w:rPr>
        <w:t>Please list all individuals authorized to pick up your child (other than parents/guardians). IDs will be checked upon pick-up.</w:t>
      </w:r>
    </w:p>
    <w:p>
      <w:r>
        <w:rPr>
          <w:b w:val="0"/>
          <w:sz w:val="20"/>
        </w:rPr>
        <w:t>Name 1: ______________________________________________________________</w:t>
      </w:r>
    </w:p>
    <w:p>
      <w:r>
        <w:rPr>
          <w:b w:val="0"/>
          <w:sz w:val="20"/>
        </w:rPr>
        <w:t>Relationship: 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</w:t>
      </w:r>
    </w:p>
    <w:p/>
    <w:p>
      <w:r>
        <w:rPr>
          <w:b w:val="0"/>
          <w:sz w:val="20"/>
        </w:rPr>
        <w:t>Name 2: ______________________________________________________________</w:t>
      </w:r>
    </w:p>
    <w:p>
      <w:r>
        <w:rPr>
          <w:b w:val="0"/>
          <w:sz w:val="20"/>
        </w:rPr>
        <w:t>Relationship: 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</w:t>
      </w:r>
    </w:p>
    <w:p/>
    <w:p>
      <w:r>
        <w:rPr>
          <w:b w:val="0"/>
          <w:sz w:val="20"/>
        </w:rPr>
        <w:t>Name 3: ______________________________________________________________</w:t>
      </w:r>
    </w:p>
    <w:p>
      <w:r>
        <w:rPr>
          <w:b w:val="0"/>
          <w:sz w:val="20"/>
        </w:rPr>
        <w:t>Relationship: 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</w:t>
      </w:r>
    </w:p>
    <w:p/>
    <w:p>
      <w:r>
        <w:rPr>
          <w:b w:val="0"/>
          <w:sz w:val="20"/>
        </w:rPr>
        <w:t>Name 4: ______________________________________________________________</w:t>
      </w:r>
    </w:p>
    <w:p>
      <w:r>
        <w:rPr>
          <w:b w:val="0"/>
          <w:sz w:val="20"/>
        </w:rPr>
        <w:t>Relationship: 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</w:t>
      </w:r>
    </w:p>
    <w:p/>
    <w:p>
      <w:r>
        <w:rPr>
          <w:b/>
          <w:sz w:val="22"/>
        </w:rPr>
        <w:t>Attendance and Schedule</w:t>
      </w:r>
    </w:p>
    <w:p>
      <w:r>
        <w:rPr>
          <w:b w:val="0"/>
          <w:sz w:val="20"/>
        </w:rPr>
        <w:t>Requested Start Date (MM/DD/YYYY): ___________________________________</w:t>
      </w:r>
    </w:p>
    <w:p>
      <w:r>
        <w:rPr>
          <w:b w:val="0"/>
          <w:sz w:val="20"/>
        </w:rPr>
        <w:t>Days Attending (check all that apply):</w:t>
      </w:r>
    </w:p>
    <w:p>
      <w:r>
        <w:rPr>
          <w:sz w:val="20"/>
        </w:rPr>
        <w:t xml:space="preserve">  ☐ Monday    ☐ Tuesday    ☐ Wednesday    ☐ Thursday    ☐ Friday</w:t>
      </w:r>
    </w:p>
    <w:p>
      <w:r>
        <w:rPr>
          <w:b w:val="0"/>
          <w:sz w:val="20"/>
        </w:rPr>
        <w:t>Hours Attending (e.g., 8:00 AM – 5:00 PM): _____________________________</w:t>
      </w:r>
    </w:p>
    <w:p/>
    <w:p>
      <w:r>
        <w:rPr>
          <w:b/>
          <w:sz w:val="22"/>
        </w:rPr>
        <w:t>Fees and Payment</w:t>
      </w:r>
    </w:p>
    <w:p>
      <w:r>
        <w:rPr>
          <w:b w:val="0"/>
          <w:sz w:val="20"/>
        </w:rPr>
        <w:t>I acknowledge that I have received and read the Daycare Fee Schedule and agree to pay all fees in a timely manner as outlined.</w:t>
      </w:r>
    </w:p>
    <w:p>
      <w:r>
        <w:rPr>
          <w:b w:val="0"/>
          <w:sz w:val="20"/>
        </w:rPr>
        <w:t>Payment Method (check one): ☐ Check ☐ Credit Card ☐ Bank Transfer ☐ Other: ______________</w:t>
      </w:r>
    </w:p>
    <w:p/>
    <w:p>
      <w:r>
        <w:rPr>
          <w:b/>
          <w:sz w:val="22"/>
        </w:rPr>
        <w:t>Policies and Agreements</w:t>
      </w:r>
    </w:p>
    <w:p>
      <w:r>
        <w:rPr>
          <w:b w:val="0"/>
          <w:sz w:val="20"/>
        </w:rPr>
        <w:t>1. I agree to abide by all policies and procedures of the daycare center as provided in the Parent Handbook.</w:t>
      </w:r>
    </w:p>
    <w:p>
      <w:r>
        <w:rPr>
          <w:b w:val="0"/>
          <w:sz w:val="20"/>
        </w:rPr>
        <w:t>2. I authorize the daycare staff to seek emergency medical treatment for my child if I cannot be reached immediately.</w:t>
      </w:r>
    </w:p>
    <w:p>
      <w:r>
        <w:rPr>
          <w:b w:val="0"/>
          <w:sz w:val="20"/>
        </w:rPr>
        <w:t>3. I acknowledge that daycare is not responsible for lost or stolen personal items.</w:t>
      </w:r>
    </w:p>
    <w:p>
      <w:r>
        <w:rPr>
          <w:b w:val="0"/>
          <w:sz w:val="20"/>
        </w:rPr>
        <w:t>4. I agree to provide updated immunization records and notify the daycare of any contagious diseases or conditions.</w:t>
      </w:r>
    </w:p>
    <w:p>
      <w:r>
        <w:rPr>
          <w:b w:val="0"/>
          <w:sz w:val="20"/>
        </w:rPr>
        <w:t>5. I understand that enrollment may be terminated for failure to comply with policies or non-payment of fees.</w:t>
      </w:r>
    </w:p>
    <w:p>
      <w:r>
        <w:rPr>
          <w:b w:val="0"/>
          <w:sz w:val="20"/>
        </w:rPr>
        <w:t>6. I grant permission for my child to participate in all daycare activities, including field trips supervised by daycare staff.</w:t>
      </w:r>
    </w:p>
    <w:p>
      <w:r>
        <w:rPr>
          <w:b w:val="0"/>
          <w:sz w:val="20"/>
        </w:rPr>
        <w:t>7. I understand that my child's photo or video may be taken for daycare-related purposes unless I provide written objection.</w:t>
      </w:r>
    </w:p>
    <w:p/>
    <w:p>
      <w:r>
        <w:rPr>
          <w:b/>
          <w:sz w:val="22"/>
        </w:rPr>
        <w:t>Immunizations</w:t>
      </w:r>
    </w:p>
    <w:p>
      <w:r>
        <w:rPr>
          <w:b w:val="0"/>
          <w:sz w:val="20"/>
        </w:rPr>
        <w:t>I certify that my child’s immunizations are up to date and will provide current immunization records to the daycare.</w:t>
      </w:r>
    </w:p>
    <w:p>
      <w:r>
        <w:rPr>
          <w:b w:val="0"/>
          <w:sz w:val="20"/>
        </w:rPr>
        <w:t>If exempted, please provide a valid exemption form in accordance with state law.</w:t>
      </w:r>
    </w:p>
    <w:p/>
    <w:p>
      <w:r>
        <w:rPr>
          <w:b/>
          <w:sz w:val="22"/>
        </w:rPr>
        <w:t>Consent and Signature</w:t>
      </w:r>
    </w:p>
    <w:p>
      <w:r>
        <w:rPr>
          <w:b w:val="0"/>
          <w:sz w:val="20"/>
        </w:rPr>
        <w:t>By signing below, I certify that all information provided in this application is true and accurate to the best of my knowledge. I understand and agree to the terms and conditions stated above.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Parent/Guardian 1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Parent/Guardian 2 Signature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https://form247-us.com/daycare-application-form/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https://form247-us.com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form247-us.com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orm247-us.com/daycare-application-form/" TargetMode="External"/><Relationship Id="rId10" Type="http://schemas.openxmlformats.org/officeDocument/2006/relationships/hyperlink" Target="https://form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