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CUSTOMER SERVICE REQUEST FORM</w:t>
      </w:r>
    </w:p>
    <w:p/>
    <w:p>
      <w:r>
        <w:rPr>
          <w:b/>
          <w:sz w:val="20"/>
        </w:rPr>
        <w:t>Customer Information:</w:t>
      </w:r>
    </w:p>
    <w:p>
      <w:r>
        <w:rPr>
          <w:b w:val="0"/>
          <w:sz w:val="20"/>
        </w:rPr>
        <w:t>Full Name: ________________________________________________________________</w:t>
      </w:r>
    </w:p>
    <w:p>
      <w:r>
        <w:rPr>
          <w:b w:val="0"/>
          <w:sz w:val="20"/>
        </w:rPr>
        <w:t>Account Number (if applicable): _____________________________________________</w:t>
      </w:r>
    </w:p>
    <w:p>
      <w:r>
        <w:rPr>
          <w:b w:val="0"/>
          <w:sz w:val="20"/>
        </w:rPr>
        <w:t>Email Address: _____________________________________________________________</w:t>
      </w:r>
    </w:p>
    <w:p>
      <w:r>
        <w:rPr>
          <w:b w:val="0"/>
          <w:sz w:val="20"/>
        </w:rPr>
        <w:t>Phone Number: _____________________________________________________________</w:t>
      </w:r>
    </w:p>
    <w:p>
      <w:r>
        <w:rPr>
          <w:b w:val="0"/>
          <w:sz w:val="20"/>
        </w:rPr>
        <w:t>Mailing Address: ___________________________________________________________</w:t>
      </w:r>
    </w:p>
    <w:p>
      <w:r>
        <w:rPr>
          <w:b w:val="0"/>
          <w:sz w:val="20"/>
        </w:rPr>
        <w:t>City: ___________________________ State: __________ Zip Code: _____________</w:t>
      </w:r>
    </w:p>
    <w:p/>
    <w:p>
      <w:r>
        <w:rPr>
          <w:b/>
          <w:sz w:val="20"/>
        </w:rPr>
        <w:t>Product / Service Information:</w:t>
      </w:r>
    </w:p>
    <w:p>
      <w:r>
        <w:rPr>
          <w:b w:val="0"/>
          <w:sz w:val="20"/>
        </w:rPr>
        <w:t>Product/Service Name: _____________________________________________________</w:t>
      </w:r>
    </w:p>
    <w:p>
      <w:r>
        <w:rPr>
          <w:b w:val="0"/>
          <w:sz w:val="20"/>
        </w:rPr>
        <w:t>Model Number / SKU: _______________________________________________________</w:t>
      </w:r>
    </w:p>
    <w:p>
      <w:r>
        <w:rPr>
          <w:b w:val="0"/>
          <w:sz w:val="20"/>
        </w:rPr>
        <w:t>Date of Purchase: _________________________________________________________</w:t>
      </w:r>
    </w:p>
    <w:p>
      <w:r>
        <w:rPr>
          <w:b w:val="0"/>
          <w:sz w:val="20"/>
        </w:rPr>
        <w:t>Place of Purchase: ________________________________________________________</w:t>
      </w:r>
    </w:p>
    <w:p>
      <w:r>
        <w:rPr>
          <w:b w:val="0"/>
          <w:sz w:val="20"/>
        </w:rPr>
        <w:t>Serial Number (if applicable): ______________________________________________</w:t>
      </w:r>
    </w:p>
    <w:p/>
    <w:p>
      <w:r>
        <w:rPr>
          <w:b/>
          <w:sz w:val="20"/>
        </w:rPr>
        <w:t>Request Details:</w:t>
      </w:r>
    </w:p>
    <w:p>
      <w:r>
        <w:rPr>
          <w:b w:val="0"/>
          <w:sz w:val="20"/>
        </w:rPr>
        <w:t>Type of Request (e.g., Repair, Refund, Replacement, Inquiry): ________________</w:t>
      </w:r>
    </w:p>
    <w:p>
      <w:r>
        <w:rPr>
          <w:b w:val="0"/>
          <w:sz w:val="20"/>
        </w:rPr>
        <w:t>Description of Issue or Request:</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Preferred Resolution: _____________________________________________________</w:t>
      </w:r>
    </w:p>
    <w:p/>
    <w:p>
      <w:r>
        <w:rPr>
          <w:b/>
          <w:sz w:val="20"/>
        </w:rPr>
        <w:t>Supporting Documentation Provided (check all that apply):</w:t>
      </w:r>
    </w:p>
    <w:p>
      <w:r>
        <w:rPr>
          <w:b w:val="0"/>
          <w:sz w:val="20"/>
        </w:rPr>
        <w:t>[  ] Purchase Receipt     [  ] Warranty Card     [  ] Photos or Videos</w:t>
      </w:r>
    </w:p>
    <w:p>
      <w:r>
        <w:rPr>
          <w:b w:val="0"/>
          <w:sz w:val="20"/>
        </w:rPr>
        <w:t>[  ] Previous Correspondence     [  ] Other: _______________________________</w:t>
      </w:r>
    </w:p>
    <w:p/>
    <w:p>
      <w:r>
        <w:rPr>
          <w:b/>
          <w:sz w:val="20"/>
        </w:rPr>
        <w:t>Authorization and Agreement:</w:t>
      </w:r>
    </w:p>
    <w:p>
      <w:r>
        <w:rPr>
          <w:b w:val="0"/>
          <w:sz w:val="20"/>
        </w:rPr>
        <w:t>I hereby certify that the information provided is accurate and complete to the best of my knowledge. I authorize the company to process this customer service request and to contact me regarding any additional information needed.</w:t>
      </w:r>
    </w:p>
    <w:p>
      <w:r>
        <w:rPr>
          <w:b w:val="0"/>
          <w:sz w:val="20"/>
        </w:rPr>
        <w:t>I understand that any warranty is subject to its terms and conditions as provided at the time of purchase, and that the company reserves the right to verify the validity of this request.</w:t>
      </w:r>
    </w:p>
    <w:p>
      <w:r>
        <w:rPr>
          <w:b w:val="0"/>
          <w:sz w:val="20"/>
        </w:rPr>
        <w:t>I acknowledge that resolution timelines may vary depending on the nature of the request and applicable policies.</w:t>
      </w:r>
    </w:p>
    <w:p/>
    <w:p>
      <w:r>
        <w:rPr>
          <w:b/>
          <w:sz w:val="20"/>
        </w:rPr>
        <w:t>Privacy Notice:</w:t>
      </w:r>
    </w:p>
    <w:p>
      <w:r>
        <w:rPr>
          <w:b w:val="0"/>
          <w:sz w:val="20"/>
        </w:rPr>
        <w:t>The information collected on this form will be used solely for the purpose of processing your customer service request and will be handled in accordance with applicable United States privacy laws. Your information will not be shared with unauthorized third parties.</w:t>
      </w:r>
    </w:p>
    <w:p/>
    <w:p>
      <w:r>
        <w:rPr>
          <w:b w:val="0"/>
          <w:sz w:val="20"/>
        </w:rPr>
        <w:t>Signature of Customer: ________________________________________________</w:t>
      </w:r>
    </w:p>
    <w:p>
      <w:r>
        <w:rPr>
          <w:b w:val="0"/>
          <w:sz w:val="20"/>
        </w:rPr>
        <w:t>Printed Name: _________________________________________________________</w:t>
      </w:r>
    </w:p>
    <w:p>
      <w:r>
        <w:rPr>
          <w:b w:val="0"/>
          <w:sz w:val="20"/>
        </w:rPr>
        <w:t>Date Signed: _________________________________________________________</w:t>
      </w:r>
    </w:p>
    <w:p/>
    <w:p/>
    <w:p>
      <w:pPr>
        <w:jc w:val="center"/>
      </w:pPr>
      <w:r>
        <w:rPr>
          <w:b/>
          <w:sz w:val="20"/>
        </w:rPr>
        <w:t>FOR COMPANY USE ONLY</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Received By:</w:t>
            </w:r>
          </w:p>
        </w:tc>
        <w:tc>
          <w:tcPr>
            <w:tcW w:type="dxa" w:w="4986"/>
            <w:tcBorders>
              <w:top w:val="nil"/>
              <w:left w:val="nil"/>
              <w:bottom w:val="nil"/>
              <w:right w:val="nil"/>
              <w:insideH w:val="nil"/>
              <w:insideV w:val="nil"/>
            </w:tcBorders>
          </w:tcPr>
          <w:p>
            <w:pPr>
              <w:jc w:val="left"/>
            </w:pPr>
            <w:r>
              <w:t>Date Received:</w:t>
            </w:r>
          </w:p>
        </w:tc>
      </w:tr>
      <w:tr>
        <w:tc>
          <w:tcPr>
            <w:tcW w:type="dxa" w:w="4986"/>
            <w:tcBorders>
              <w:top w:val="nil"/>
              <w:left w:val="nil"/>
              <w:bottom w:val="nil"/>
              <w:right w:val="nil"/>
              <w:insideH w:val="nil"/>
              <w:insideV w:val="nil"/>
            </w:tcBorders>
          </w:tcPr>
          <w:p>
            <w:pPr>
              <w:jc w:val="left"/>
            </w:pPr>
            <w:r>
              <w:t>________________________________________________________</w:t>
            </w:r>
          </w:p>
        </w:tc>
        <w:tc>
          <w:tcPr>
            <w:tcW w:type="dxa" w:w="4986"/>
            <w:tcBorders>
              <w:top w:val="nil"/>
              <w:left w:val="nil"/>
              <w:bottom w:val="nil"/>
              <w:right w:val="nil"/>
              <w:insideH w:val="nil"/>
              <w:insideV w:val="nil"/>
            </w:tcBorders>
          </w:tcPr>
          <w:p>
            <w:pPr>
              <w:jc w:val="left"/>
            </w:pPr>
            <w:r>
              <w:t>____________________</w:t>
            </w:r>
          </w:p>
        </w:tc>
      </w:tr>
      <w:tr>
        <w:tc>
          <w:tcPr>
            <w:tcW w:type="dxa" w:w="4986"/>
            <w:tcBorders>
              <w:top w:val="nil"/>
              <w:left w:val="nil"/>
              <w:bottom w:val="nil"/>
              <w:right w:val="nil"/>
              <w:insideH w:val="nil"/>
              <w:insideV w:val="nil"/>
            </w:tcBorders>
          </w:tcPr>
          <w:p>
            <w:pPr>
              <w:jc w:val="left"/>
            </w:pPr>
            <w:r>
              <w:t>Request Evaluated By:</w:t>
            </w:r>
          </w:p>
        </w:tc>
        <w:tc>
          <w:tcPr>
            <w:tcW w:type="dxa" w:w="4986"/>
            <w:tcBorders>
              <w:top w:val="nil"/>
              <w:left w:val="nil"/>
              <w:bottom w:val="nil"/>
              <w:right w:val="nil"/>
              <w:insideH w:val="nil"/>
              <w:insideV w:val="nil"/>
            </w:tcBorders>
          </w:tcPr>
          <w:p>
            <w:pPr>
              <w:jc w:val="left"/>
            </w:pPr>
            <w:r>
              <w:t>Evaluation Date:</w:t>
            </w:r>
          </w:p>
        </w:tc>
      </w:tr>
      <w:tr>
        <w:tc>
          <w:tcPr>
            <w:tcW w:type="dxa" w:w="4986"/>
            <w:tcBorders>
              <w:top w:val="nil"/>
              <w:left w:val="nil"/>
              <w:bottom w:val="nil"/>
              <w:right w:val="nil"/>
              <w:insideH w:val="nil"/>
              <w:insideV w:val="nil"/>
            </w:tcBorders>
          </w:tcPr>
          <w:p>
            <w:pPr>
              <w:jc w:val="left"/>
            </w:pPr>
            <w:r>
              <w:t>________________________________________________________</w:t>
            </w:r>
          </w:p>
        </w:tc>
        <w:tc>
          <w:tcPr>
            <w:tcW w:type="dxa" w:w="4986"/>
            <w:tcBorders>
              <w:top w:val="nil"/>
              <w:left w:val="nil"/>
              <w:bottom w:val="nil"/>
              <w:right w:val="nil"/>
              <w:insideH w:val="nil"/>
              <w:insideV w:val="nil"/>
            </w:tcBorders>
          </w:tcPr>
          <w:p>
            <w:pPr>
              <w:jc w:val="left"/>
            </w:pPr>
            <w:r>
              <w:t>____________________</w:t>
            </w:r>
          </w:p>
        </w:tc>
      </w:tr>
      <w:tr>
        <w:tc>
          <w:tcPr>
            <w:tcW w:type="dxa" w:w="4986"/>
            <w:tcBorders>
              <w:top w:val="nil"/>
              <w:left w:val="nil"/>
              <w:bottom w:val="nil"/>
              <w:right w:val="nil"/>
              <w:insideH w:val="nil"/>
              <w:insideV w:val="nil"/>
            </w:tcBorders>
          </w:tcPr>
          <w:p>
            <w:pPr>
              <w:jc w:val="left"/>
            </w:pPr>
            <w:r>
              <w:t>Action Taken:</w:t>
            </w:r>
          </w:p>
        </w:tc>
        <w:tc>
          <w:tcPr>
            <w:tcW w:type="dxa" w:w="4986"/>
            <w:tcBorders>
              <w:top w:val="nil"/>
              <w:left w:val="nil"/>
              <w:bottom w:val="nil"/>
              <w:right w:val="nil"/>
              <w:insideH w:val="nil"/>
              <w:insideV w:val="nil"/>
            </w:tcBorders>
          </w:tcPr>
          <w:p>
            <w:pPr>
              <w:jc w:val="left"/>
            </w:pPr>
            <w:r>
              <w:t>Follow-up Date:</w:t>
            </w:r>
          </w:p>
        </w:tc>
      </w:tr>
      <w:tr>
        <w:tc>
          <w:tcPr>
            <w:tcW w:type="dxa" w:w="4986"/>
            <w:tcBorders>
              <w:top w:val="nil"/>
              <w:left w:val="nil"/>
              <w:bottom w:val="nil"/>
              <w:right w:val="nil"/>
              <w:insideH w:val="nil"/>
              <w:insideV w:val="nil"/>
            </w:tcBorders>
          </w:tcPr>
          <w:p>
            <w:pPr>
              <w:jc w:val="left"/>
            </w:pPr>
            <w:r>
              <w:t>________________________________________________________</w:t>
            </w:r>
          </w:p>
        </w:tc>
        <w:tc>
          <w:tcPr>
            <w:tcW w:type="dxa" w:w="4986"/>
            <w:tcBorders>
              <w:top w:val="nil"/>
              <w:left w:val="nil"/>
              <w:bottom w:val="nil"/>
              <w:right w:val="nil"/>
              <w:insideH w:val="nil"/>
              <w:insideV w:val="nil"/>
            </w:tcBorders>
          </w:tcPr>
          <w:p>
            <w:pPr>
              <w:jc w:val="left"/>
            </w:pPr>
            <w:r>
              <w:t>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https://form247-us.com/customer-service-form/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customer-servic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