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CUSTOMER INFORMATION UPDATE FORM</w:t>
      </w:r>
    </w:p>
    <w:p/>
    <w:p/>
    <w:p>
      <w:r>
        <w:rPr>
          <w:b w:val="0"/>
          <w:sz w:val="20"/>
        </w:rPr>
        <w:t>Please complete this form to update your personal information in our records. Accurate and up-to-date information is essential to ensure proper communication and service delivery.</w:t>
      </w:r>
    </w:p>
    <w:p/>
    <w:p/>
    <w:p>
      <w:r>
        <w:rPr>
          <w:b/>
          <w:sz w:val="20"/>
        </w:rPr>
        <w:t>1. Customer Identification</w:t>
      </w:r>
    </w:p>
    <w:p>
      <w:r>
        <w:rPr>
          <w:b w:val="0"/>
          <w:sz w:val="20"/>
        </w:rPr>
        <w:t>Full Legal Name: ________________________________________________________________</w:t>
      </w:r>
    </w:p>
    <w:p>
      <w:r>
        <w:rPr>
          <w:b w:val="0"/>
          <w:sz w:val="20"/>
        </w:rPr>
        <w:t>Customer ID Number (if known): ____________________________________________________</w:t>
      </w:r>
    </w:p>
    <w:p>
      <w:r>
        <w:rPr>
          <w:b w:val="0"/>
          <w:sz w:val="20"/>
        </w:rPr>
        <w:t>Date of Birth: __________________________________________________________________</w:t>
      </w:r>
    </w:p>
    <w:p>
      <w:r>
        <w:rPr>
          <w:b w:val="0"/>
          <w:sz w:val="20"/>
        </w:rPr>
        <w:t>Social Security Number (last 4 digits): ___________________________________________</w:t>
      </w:r>
    </w:p>
    <w:p/>
    <w:p>
      <w:r>
        <w:rPr>
          <w:b/>
          <w:sz w:val="20"/>
        </w:rPr>
        <w:t>2. Contact Information</w:t>
      </w:r>
    </w:p>
    <w:p>
      <w:r>
        <w:rPr>
          <w:b w:val="0"/>
          <w:sz w:val="20"/>
        </w:rPr>
        <w:t>Primary Phone Number: ____________________________________________________________</w:t>
      </w:r>
    </w:p>
    <w:p>
      <w:r>
        <w:rPr>
          <w:b w:val="0"/>
          <w:sz w:val="20"/>
        </w:rPr>
        <w:t>Secondary Phone Number: __________________________________________________________</w:t>
      </w:r>
    </w:p>
    <w:p>
      <w:r>
        <w:rPr>
          <w:b w:val="0"/>
          <w:sz w:val="20"/>
        </w:rPr>
        <w:t>Email Address: _________________________________________________________________</w:t>
      </w:r>
    </w:p>
    <w:p>
      <w:r>
        <w:rPr>
          <w:b w:val="0"/>
          <w:sz w:val="20"/>
        </w:rPr>
        <w:t>Preferred Method of Contact (Phone / Email / Mail): ________________________________</w:t>
      </w:r>
    </w:p>
    <w:p/>
    <w:p>
      <w:r>
        <w:rPr>
          <w:b/>
          <w:sz w:val="20"/>
        </w:rPr>
        <w:t>3. Address Update</w:t>
      </w:r>
    </w:p>
    <w:p>
      <w:r>
        <w:rPr>
          <w:b w:val="0"/>
          <w:sz w:val="20"/>
        </w:rPr>
        <w:t>Current Address</w:t>
      </w:r>
    </w:p>
    <w:p>
      <w:r>
        <w:rPr>
          <w:b w:val="0"/>
          <w:sz w:val="20"/>
        </w:rPr>
        <w:t>Street Address: _________________________________________________________________</w:t>
      </w:r>
    </w:p>
    <w:p>
      <w:r>
        <w:rPr>
          <w:b w:val="0"/>
          <w:sz w:val="20"/>
        </w:rPr>
        <w:t>City: __________________________________ State: _______________ ZIP Code: ________</w:t>
      </w:r>
    </w:p>
    <w:p>
      <w:r>
        <w:rPr>
          <w:b w:val="0"/>
          <w:sz w:val="20"/>
        </w:rPr>
        <w:t>Country: _______________________________________________________________________</w:t>
      </w:r>
    </w:p>
    <w:p/>
    <w:p>
      <w:r>
        <w:rPr>
          <w:b w:val="0"/>
          <w:sz w:val="20"/>
        </w:rPr>
        <w:t>New Address (if applicable)</w:t>
      </w:r>
    </w:p>
    <w:p>
      <w:r>
        <w:rPr>
          <w:b w:val="0"/>
          <w:sz w:val="20"/>
        </w:rPr>
        <w:t>Street Address: _________________________________________________________________</w:t>
      </w:r>
    </w:p>
    <w:p>
      <w:r>
        <w:rPr>
          <w:b w:val="0"/>
          <w:sz w:val="20"/>
        </w:rPr>
        <w:t>City: __________________________________ State: _______________ ZIP Code: ________</w:t>
      </w:r>
    </w:p>
    <w:p>
      <w:r>
        <w:rPr>
          <w:b w:val="0"/>
          <w:sz w:val="20"/>
        </w:rPr>
        <w:t>Country: _______________________________________________________________________</w:t>
      </w:r>
    </w:p>
    <w:p/>
    <w:p>
      <w:r>
        <w:rPr>
          <w:b/>
          <w:sz w:val="20"/>
        </w:rPr>
        <w:t>4. Employment Information</w:t>
      </w:r>
    </w:p>
    <w:p>
      <w:r>
        <w:rPr>
          <w:b w:val="0"/>
          <w:sz w:val="20"/>
        </w:rPr>
        <w:t>Current Employer: _______________________________________________________________</w:t>
      </w:r>
    </w:p>
    <w:p>
      <w:r>
        <w:rPr>
          <w:b w:val="0"/>
          <w:sz w:val="20"/>
        </w:rPr>
        <w:t>Employer Address: _______________________________________________________________</w:t>
      </w:r>
    </w:p>
    <w:p>
      <w:r>
        <w:rPr>
          <w:b w:val="0"/>
          <w:sz w:val="20"/>
        </w:rPr>
        <w:t>City: __________________________________ State: _______________ ZIP Code: ________</w:t>
      </w:r>
    </w:p>
    <w:p>
      <w:r>
        <w:rPr>
          <w:b w:val="0"/>
          <w:sz w:val="20"/>
        </w:rPr>
        <w:t>Work Phone Number: ______________________________________________________________</w:t>
      </w:r>
    </w:p>
    <w:p/>
    <w:p>
      <w:r>
        <w:rPr>
          <w:b/>
          <w:sz w:val="20"/>
        </w:rPr>
        <w:t>5. Emergency Contact</w:t>
      </w:r>
    </w:p>
    <w:p>
      <w:r>
        <w:rPr>
          <w:b w:val="0"/>
          <w:sz w:val="20"/>
        </w:rPr>
        <w:t>Full Name: _____________________________________________________________________</w:t>
      </w:r>
    </w:p>
    <w:p>
      <w:r>
        <w:rPr>
          <w:b w:val="0"/>
          <w:sz w:val="20"/>
        </w:rPr>
        <w:t>Relationship: ___________________________________________________________________</w:t>
      </w:r>
    </w:p>
    <w:p>
      <w:r>
        <w:rPr>
          <w:b w:val="0"/>
          <w:sz w:val="20"/>
        </w:rPr>
        <w:t>Phone Number: __________________________________________________________________</w:t>
      </w:r>
    </w:p>
    <w:p>
      <w:r>
        <w:rPr>
          <w:b w:val="0"/>
          <w:sz w:val="20"/>
        </w:rPr>
        <w:t>Alternate Phone Number: __________________________________________________________</w:t>
      </w:r>
    </w:p>
    <w:p/>
    <w:p>
      <w:r>
        <w:rPr>
          <w:b/>
          <w:sz w:val="20"/>
        </w:rPr>
        <w:t>6. Consent and Certification</w:t>
      </w:r>
    </w:p>
    <w:p>
      <w:r>
        <w:rPr>
          <w:b w:val="0"/>
          <w:sz w:val="20"/>
        </w:rPr>
        <w:t>I hereby certify that the information provided on this form is true, complete, and accurate to the best of my knowledge. I understand that providing false information may result in termination of services or legal action. I authorize the company to update my records accordingly and to contact me for verification if necessary.</w:t>
      </w:r>
    </w:p>
    <w:p/>
    <w:p>
      <w:r>
        <w:rPr>
          <w:b/>
          <w:sz w:val="20"/>
        </w:rPr>
        <w:t>7. Signature</w:t>
      </w:r>
    </w:p>
    <w:p>
      <w:r>
        <w:rPr>
          <w:b w:val="0"/>
          <w:sz w:val="20"/>
        </w:rPr>
        <w:t>Please sign below to confirm your authorization of the information provided.</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Customer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Date: 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p>
        </w:tc>
      </w:tr>
    </w:tbl>
    <w:p/>
    <w:p/>
    <w:p>
      <w:r>
        <w:rPr>
          <w:b/>
          <w:sz w:val="20"/>
        </w:rPr>
        <w:t>8. For Office Use Only</w:t>
      </w:r>
    </w:p>
    <w:p>
      <w:r>
        <w:rPr>
          <w:b w:val="0"/>
          <w:sz w:val="20"/>
        </w:rPr>
        <w:t>Received By: ___________________________________________ Title: ____________________</w:t>
      </w:r>
    </w:p>
    <w:p>
      <w:r>
        <w:rPr>
          <w:b w:val="0"/>
          <w:sz w:val="20"/>
        </w:rPr>
        <w:t>Date Received: ________________________________________</w:t>
      </w:r>
    </w:p>
    <w:p>
      <w:r>
        <w:rPr>
          <w:b w:val="0"/>
          <w:sz w:val="20"/>
        </w:rPr>
        <w:t>Comments: _______________________________________________________________________</w:t>
      </w:r>
    </w:p>
    <w:p>
      <w:r>
        <w:rPr>
          <w:b w:val="0"/>
          <w:sz w:val="20"/>
        </w:rPr>
        <w:t>__________________________________________________________________________________</w:t>
      </w:r>
    </w:p>
    <w:p/>
    <w:p>
      <w:pPr>
        <w:jc w:val="center"/>
      </w:pPr>
      <w:r>
        <w:rPr>
          <w:sz w:val="16"/>
        </w:rPr>
        <w:t>This form and the information contained herein are subject to applicable United States federal and state privacy laws. Unauthorized use or disclosure of personal information is strictly prohibited and may be punishable by law.</w:t>
      </w:r>
    </w:p>
    <w:p>
      <w:r>
        <w:br w:type="page"/>
      </w:r>
    </w:p>
    <w:p>
      <w:pPr>
        <w:jc w:val="center"/>
      </w:pPr>
      <w:r>
        <w:rPr>
          <w:color w:val="555555"/>
          <w:sz w:val="24"/>
        </w:rPr>
        <w:t>Original source of this document:</w:t>
      </w:r>
    </w:p>
    <w:p>
      <w:pPr>
        <w:jc w:val="center"/>
      </w:pPr>
      <w:hyperlink r:id="rId9">
        <w:r>
          <w:rPr>
            <w:color w:val="0000FF"/>
            <w:u w:val="single"/>
          </w:rPr>
          <w:t>https://form247-us.com/customer-information-update-form/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customer-information-updat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