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CONSENT TO TREATMENT FORM</w:t>
      </w:r>
    </w:p>
    <w:p/>
    <w:p/>
    <w:p>
      <w:r>
        <w:rPr>
          <w:b w:val="0"/>
          <w:sz w:val="20"/>
        </w:rPr>
        <w:t>I, the undersigned, hereby give my voluntary consent to receive medical treatment and care from the healthcare provider(s) and facility named below. I understand that this consent applies to all treatments, procedures, and services deemed necessary or advisable by my healthcare provider(s).</w:t>
      </w:r>
    </w:p>
    <w:p/>
    <w:p>
      <w:r>
        <w:rPr>
          <w:b/>
          <w:sz w:val="20"/>
        </w:rPr>
        <w:t>Patient Information:</w:t>
      </w:r>
    </w:p>
    <w:p>
      <w:r>
        <w:rPr>
          <w:b w:val="0"/>
          <w:sz w:val="20"/>
        </w:rPr>
        <w:t>Full Name: ________________________________________________________________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Emergency Contact Name: _________________________________________________</w:t>
      </w:r>
    </w:p>
    <w:p>
      <w:r>
        <w:rPr>
          <w:b w:val="0"/>
          <w:sz w:val="20"/>
        </w:rPr>
        <w:t>Emergency Contact Phone: _________________________________________________</w:t>
      </w:r>
    </w:p>
    <w:p/>
    <w:p>
      <w:r>
        <w:rPr>
          <w:b/>
          <w:sz w:val="20"/>
        </w:rPr>
        <w:t>Healthcare Provider Information:</w:t>
      </w:r>
    </w:p>
    <w:p>
      <w:r>
        <w:rPr>
          <w:b w:val="0"/>
          <w:sz w:val="20"/>
        </w:rPr>
        <w:t>Provider Name: ___________________________________________________________</w:t>
      </w:r>
    </w:p>
    <w:p>
      <w:r>
        <w:rPr>
          <w:b w:val="0"/>
          <w:sz w:val="20"/>
        </w:rPr>
        <w:t>Facility Name: ___________________________________________________________</w:t>
      </w:r>
    </w:p>
    <w:p>
      <w:r>
        <w:rPr>
          <w:b w:val="0"/>
          <w:sz w:val="20"/>
        </w:rPr>
        <w:t>Facility Address: _________________________________________________________</w:t>
      </w:r>
    </w:p>
    <w:p>
      <w:r>
        <w:rPr>
          <w:b w:val="0"/>
          <w:sz w:val="20"/>
        </w:rPr>
        <w:t>Provider Phone Number: ___________________________________________________</w:t>
      </w:r>
    </w:p>
    <w:p/>
    <w:p>
      <w:r>
        <w:rPr>
          <w:b/>
          <w:sz w:val="20"/>
        </w:rPr>
        <w:t>Description of Treatment:</w:t>
      </w:r>
    </w:p>
    <w:p>
      <w:r>
        <w:rPr>
          <w:b w:val="0"/>
          <w:sz w:val="20"/>
        </w:rPr>
        <w:t>I understand that the nature and purpose of the treatment(s) or procedure(s) to be performed include, but are not limited to, the following:</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I have had the opportunity to ask questions and have received satisfactory answers regarding my condition, the treatment(s), procedures, risks, benefits, and alternatives (including the option of no treatment).</w:t>
      </w:r>
    </w:p>
    <w:p/>
    <w:p>
      <w:r>
        <w:rPr>
          <w:b/>
          <w:sz w:val="20"/>
        </w:rPr>
        <w:t>Risks and Benefits:</w:t>
      </w:r>
    </w:p>
    <w:p>
      <w:r>
        <w:rPr>
          <w:b w:val="0"/>
          <w:sz w:val="20"/>
        </w:rPr>
        <w:t>I acknowledge that I have been informed of the potential risks, complications, and side effects associated with the proposed treatment(s), which may include but are not limited to:</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I understand the expected benefits of the treatment(s), but also acknowledge that no guarantees or promises have been made regarding the outcome.</w:t>
      </w:r>
    </w:p>
    <w:p/>
    <w:p>
      <w:r>
        <w:rPr>
          <w:b/>
          <w:sz w:val="20"/>
        </w:rPr>
        <w:t>Voluntary Consent:</w:t>
      </w:r>
    </w:p>
    <w:p>
      <w:r>
        <w:rPr>
          <w:b w:val="0"/>
          <w:sz w:val="20"/>
        </w:rPr>
        <w:t>I understand that I have the right to refuse or discontinue treatment at any time. I have been informed that refusing or discontinuing treatment may result in worsening of my condition or other consequences.</w:t>
      </w:r>
    </w:p>
    <w:p>
      <w:r>
        <w:rPr>
          <w:b w:val="0"/>
          <w:sz w:val="20"/>
        </w:rPr>
        <w:t>I confirm that I am providing this consent voluntarily and without coercion or pressure.</w:t>
      </w:r>
    </w:p>
    <w:p/>
    <w:p>
      <w:r>
        <w:rPr>
          <w:b/>
          <w:sz w:val="20"/>
        </w:rPr>
        <w:t>Confidentiality:</w:t>
      </w:r>
    </w:p>
    <w:p>
      <w:r>
        <w:rPr>
          <w:b w:val="0"/>
          <w:sz w:val="20"/>
        </w:rPr>
        <w:t>I understand that my medical information will be kept confidential in accordance with applicable laws, including the Health Insurance Portability and Accountability Act (HIPAA). My information will only be shared with those involved in my care or as required by law.</w:t>
      </w:r>
    </w:p>
    <w:p/>
    <w:p>
      <w:r>
        <w:rPr>
          <w:b/>
          <w:sz w:val="20"/>
        </w:rPr>
        <w:t>Authorization to Release/Obtain Information:</w:t>
      </w:r>
    </w:p>
    <w:p>
      <w:r>
        <w:rPr>
          <w:b w:val="0"/>
          <w:sz w:val="20"/>
        </w:rPr>
        <w:t>I authorize the healthcare provider and facility to obtain and release my medical records and information as necessary for my diagnosis, treatment, billing, and healthcare operations.</w:t>
      </w:r>
    </w:p>
    <w:p/>
    <w:p>
      <w:r>
        <w:rPr>
          <w:b/>
          <w:sz w:val="20"/>
        </w:rPr>
        <w:t>Consent for Minor or Legal Guardian:</w:t>
      </w:r>
    </w:p>
    <w:p>
      <w:r>
        <w:rPr>
          <w:b w:val="0"/>
          <w:sz w:val="20"/>
        </w:rPr>
        <w:t>If the patient is a minor or legally incapacitated, consent must be provided by a parent or legal guardian. By signing below, I attest that I am authorized to provide consent on behalf of the patient and that all information provided is truthful and complete.</w:t>
      </w:r>
    </w:p>
    <w:p/>
    <w:p>
      <w:r>
        <w:rPr>
          <w:b/>
          <w:sz w:val="20"/>
        </w:rPr>
        <w:t>Acknowledgment of Understanding:</w:t>
      </w:r>
    </w:p>
    <w:p>
      <w:r>
        <w:rPr>
          <w:b w:val="0"/>
          <w:sz w:val="20"/>
        </w:rPr>
        <w:t>I acknowledge that I have read and fully understand this Consent to Treatment Form. I have had the opportunity to ask questions which have been answered to my satisfaction. I understand the information provided to me and voluntarily agree to proceed with the treatment.</w:t>
      </w:r>
    </w:p>
    <w:p/>
    <w:p/>
    <w:p>
      <w:r>
        <w:rPr>
          <w:b w:val="0"/>
          <w:sz w:val="20"/>
        </w:rPr>
        <w:t>Place: ____________________________________________________________</w:t>
      </w:r>
    </w:p>
    <w:p>
      <w:r>
        <w:rPr>
          <w:b w:val="0"/>
          <w:sz w:val="20"/>
        </w:rPr>
        <w:t>Date: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 AUTHORIZED PERSON</w:t>
            </w:r>
          </w:p>
        </w:tc>
        <w:tc>
          <w:tcPr>
            <w:tcW w:type="dxa" w:w="4986"/>
            <w:tcBorders>
              <w:top w:val="nil"/>
              <w:left w:val="nil"/>
              <w:bottom w:val="nil"/>
              <w:right w:val="nil"/>
              <w:insideH w:val="nil"/>
              <w:insideV w:val="nil"/>
            </w:tcBorders>
          </w:tcPr>
          <w:p>
            <w:pPr>
              <w:jc w:val="center"/>
            </w:pPr>
            <w:r>
              <w:t>HEALTHCARE PROVIDER / WITNESS</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br/>
              <w:t>Relationship if not patient: ________________</w:t>
            </w:r>
          </w:p>
        </w:tc>
        <w:tc>
          <w:tcPr>
            <w:tcW w:type="dxa" w:w="4986"/>
            <w:tcBorders>
              <w:top w:val="nil"/>
              <w:left w:val="nil"/>
              <w:bottom w:val="nil"/>
              <w:right w:val="nil"/>
              <w:insideH w:val="nil"/>
              <w:insideV w:val="nil"/>
            </w:tcBorders>
          </w:tcPr>
          <w:p>
            <w:pPr>
              <w:jc w:val="center"/>
            </w:pPr>
            <w:r>
              <w:t>Printed Name: _____________________________</w:t>
              <w:br/>
              <w:t>Title/Role: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https://form247-us.com/consent-to-treatment-form/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consent-to-treatmen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