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CLUB MEMBERSHIP APPLICATION FORM</w:t>
      </w:r>
    </w:p>
    <w:p/>
    <w:p/>
    <w:p>
      <w:r>
        <w:rPr>
          <w:b/>
          <w:sz w:val="20"/>
        </w:rPr>
        <w:t>Personal Information</w:t>
      </w:r>
    </w:p>
    <w:p>
      <w:r>
        <w:rPr>
          <w:b w:val="0"/>
          <w:sz w:val="20"/>
        </w:rPr>
        <w:t>Full Name: ____________________________________________________________</w:t>
      </w:r>
    </w:p>
    <w:p>
      <w:r>
        <w:rPr>
          <w:b w:val="0"/>
          <w:sz w:val="20"/>
        </w:rPr>
        <w:t>Date of Birth (MM/DD/YYYY): ___________________________________________</w:t>
      </w:r>
    </w:p>
    <w:p>
      <w:r>
        <w:rPr>
          <w:b w:val="0"/>
          <w:sz w:val="20"/>
        </w:rPr>
        <w:t>Gender: ______________________________________________________________</w:t>
      </w:r>
    </w:p>
    <w:p>
      <w:r>
        <w:rPr>
          <w:b w:val="0"/>
          <w:sz w:val="20"/>
        </w:rPr>
        <w:t>Social Security Number (last 4 digits): ________________________________</w:t>
      </w:r>
    </w:p>
    <w:p>
      <w:r>
        <w:rPr>
          <w:b w:val="0"/>
          <w:sz w:val="20"/>
        </w:rPr>
        <w:t>Email Address: ________________________________________________________</w:t>
      </w:r>
    </w:p>
    <w:p>
      <w:r>
        <w:rPr>
          <w:b w:val="0"/>
          <w:sz w:val="20"/>
        </w:rPr>
        <w:t>Phone Number: _________________________________________________________</w:t>
      </w:r>
    </w:p>
    <w:p>
      <w:r>
        <w:rPr>
          <w:b w:val="0"/>
          <w:sz w:val="20"/>
        </w:rPr>
        <w:t>Residential Address:</w:t>
      </w:r>
    </w:p>
    <w:p>
      <w:r>
        <w:rPr>
          <w:b w:val="0"/>
          <w:sz w:val="20"/>
        </w:rPr>
        <w:t>Street: _______________________________________________________________</w:t>
      </w:r>
    </w:p>
    <w:p>
      <w:r>
        <w:rPr>
          <w:b w:val="0"/>
          <w:sz w:val="20"/>
        </w:rPr>
        <w:t>City: ____________________________ State: ___________ ZIP Code: _______</w:t>
      </w:r>
    </w:p>
    <w:p/>
    <w:p>
      <w:r>
        <w:rPr>
          <w:b/>
          <w:sz w:val="20"/>
        </w:rPr>
        <w:t>Emergency Contact Information</w:t>
      </w:r>
    </w:p>
    <w:p>
      <w:r>
        <w:rPr>
          <w:b w:val="0"/>
          <w:sz w:val="20"/>
        </w:rPr>
        <w:t>Full Name: ____________________________________________________________</w:t>
      </w:r>
    </w:p>
    <w:p>
      <w:r>
        <w:rPr>
          <w:b w:val="0"/>
          <w:sz w:val="20"/>
        </w:rPr>
        <w:t>Relationship: _________________________________________________________</w:t>
      </w:r>
    </w:p>
    <w:p>
      <w:r>
        <w:rPr>
          <w:b w:val="0"/>
          <w:sz w:val="20"/>
        </w:rPr>
        <w:t>Phone Number: _________________________________________________________</w:t>
      </w:r>
    </w:p>
    <w:p>
      <w:r>
        <w:rPr>
          <w:b w:val="0"/>
          <w:sz w:val="20"/>
        </w:rPr>
        <w:t>Alternate Phone Number: _______________________________________________</w:t>
      </w:r>
    </w:p>
    <w:p/>
    <w:p>
      <w:r>
        <w:rPr>
          <w:b/>
          <w:sz w:val="20"/>
        </w:rPr>
        <w:t>Membership Details</w:t>
      </w:r>
    </w:p>
    <w:p>
      <w:r>
        <w:rPr>
          <w:b w:val="0"/>
          <w:sz w:val="20"/>
        </w:rPr>
        <w:t>Type of Membership (check one):</w:t>
      </w:r>
    </w:p>
    <w:p>
      <w:r>
        <w:rPr>
          <w:b w:val="0"/>
          <w:sz w:val="20"/>
        </w:rPr>
        <w:t xml:space="preserve">  ☐ Individual Membership</w:t>
      </w:r>
    </w:p>
    <w:p>
      <w:r>
        <w:rPr>
          <w:b w:val="0"/>
          <w:sz w:val="20"/>
        </w:rPr>
        <w:t xml:space="preserve">  ☐ Family Membership</w:t>
      </w:r>
    </w:p>
    <w:p>
      <w:r>
        <w:rPr>
          <w:b w:val="0"/>
          <w:sz w:val="20"/>
        </w:rPr>
        <w:t xml:space="preserve">  ☐ Student Membership (proof required)</w:t>
      </w:r>
    </w:p>
    <w:p>
      <w:r>
        <w:rPr>
          <w:b w:val="0"/>
          <w:sz w:val="20"/>
        </w:rPr>
        <w:t xml:space="preserve">  ☐ Senior Membership (age 65+)</w:t>
      </w:r>
    </w:p>
    <w:p>
      <w:r>
        <w:rPr>
          <w:b w:val="0"/>
          <w:sz w:val="20"/>
        </w:rPr>
        <w:t>Desired Membership Start Date: ________________________________________</w:t>
      </w:r>
    </w:p>
    <w:p/>
    <w:p>
      <w:r>
        <w:rPr>
          <w:b/>
          <w:sz w:val="20"/>
        </w:rPr>
        <w:t>Terms and Conditions</w:t>
      </w:r>
    </w:p>
    <w:p>
      <w:r>
        <w:rPr>
          <w:b w:val="0"/>
          <w:sz w:val="20"/>
        </w:rPr>
        <w:t>1. Membership Eligibility and Acceptance</w:t>
        <w:br/>
        <w:t>Membership is open to individuals who meet the club's eligibility criteria. Acceptance of membership is at the sole discretion of the club's Board of Directors.</w:t>
      </w:r>
    </w:p>
    <w:p/>
    <w:p>
      <w:r>
        <w:rPr>
          <w:b w:val="0"/>
          <w:sz w:val="20"/>
        </w:rPr>
        <w:t>2. Membership Fees and Payments</w:t>
        <w:br/>
        <w:t>Applicant agrees to pay all applicable membership dues, fees, and assessments as determined by the club. Membership fees are non-refundable.</w:t>
      </w:r>
    </w:p>
    <w:p/>
    <w:p>
      <w:r>
        <w:rPr>
          <w:b w:val="0"/>
          <w:sz w:val="20"/>
        </w:rPr>
        <w:t>3. Code of Conduct</w:t>
        <w:br/>
        <w:t>Members agree to abide by all club rules, regulations, and policies. The club reserves the right to suspend or terminate membership for conduct deemed harmful or detrimental to the club or its members.</w:t>
      </w:r>
    </w:p>
    <w:p/>
    <w:p>
      <w:r>
        <w:rPr>
          <w:b w:val="0"/>
          <w:sz w:val="20"/>
        </w:rPr>
        <w:t>4. Liability Waiver and Indemnification</w:t>
        <w:br/>
        <w:t>Applicant acknowledges that participation in club activities involves inherent risks. Applicant hereby releases, waives, and discharges the club, its officers, directors, employees, and agents from any and all liability for personal injury, property damage, or other loss arising from membership or participation in club activities.</w:t>
      </w:r>
    </w:p>
    <w:p/>
    <w:p>
      <w:r>
        <w:rPr>
          <w:b w:val="0"/>
          <w:sz w:val="20"/>
        </w:rPr>
        <w:t>5. Privacy and Data Use</w:t>
        <w:br/>
        <w:t>Applicant consents to the collection, use, and disclosure of personal information in accordance with applicable privacy laws and club policies for membership administration purposes.</w:t>
      </w:r>
    </w:p>
    <w:p/>
    <w:p>
      <w:r>
        <w:rPr>
          <w:b w:val="0"/>
          <w:sz w:val="20"/>
        </w:rPr>
        <w:t>6. Termination of Membership</w:t>
        <w:br/>
        <w:t>Membership may be terminated voluntarily by the member upon written notice or by the club for cause as outlined in the bylaws.</w:t>
      </w:r>
    </w:p>
    <w:p/>
    <w:p>
      <w:r>
        <w:rPr>
          <w:b w:val="0"/>
          <w:sz w:val="20"/>
        </w:rPr>
        <w:t>7. Governing Law</w:t>
        <w:br/>
        <w:t>This membership agreement shall be governed by and construed in accordance with the laws of the State in which the club is incorporated, without regard to conflict of law principles.</w:t>
      </w:r>
    </w:p>
    <w:p/>
    <w:p/>
    <w:p>
      <w:r>
        <w:rPr>
          <w:b/>
          <w:sz w:val="20"/>
        </w:rPr>
        <w:t>Acknowledgment and Signature</w:t>
      </w:r>
    </w:p>
    <w:p>
      <w:r>
        <w:rPr>
          <w:b w:val="0"/>
          <w:sz w:val="20"/>
        </w:rPr>
        <w:t>By signing below, I certify that the information provided is true and complete to the best of my knowledge.</w:t>
      </w:r>
    </w:p>
    <w:p>
      <w:r>
        <w:rPr>
          <w:b w:val="0"/>
          <w:sz w:val="20"/>
        </w:rPr>
        <w:t>I have read, understood, and agree to be bound by the Terms and Conditions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p>
        </w:tc>
      </w:tr>
    </w:tbl>
    <w:p/>
    <w:p/>
    <w:p>
      <w:r>
        <w:rPr>
          <w:b/>
          <w:sz w:val="20"/>
        </w:rPr>
        <w:t>FOR CLUB USE ONLY</w:t>
      </w:r>
    </w:p>
    <w:p>
      <w:r>
        <w:rPr>
          <w:b w:val="0"/>
          <w:sz w:val="20"/>
        </w:rPr>
        <w:t>Membership Approved by: _____________________________________________</w:t>
      </w:r>
    </w:p>
    <w:p>
      <w:r>
        <w:rPr>
          <w:b w:val="0"/>
          <w:sz w:val="20"/>
        </w:rPr>
        <w:t>Title: _______________________________________________________________</w:t>
      </w:r>
    </w:p>
    <w:p>
      <w:r>
        <w:rPr>
          <w:b w:val="0"/>
          <w:sz w:val="20"/>
        </w:rPr>
        <w:t>Date of Approval: ____________________________________________________</w:t>
      </w:r>
    </w:p>
    <w:p>
      <w:r>
        <w:rPr>
          <w:b w:val="0"/>
          <w:sz w:val="20"/>
        </w:rPr>
        <w:t>Membership Number: _________________________________________________</w:t>
      </w:r>
    </w:p>
    <w:p>
      <w:r>
        <w:rPr>
          <w:b w:val="0"/>
          <w:sz w:val="20"/>
        </w:rPr>
        <w:t>Notes: ______________________________________________________________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https://form247-us.com/club-membership-form/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club-membership-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