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CLOTHING ORDER FORM</w:t>
      </w:r>
    </w:p>
    <w:p/>
    <w:p>
      <w:r>
        <w:rPr>
          <w:b/>
          <w:sz w:val="20"/>
        </w:rPr>
        <w:t>Buyer Information: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Billing Address: __________________________________________________________</w:t>
      </w:r>
    </w:p>
    <w:p>
      <w:r>
        <w:rPr>
          <w:b w:val="0"/>
          <w:sz w:val="20"/>
        </w:rPr>
        <w:t>City: ____________________________ State: ___________ Zip Code: ___________</w:t>
      </w:r>
    </w:p>
    <w:p>
      <w:r>
        <w:rPr>
          <w:b w:val="0"/>
          <w:sz w:val="20"/>
        </w:rPr>
        <w:t>Phone Number: 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>
      <w:r>
        <w:rPr>
          <w:b/>
          <w:sz w:val="20"/>
        </w:rPr>
        <w:t>Shipping Information:</w:t>
      </w:r>
    </w:p>
    <w:p>
      <w:r>
        <w:rPr>
          <w:b w:val="0"/>
          <w:sz w:val="20"/>
        </w:rPr>
        <w:t>Full Name (if different from Buyer): _______________________________________</w:t>
      </w:r>
    </w:p>
    <w:p>
      <w:r>
        <w:rPr>
          <w:b w:val="0"/>
          <w:sz w:val="20"/>
        </w:rPr>
        <w:t>Shipping Address: _________________________________________________________</w:t>
      </w:r>
    </w:p>
    <w:p>
      <w:r>
        <w:rPr>
          <w:b w:val="0"/>
          <w:sz w:val="20"/>
        </w:rPr>
        <w:t>City: ____________________________ State: ___________ Zip Code: ___________</w:t>
      </w:r>
    </w:p>
    <w:p>
      <w:r>
        <w:rPr>
          <w:b w:val="0"/>
          <w:sz w:val="20"/>
        </w:rPr>
        <w:t>Phone Number: ____________________________________________________________</w:t>
      </w:r>
    </w:p>
    <w:p/>
    <w:p>
      <w:r>
        <w:rPr>
          <w:b/>
          <w:sz w:val="20"/>
        </w:rPr>
        <w:t>Order Details: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</w:tcPr>
          <w:p>
            <w:r>
              <w:t>Item No.</w:t>
            </w:r>
          </w:p>
        </w:tc>
        <w:tc>
          <w:tcPr>
            <w:tcW w:type="dxa" w:w="1662"/>
          </w:tcPr>
          <w:p>
            <w:r>
              <w:t>Description</w:t>
            </w:r>
          </w:p>
        </w:tc>
        <w:tc>
          <w:tcPr>
            <w:tcW w:type="dxa" w:w="1662"/>
          </w:tcPr>
          <w:p>
            <w:r>
              <w:t>Size</w:t>
            </w:r>
          </w:p>
        </w:tc>
        <w:tc>
          <w:tcPr>
            <w:tcW w:type="dxa" w:w="1662"/>
          </w:tcPr>
          <w:p>
            <w:r>
              <w:t>Color</w:t>
            </w:r>
          </w:p>
        </w:tc>
        <w:tc>
          <w:tcPr>
            <w:tcW w:type="dxa" w:w="1662"/>
          </w:tcPr>
          <w:p>
            <w:r>
              <w:t>Quantity</w:t>
            </w:r>
          </w:p>
        </w:tc>
        <w:tc>
          <w:tcPr>
            <w:tcW w:type="dxa" w:w="1662"/>
          </w:tcPr>
          <w:p>
            <w:r>
              <w:t>Unit Price (USD)</w:t>
            </w:r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  <w:tr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  <w:tc>
          <w:tcPr>
            <w:tcW w:type="dxa" w:w="1662"/>
          </w:tcPr>
          <w:p>
            <w:r/>
          </w:p>
        </w:tc>
      </w:tr>
    </w:tbl>
    <w:p/>
    <w:p>
      <w:r>
        <w:rPr>
          <w:b/>
          <w:sz w:val="20"/>
        </w:rPr>
        <w:t>Payment Information:</w:t>
      </w:r>
    </w:p>
    <w:p>
      <w:r>
        <w:rPr>
          <w:b w:val="0"/>
          <w:sz w:val="20"/>
        </w:rPr>
        <w:t>Payment Method (check one):</w:t>
      </w:r>
    </w:p>
    <w:p>
      <w:r>
        <w:rPr>
          <w:b w:val="0"/>
          <w:sz w:val="20"/>
        </w:rPr>
        <w:t>☐ Credit Card    ☐ PayPal    ☐ Bank Transfer    ☐ Check    ☐ Other: __________</w:t>
      </w:r>
    </w:p>
    <w:p>
      <w:r>
        <w:rPr>
          <w:b w:val="0"/>
          <w:sz w:val="20"/>
        </w:rPr>
        <w:t>If Credit Card, please provide:</w:t>
      </w:r>
    </w:p>
    <w:p>
      <w:r>
        <w:rPr>
          <w:b w:val="0"/>
          <w:sz w:val="20"/>
        </w:rPr>
        <w:t>Cardholder Name: __________________________________________________________</w:t>
      </w:r>
    </w:p>
    <w:p>
      <w:r>
        <w:rPr>
          <w:b w:val="0"/>
          <w:sz w:val="20"/>
        </w:rPr>
        <w:t>Card Number: ______________________________________________________________</w:t>
      </w:r>
    </w:p>
    <w:p>
      <w:r>
        <w:rPr>
          <w:b w:val="0"/>
          <w:sz w:val="20"/>
        </w:rPr>
        <w:t>Expiration Date (MM/YY): ____________ CVV: ____________</w:t>
      </w:r>
    </w:p>
    <w:p>
      <w:r>
        <w:rPr>
          <w:b w:val="0"/>
          <w:sz w:val="20"/>
        </w:rPr>
        <w:t>Billing ZIP Code: _______________________</w:t>
      </w:r>
    </w:p>
    <w:p/>
    <w:p>
      <w:r>
        <w:rPr>
          <w:b/>
          <w:sz w:val="20"/>
        </w:rPr>
        <w:t>Delivery Terms:</w:t>
      </w:r>
    </w:p>
    <w:p>
      <w:r>
        <w:rPr>
          <w:b w:val="0"/>
          <w:sz w:val="20"/>
        </w:rPr>
        <w:t>Shipping Method (check one):</w:t>
      </w:r>
    </w:p>
    <w:p>
      <w:r>
        <w:rPr>
          <w:b w:val="0"/>
          <w:sz w:val="20"/>
        </w:rPr>
        <w:t>☐ Standard Shipping    ☐ Expedited Shipping    ☐ Overnight Shipping    ☐ In-Store Pickup</w:t>
      </w:r>
    </w:p>
    <w:p>
      <w:r>
        <w:rPr>
          <w:b w:val="0"/>
          <w:sz w:val="20"/>
        </w:rPr>
        <w:t>Estimated Delivery Date: _________________________________________________</w:t>
      </w:r>
    </w:p>
    <w:p>
      <w:r>
        <w:rPr>
          <w:b w:val="0"/>
          <w:sz w:val="20"/>
        </w:rPr>
        <w:t>Shipping Costs: ___________________________________________________________</w:t>
      </w:r>
    </w:p>
    <w:p/>
    <w:p>
      <w:r>
        <w:rPr>
          <w:b/>
          <w:sz w:val="20"/>
        </w:rPr>
        <w:t>Return and Cancellation Policy:</w:t>
      </w:r>
    </w:p>
    <w:p>
      <w:r>
        <w:rPr>
          <w:b w:val="0"/>
          <w:sz w:val="20"/>
        </w:rPr>
        <w:t>All returns must be made within 30 days of receipt of goods, in original condition with tags attached.</w:t>
      </w:r>
    </w:p>
    <w:p>
      <w:r>
        <w:rPr>
          <w:b w:val="0"/>
          <w:sz w:val="20"/>
        </w:rPr>
        <w:t>Customer is responsible for return shipping costs unless the item is defective or incorrect.</w:t>
      </w:r>
    </w:p>
    <w:p>
      <w:r>
        <w:rPr>
          <w:b w:val="0"/>
          <w:sz w:val="20"/>
        </w:rPr>
        <w:t>Cancellations must be submitted prior to shipment. Once shipped, cancellations are not accepted.</w:t>
      </w:r>
    </w:p>
    <w:p>
      <w:r>
        <w:rPr>
          <w:b w:val="0"/>
          <w:sz w:val="20"/>
        </w:rPr>
        <w:t>Refunds will be processed within 14 business days after receipt and inspection of returned items.</w:t>
      </w:r>
    </w:p>
    <w:p/>
    <w:p>
      <w:r>
        <w:rPr>
          <w:b/>
          <w:sz w:val="20"/>
        </w:rPr>
        <w:t>Liability and Warranty:</w:t>
      </w:r>
    </w:p>
    <w:p>
      <w:r>
        <w:rPr>
          <w:b w:val="0"/>
          <w:sz w:val="20"/>
        </w:rPr>
        <w:t>Seller warrants that all items sold conform to the descriptions and specifications provided.</w:t>
      </w:r>
    </w:p>
    <w:p>
      <w:r>
        <w:rPr>
          <w:b w:val="0"/>
          <w:sz w:val="20"/>
        </w:rPr>
        <w:t>Seller disclaims all other warranties, express or implied, including but not limited to warranties of merchantability or fitness for a particular purpose.</w:t>
      </w:r>
    </w:p>
    <w:p>
      <w:r>
        <w:rPr>
          <w:b w:val="0"/>
          <w:sz w:val="20"/>
        </w:rPr>
        <w:t>Buyer assumes all risks related to improper use, care, or alteration of the items after delivery.</w:t>
      </w:r>
    </w:p>
    <w:p>
      <w:r>
        <w:rPr>
          <w:b w:val="0"/>
          <w:sz w:val="20"/>
        </w:rPr>
        <w:t>Seller's liability, if any, shall not exceed the purchase price paid by Buyer for the affected items.</w:t>
      </w:r>
    </w:p>
    <w:p/>
    <w:p>
      <w:r>
        <w:rPr>
          <w:b/>
          <w:sz w:val="20"/>
        </w:rPr>
        <w:t>Privacy and Data Use:</w:t>
      </w:r>
    </w:p>
    <w:p>
      <w:r>
        <w:rPr>
          <w:b w:val="0"/>
          <w:sz w:val="20"/>
        </w:rPr>
        <w:t>Buyer consents to the collection, use, and storage of personal information solely for processing this order and related communications.</w:t>
      </w:r>
    </w:p>
    <w:p>
      <w:r>
        <w:rPr>
          <w:b w:val="0"/>
          <w:sz w:val="20"/>
        </w:rPr>
        <w:t>Seller will not share Buyer’s information with third parties except as required for order fulfillment or by law.</w:t>
      </w:r>
    </w:p>
    <w:p/>
    <w:p>
      <w:r>
        <w:rPr>
          <w:b/>
          <w:sz w:val="20"/>
        </w:rPr>
        <w:t>Agreement and Acceptance:</w:t>
      </w:r>
    </w:p>
    <w:p>
      <w:r>
        <w:rPr>
          <w:b w:val="0"/>
          <w:sz w:val="20"/>
        </w:rPr>
        <w:t>By signing below, Buyer agrees to the terms and conditions set forth in this Clothing Order Form.</w:t>
      </w:r>
    </w:p>
    <w:p>
      <w:r>
        <w:rPr>
          <w:b w:val="0"/>
          <w:sz w:val="20"/>
        </w:rPr>
        <w:t>Buyer confirms all information provided is accurate and that Buyer has authority to enter into this agreement.</w:t>
      </w:r>
    </w:p>
    <w:p>
      <w:r>
        <w:rPr>
          <w:b w:val="0"/>
          <w:sz w:val="20"/>
        </w:rPr>
        <w:t>This agreement shall be governed by the laws of the United States of America and the applicable state laws.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BUYER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https://form247-us.com/clothing-order-form/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clothing-order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