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CLIENT ONBOARDING FORM</w:t>
      </w:r>
    </w:p>
    <w:p/>
    <w:p>
      <w:r>
        <w:rPr>
          <w:b/>
          <w:sz w:val="20"/>
        </w:rPr>
        <w:t>Client Information:</w:t>
      </w:r>
    </w:p>
    <w:p>
      <w:r>
        <w:rPr>
          <w:b w:val="0"/>
          <w:sz w:val="20"/>
        </w:rPr>
        <w:t>Full Legal Name: _______________________________________________________</w:t>
      </w:r>
    </w:p>
    <w:p>
      <w:r>
        <w:rPr>
          <w:b w:val="0"/>
          <w:sz w:val="20"/>
        </w:rPr>
        <w:t>Date of Birth: _________________________________________________________</w:t>
      </w:r>
    </w:p>
    <w:p>
      <w:r>
        <w:rPr>
          <w:b w:val="0"/>
          <w:sz w:val="20"/>
        </w:rPr>
        <w:t>Social Security Number (SSN): 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r>
        <w:rPr>
          <w:b w:val="0"/>
          <w:sz w:val="20"/>
        </w:rPr>
        <w:t>Residential Address: ____________________________________________________</w:t>
      </w:r>
    </w:p>
    <w:p>
      <w:r>
        <w:rPr>
          <w:b w:val="0"/>
          <w:sz w:val="20"/>
        </w:rPr>
        <w:t>City: ___________________________ State: _____________ Zip Code: _______</w:t>
      </w:r>
    </w:p>
    <w:p/>
    <w:p>
      <w:r>
        <w:rPr>
          <w:b/>
          <w:sz w:val="20"/>
        </w:rPr>
        <w:t>Employment Information:</w:t>
      </w:r>
    </w:p>
    <w:p>
      <w:r>
        <w:rPr>
          <w:b w:val="0"/>
          <w:sz w:val="20"/>
        </w:rPr>
        <w:t>Employer Name: _________________________________________________________</w:t>
      </w:r>
    </w:p>
    <w:p>
      <w:r>
        <w:rPr>
          <w:b w:val="0"/>
          <w:sz w:val="20"/>
        </w:rPr>
        <w:t>Occupation/Title: _______________________________________________________</w:t>
      </w:r>
    </w:p>
    <w:p>
      <w:r>
        <w:rPr>
          <w:b w:val="0"/>
          <w:sz w:val="20"/>
        </w:rPr>
        <w:t>Employment Status: _____________________________________________________</w:t>
      </w:r>
    </w:p>
    <w:p>
      <w:r>
        <w:rPr>
          <w:b w:val="0"/>
          <w:sz w:val="20"/>
        </w:rPr>
        <w:t>Work Phone: ____________________________________________________________</w:t>
      </w:r>
    </w:p>
    <w:p>
      <w:r>
        <w:rPr>
          <w:b w:val="0"/>
          <w:sz w:val="20"/>
        </w:rPr>
        <w:t>Employer Address: ______________________________________________________</w:t>
      </w:r>
    </w:p>
    <w:p>
      <w:r>
        <w:rPr>
          <w:b w:val="0"/>
          <w:sz w:val="20"/>
        </w:rPr>
        <w:t>City: ___________________________ State: _____________ Zip Code: _______</w:t>
      </w:r>
    </w:p>
    <w:p/>
    <w:p>
      <w:r>
        <w:rPr>
          <w:b/>
          <w:sz w:val="20"/>
        </w:rPr>
        <w:t>Financial Information:</w:t>
      </w:r>
    </w:p>
    <w:p>
      <w:r>
        <w:rPr>
          <w:b w:val="0"/>
          <w:sz w:val="20"/>
        </w:rPr>
        <w:t>Annual Income: _________________________________________________________</w:t>
      </w:r>
    </w:p>
    <w:p>
      <w:r>
        <w:rPr>
          <w:b w:val="0"/>
          <w:sz w:val="20"/>
        </w:rPr>
        <w:t>Source(s) of Income: ____________________________________________________</w:t>
      </w:r>
    </w:p>
    <w:p>
      <w:r>
        <w:rPr>
          <w:b w:val="0"/>
          <w:sz w:val="20"/>
        </w:rPr>
        <w:t>Estimated Net Worth: ____________________________________________________</w:t>
      </w:r>
    </w:p>
    <w:p>
      <w:r>
        <w:rPr>
          <w:b w:val="0"/>
          <w:sz w:val="20"/>
        </w:rPr>
        <w:t>Bank Name: _____________________________________________________________</w:t>
      </w:r>
    </w:p>
    <w:p>
      <w:r>
        <w:rPr>
          <w:b w:val="0"/>
          <w:sz w:val="20"/>
        </w:rPr>
        <w:t>Bank Account Number: ___________________________________________________</w:t>
      </w:r>
    </w:p>
    <w:p/>
    <w:p>
      <w:r>
        <w:rPr>
          <w:b/>
          <w:sz w:val="20"/>
        </w:rPr>
        <w:t>Identification Documents Provided:</w:t>
      </w:r>
    </w:p>
    <w:p>
      <w:r>
        <w:rPr>
          <w:b w:val="0"/>
          <w:sz w:val="20"/>
        </w:rPr>
        <w:t>☐ Driver's License</w:t>
      </w:r>
    </w:p>
    <w:p>
      <w:r>
        <w:rPr>
          <w:b w:val="0"/>
          <w:sz w:val="20"/>
        </w:rPr>
        <w:t>☐ Passport</w:t>
      </w:r>
    </w:p>
    <w:p>
      <w:r>
        <w:rPr>
          <w:b w:val="0"/>
          <w:sz w:val="20"/>
        </w:rPr>
        <w:t>☐ State ID Card</w:t>
      </w:r>
    </w:p>
    <w:p>
      <w:r>
        <w:rPr>
          <w:b w:val="0"/>
          <w:sz w:val="20"/>
        </w:rPr>
        <w:t>☐ Social Security Card</w:t>
      </w:r>
    </w:p>
    <w:p>
      <w:r>
        <w:rPr>
          <w:b w:val="0"/>
          <w:sz w:val="20"/>
        </w:rPr>
        <w:t>☐ Other: _______________________________________________________________</w:t>
      </w:r>
    </w:p>
    <w:p/>
    <w:p>
      <w:r>
        <w:rPr>
          <w:b/>
          <w:sz w:val="20"/>
        </w:rPr>
        <w:t>Consent and Acknowledgments:</w:t>
      </w:r>
    </w:p>
    <w:p>
      <w:r>
        <w:rPr>
          <w:b w:val="0"/>
          <w:sz w:val="20"/>
        </w:rPr>
        <w:t>By signing below, the Client certifies that all information provided is true, correct, and complete to the best of their knowledge. The Client authorizes the collection and verification of such information for purposes related to client onboarding and any applicable compliance requirements under United States law, including but not limited to anti-money laundering (AML) and know your customer (KYC) regulations.</w:t>
      </w:r>
    </w:p>
    <w:p/>
    <w:p>
      <w:r>
        <w:rPr>
          <w:b w:val="0"/>
          <w:sz w:val="20"/>
        </w:rPr>
        <w:t>The Client understands that providing false or misleading information may result in termination of services and may be subject to legal penalties. The Client agrees to notify the Company promptly of any changes to the information provided herein.</w:t>
      </w:r>
    </w:p>
    <w:p/>
    <w:p>
      <w:r>
        <w:rPr>
          <w:b w:val="0"/>
          <w:sz w:val="20"/>
        </w:rPr>
        <w:t>The Company agrees to maintain the confidentiality of the Client's information in accordance with applicable privacy laws and regulations.</w:t>
      </w:r>
    </w:p>
    <w:p/>
    <w:p>
      <w:r>
        <w:rPr>
          <w:b/>
          <w:sz w:val="20"/>
        </w:rPr>
        <w:t>Privacy Policy Acknowledgment:</w:t>
      </w:r>
    </w:p>
    <w:p>
      <w:r>
        <w:rPr>
          <w:b w:val="0"/>
          <w:sz w:val="20"/>
        </w:rPr>
        <w:t>The Client acknowledges receipt and review of the Company’s Privacy Policy and understands how their personal data will be collected, used, stored, and protected. The Client consents to such use of their data in connection with the services provided.</w:t>
      </w:r>
    </w:p>
    <w:p/>
    <w:p>
      <w:r>
        <w:rPr>
          <w:b/>
          <w:sz w:val="20"/>
        </w:rPr>
        <w:t>Emergency Contact Information:</w:t>
      </w:r>
    </w:p>
    <w:p>
      <w:r>
        <w:rPr>
          <w:b w:val="0"/>
          <w:sz w:val="20"/>
        </w:rPr>
        <w:t>Name: _________________________________________________________________</w:t>
      </w:r>
    </w:p>
    <w:p>
      <w:r>
        <w:rPr>
          <w:b w:val="0"/>
          <w:sz w:val="20"/>
        </w:rPr>
        <w:t>Relationship: ___________________________________________________________</w:t>
      </w:r>
    </w:p>
    <w:p>
      <w:r>
        <w:rPr>
          <w:b w:val="0"/>
          <w:sz w:val="20"/>
        </w:rPr>
        <w:t>Phone Number: __________________________________________________________</w:t>
      </w:r>
    </w:p>
    <w:p/>
    <w:p>
      <w:r>
        <w:rPr>
          <w:b/>
          <w:sz w:val="20"/>
        </w:rPr>
        <w:t>Signature and Acknowledgment:</w:t>
      </w:r>
    </w:p>
    <w:p>
      <w:r>
        <w:rPr>
          <w:b w:val="0"/>
          <w:sz w:val="20"/>
        </w:rPr>
        <w:t>Client Signature: ______________________________________________________</w:t>
      </w:r>
    </w:p>
    <w:p>
      <w:r>
        <w:rPr>
          <w:b w:val="0"/>
          <w:sz w:val="20"/>
        </w:rPr>
        <w:t>Printed Name: _________________________________________________________</w:t>
      </w:r>
    </w:p>
    <w:p>
      <w:r>
        <w:rPr>
          <w:b w:val="0"/>
          <w:sz w:val="20"/>
        </w:rPr>
        <w:t>Date Signed: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 SIGNATURE</w:t>
            </w:r>
          </w:p>
        </w:tc>
        <w:tc>
          <w:tcPr>
            <w:tcW w:type="dxa" w:w="4986"/>
            <w:tcBorders>
              <w:top w:val="nil"/>
              <w:left w:val="nil"/>
              <w:bottom w:val="nil"/>
              <w:right w:val="nil"/>
              <w:insideH w:val="nil"/>
              <w:insideV w:val="nil"/>
            </w:tcBorders>
          </w:tcPr>
          <w:p>
            <w:pPr>
              <w:jc w:val="center"/>
            </w:pPr>
            <w:r>
              <w:t>COMPANY REPRESENTATIVE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https://form247-us.com/client-onboarding-form/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client-onboarding-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