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CHECKOUT FORM</w:t>
      </w:r>
    </w:p>
    <w:p/>
    <w:p>
      <w:r>
        <w:rPr>
          <w:b/>
          <w:sz w:val="20"/>
        </w:rPr>
        <w:t>Guest Information:</w:t>
      </w:r>
    </w:p>
    <w:p>
      <w:r>
        <w:rPr>
          <w:b w:val="0"/>
          <w:sz w:val="20"/>
        </w:rPr>
        <w:t>Full Name: ____________________________________________________________</w:t>
      </w:r>
    </w:p>
    <w:p>
      <w:r>
        <w:rPr>
          <w:b w:val="0"/>
          <w:sz w:val="20"/>
        </w:rPr>
        <w:t>Email Address: ________________________________________________________</w:t>
      </w:r>
    </w:p>
    <w:p>
      <w:r>
        <w:rPr>
          <w:b w:val="0"/>
          <w:sz w:val="20"/>
        </w:rPr>
        <w:t>Phone Number: ________________________________________________________</w:t>
      </w:r>
    </w:p>
    <w:p>
      <w:r>
        <w:rPr>
          <w:b w:val="0"/>
          <w:sz w:val="20"/>
        </w:rPr>
        <w:t>Mailing Address: _____________________________________________________</w:t>
      </w:r>
    </w:p>
    <w:p>
      <w:r>
        <w:rPr>
          <w:b w:val="0"/>
          <w:sz w:val="20"/>
        </w:rPr>
        <w:t>City: __________________________ State: __________ Zip Code: _________</w:t>
      </w:r>
    </w:p>
    <w:p/>
    <w:p>
      <w:r>
        <w:rPr>
          <w:b/>
          <w:sz w:val="20"/>
        </w:rPr>
        <w:t>Reservation Details:</w:t>
      </w:r>
    </w:p>
    <w:p>
      <w:r>
        <w:rPr>
          <w:b w:val="0"/>
          <w:sz w:val="20"/>
        </w:rPr>
        <w:t>Reservation Number: _________________________________________________</w:t>
      </w:r>
    </w:p>
    <w:p>
      <w:r>
        <w:rPr>
          <w:b w:val="0"/>
          <w:sz w:val="20"/>
        </w:rPr>
        <w:t>Room Number(s): ______________________________________________________</w:t>
      </w:r>
    </w:p>
    <w:p>
      <w:r>
        <w:rPr>
          <w:b w:val="0"/>
          <w:sz w:val="20"/>
        </w:rPr>
        <w:t>Number of Guests: ____________________________________________________</w:t>
      </w:r>
    </w:p>
    <w:p>
      <w:r>
        <w:rPr>
          <w:b w:val="0"/>
          <w:sz w:val="20"/>
        </w:rPr>
        <w:t>Check-in Date: _______________   Check-out Date: ______________________</w:t>
      </w:r>
    </w:p>
    <w:p>
      <w:r>
        <w:rPr>
          <w:b w:val="0"/>
          <w:sz w:val="20"/>
        </w:rPr>
        <w:t>Number of Nights Stayed: _____________________________________________</w:t>
      </w:r>
    </w:p>
    <w:p/>
    <w:p>
      <w:r>
        <w:rPr>
          <w:b/>
          <w:sz w:val="20"/>
        </w:rPr>
        <w:t>Room Charges:</w:t>
      </w:r>
    </w:p>
    <w:p>
      <w:r>
        <w:rPr>
          <w:b w:val="0"/>
          <w:sz w:val="20"/>
        </w:rPr>
        <w:t>Room Rate (per night): $_________________</w:t>
      </w:r>
    </w:p>
    <w:p>
      <w:r>
        <w:rPr>
          <w:b w:val="0"/>
          <w:sz w:val="20"/>
        </w:rPr>
        <w:t>Subtotal for Room Charges: $_________________</w:t>
      </w:r>
    </w:p>
    <w:p/>
    <w:p>
      <w:r>
        <w:rPr>
          <w:b/>
          <w:sz w:val="20"/>
        </w:rPr>
        <w:t>Additional Charges and Fees:</w:t>
      </w:r>
    </w:p>
    <w:p>
      <w:r>
        <w:rPr>
          <w:b w:val="0"/>
          <w:sz w:val="20"/>
        </w:rPr>
        <w:t>Room Service Charges: $_________________</w:t>
      </w:r>
    </w:p>
    <w:p>
      <w:r>
        <w:rPr>
          <w:b w:val="0"/>
          <w:sz w:val="20"/>
        </w:rPr>
        <w:t>Mini Bar Charges: $_____________________</w:t>
      </w:r>
    </w:p>
    <w:p>
      <w:r>
        <w:rPr>
          <w:b w:val="0"/>
          <w:sz w:val="20"/>
        </w:rPr>
        <w:t>Telephone Charges: $____________________</w:t>
      </w:r>
    </w:p>
    <w:p>
      <w:r>
        <w:rPr>
          <w:b w:val="0"/>
          <w:sz w:val="20"/>
        </w:rPr>
        <w:t>Laundry Charges: $_____________________</w:t>
      </w:r>
    </w:p>
    <w:p>
      <w:r>
        <w:rPr>
          <w:b w:val="0"/>
          <w:sz w:val="20"/>
        </w:rPr>
        <w:t>Parking Charges: $_____________________</w:t>
      </w:r>
    </w:p>
    <w:p>
      <w:r>
        <w:rPr>
          <w:b w:val="0"/>
          <w:sz w:val="20"/>
        </w:rPr>
        <w:t>Other Charges: $_______________________</w:t>
      </w:r>
    </w:p>
    <w:p>
      <w:r>
        <w:rPr>
          <w:b w:val="0"/>
          <w:sz w:val="20"/>
        </w:rPr>
        <w:t>Description of Other Charges: _________________________________________</w:t>
      </w:r>
    </w:p>
    <w:p/>
    <w:p>
      <w:r>
        <w:rPr>
          <w:b/>
          <w:sz w:val="20"/>
        </w:rPr>
        <w:t>Taxes:</w:t>
      </w:r>
    </w:p>
    <w:p>
      <w:r>
        <w:rPr>
          <w:b w:val="0"/>
          <w:sz w:val="20"/>
        </w:rPr>
        <w:t>Applicable State and Local Taxes: $_________________</w:t>
      </w:r>
    </w:p>
    <w:p>
      <w:r>
        <w:rPr>
          <w:b w:val="0"/>
          <w:sz w:val="20"/>
        </w:rPr>
        <w:t>Tourism or Occupancy Tax: $_________________</w:t>
      </w:r>
    </w:p>
    <w:p/>
    <w:p>
      <w:r>
        <w:rPr>
          <w:b/>
          <w:sz w:val="20"/>
        </w:rPr>
        <w:t>Total Amount Due:</w:t>
      </w:r>
    </w:p>
    <w:p>
      <w:r>
        <w:rPr>
          <w:b w:val="0"/>
          <w:sz w:val="20"/>
        </w:rPr>
        <w:t>Subtotal: $_________________</w:t>
      </w:r>
    </w:p>
    <w:p>
      <w:r>
        <w:rPr>
          <w:b w:val="0"/>
          <w:sz w:val="20"/>
        </w:rPr>
        <w:t>Taxes and Fees: $_________________</w:t>
      </w:r>
    </w:p>
    <w:p>
      <w:r>
        <w:rPr>
          <w:b w:val="0"/>
          <w:sz w:val="20"/>
        </w:rPr>
        <w:t>Grand Total: $_________________</w:t>
      </w:r>
    </w:p>
    <w:p/>
    <w:p/>
    <w:p>
      <w:r>
        <w:rPr>
          <w:b/>
          <w:sz w:val="20"/>
        </w:rPr>
        <w:t>Payment Information:</w:t>
      </w:r>
    </w:p>
    <w:p>
      <w:r>
        <w:rPr>
          <w:b w:val="0"/>
          <w:sz w:val="20"/>
        </w:rPr>
        <w:t>Payment Method: ____________________________________________________</w:t>
      </w:r>
    </w:p>
    <w:p>
      <w:r>
        <w:rPr>
          <w:b w:val="0"/>
          <w:sz w:val="20"/>
        </w:rPr>
        <w:t>Cardholder Name: ____________________________________________________</w:t>
      </w:r>
    </w:p>
    <w:p>
      <w:r>
        <w:rPr>
          <w:b w:val="0"/>
          <w:sz w:val="20"/>
        </w:rPr>
        <w:t>Card Type: __________________________________________________________</w:t>
      </w:r>
    </w:p>
    <w:p>
      <w:r>
        <w:rPr>
          <w:b w:val="0"/>
          <w:sz w:val="20"/>
        </w:rPr>
        <w:t>Card Number: ________________________________________________________</w:t>
      </w:r>
    </w:p>
    <w:p>
      <w:r>
        <w:rPr>
          <w:b w:val="0"/>
          <w:sz w:val="20"/>
        </w:rPr>
        <w:t>Expiration Date: _______________ CVV: ______________________________</w:t>
      </w:r>
    </w:p>
    <w:p>
      <w:r>
        <w:rPr>
          <w:b w:val="0"/>
          <w:sz w:val="20"/>
        </w:rPr>
        <w:t>Billing Address (if different from above): ___________________________</w:t>
      </w:r>
    </w:p>
    <w:p>
      <w:r>
        <w:rPr>
          <w:b w:val="0"/>
          <w:sz w:val="20"/>
        </w:rPr>
        <w:t>City: __________________________ State: __________ Zip Code: ________</w:t>
      </w:r>
    </w:p>
    <w:p/>
    <w:p>
      <w:r>
        <w:rPr>
          <w:b/>
          <w:sz w:val="20"/>
        </w:rPr>
        <w:t>Terms and Conditions:</w:t>
      </w:r>
    </w:p>
    <w:p>
      <w:r>
        <w:rPr>
          <w:b w:val="0"/>
          <w:sz w:val="20"/>
        </w:rPr>
        <w:t>1. The Guest certifies that all information provided in this Checkout Form is true and accurate to the best of their knowledge.</w:t>
      </w:r>
    </w:p>
    <w:p>
      <w:r>
        <w:rPr>
          <w:b w:val="0"/>
          <w:sz w:val="20"/>
        </w:rPr>
        <w:t>2. The Guest acknowledges responsibility for all charges incurred during the stay, including but not limited to room charges, additional services, and applicable taxes.</w:t>
      </w:r>
    </w:p>
    <w:p>
      <w:r>
        <w:rPr>
          <w:b w:val="0"/>
          <w:sz w:val="20"/>
        </w:rPr>
        <w:t>3. All payments must be made in full upon checkout unless prior arrangements have been approved in writing by the Hotel management.</w:t>
      </w:r>
    </w:p>
    <w:p>
      <w:r>
        <w:rPr>
          <w:b w:val="0"/>
          <w:sz w:val="20"/>
        </w:rPr>
        <w:t>4. The Hotel reserves the right to charge any outstanding balances to the credit card on file without further notice.</w:t>
      </w:r>
    </w:p>
    <w:p>
      <w:r>
        <w:rPr>
          <w:b w:val="0"/>
          <w:sz w:val="20"/>
        </w:rPr>
        <w:t>5. Cancellations or disputes regarding charges must be submitted in writing within 30 days of checkout; otherwise, the charges will be deemed accepted.</w:t>
      </w:r>
    </w:p>
    <w:p>
      <w:r>
        <w:rPr>
          <w:b w:val="0"/>
          <w:sz w:val="20"/>
        </w:rPr>
        <w:t>6. The Guest agrees to indemnify and hold harmless the Hotel from any claims arising from the Guest’s stay or use of Hotel facilities.</w:t>
      </w:r>
    </w:p>
    <w:p>
      <w:r>
        <w:rPr>
          <w:b w:val="0"/>
          <w:sz w:val="20"/>
        </w:rPr>
        <w:t>7. The Hotel is not responsible for loss or damage to personal property left on premises after checkout.</w:t>
      </w:r>
    </w:p>
    <w:p>
      <w:r>
        <w:rPr>
          <w:b w:val="0"/>
          <w:sz w:val="20"/>
        </w:rPr>
        <w:t>8. This Checkout Form shall be governed by and construed in accordance with the laws of the State where the Hotel is located, without regard to conflict of law principles.</w:t>
      </w:r>
    </w:p>
    <w:p>
      <w:r>
        <w:rPr>
          <w:b w:val="0"/>
          <w:sz w:val="20"/>
        </w:rPr>
        <w:t>9. Any disputes arising from this agreement shall be subject to the exclusive jurisdiction of the competent courts in the Hotel’s jurisdiction.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GUEST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HOTEL REPRESENTATIVE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(Print): 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(Print): 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https://form247-us.com/checkout-form/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https://form247-us.com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form247-us.com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form247-us.com/checkout-form/" TargetMode="External"/><Relationship Id="rId10" Type="http://schemas.openxmlformats.org/officeDocument/2006/relationships/hyperlink" Target="https://form247-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