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EMPLOYEE BONUS AGREEMENT FORM</w:t>
      </w:r>
    </w:p>
    <w:p/>
    <w:p/>
    <w:p>
      <w:r>
        <w:rPr>
          <w:b/>
          <w:sz w:val="20"/>
        </w:rPr>
        <w:t>Employee Information:</w:t>
      </w:r>
    </w:p>
    <w:p>
      <w:r>
        <w:rPr>
          <w:b w:val="0"/>
          <w:sz w:val="20"/>
        </w:rPr>
        <w:t>Full Name: ____________________________________________________________</w:t>
      </w:r>
    </w:p>
    <w:p>
      <w:r>
        <w:rPr>
          <w:b w:val="0"/>
          <w:sz w:val="20"/>
        </w:rPr>
        <w:t>Employee ID: __________________________________________________________</w:t>
      </w:r>
    </w:p>
    <w:p>
      <w:r>
        <w:rPr>
          <w:b w:val="0"/>
          <w:sz w:val="20"/>
        </w:rPr>
        <w:t>Department: ___________________________________________________________</w:t>
      </w:r>
    </w:p>
    <w:p>
      <w:r>
        <w:rPr>
          <w:b w:val="0"/>
          <w:sz w:val="20"/>
        </w:rPr>
        <w:t>Position/Title: ________________________________________________________</w:t>
      </w:r>
    </w:p>
    <w:p>
      <w:r>
        <w:rPr>
          <w:b w:val="0"/>
          <w:sz w:val="20"/>
        </w:rPr>
        <w:t>Supervisor: ___________________________________________________________</w:t>
      </w:r>
    </w:p>
    <w:p/>
    <w:p/>
    <w:p>
      <w:r>
        <w:rPr>
          <w:b/>
          <w:sz w:val="20"/>
        </w:rPr>
        <w:t>Bonus Details:</w:t>
      </w:r>
    </w:p>
    <w:p>
      <w:r>
        <w:rPr>
          <w:b w:val="0"/>
          <w:sz w:val="20"/>
        </w:rPr>
        <w:t>Bonus Type: ___________________________________________________________</w:t>
      </w:r>
    </w:p>
    <w:p>
      <w:r>
        <w:rPr>
          <w:b w:val="0"/>
          <w:sz w:val="20"/>
        </w:rPr>
        <w:t>Bonus Amount (USD): ___________________________________________________</w:t>
      </w:r>
    </w:p>
    <w:p>
      <w:r>
        <w:rPr>
          <w:b w:val="0"/>
          <w:sz w:val="20"/>
        </w:rPr>
        <w:t>Bonus Period/Performance Dates: _______________________________________</w:t>
      </w:r>
    </w:p>
    <w:p>
      <w:r>
        <w:rPr>
          <w:b w:val="0"/>
          <w:sz w:val="20"/>
        </w:rPr>
        <w:t>Payment Method: _______________________________________________________</w:t>
      </w:r>
    </w:p>
    <w:p>
      <w:r>
        <w:rPr>
          <w:b w:val="0"/>
          <w:sz w:val="20"/>
        </w:rPr>
        <w:t>Payment Schedule: _____________________________________________________</w:t>
      </w:r>
    </w:p>
    <w:p/>
    <w:p/>
    <w:p>
      <w:r>
        <w:rPr>
          <w:b/>
          <w:sz w:val="20"/>
        </w:rPr>
        <w:t>Eligibility and Conditions:</w:t>
      </w:r>
    </w:p>
    <w:p>
      <w:r>
        <w:rPr>
          <w:b w:val="0"/>
          <w:sz w:val="20"/>
        </w:rPr>
        <w:t>1. Employee must be actively employed and in good standing at the time of bonus payout.</w:t>
      </w:r>
    </w:p>
    <w:p>
      <w:r>
        <w:rPr>
          <w:b w:val="0"/>
          <w:sz w:val="20"/>
        </w:rPr>
        <w:t>2. This bonus is discretionary and subject to company policy and budget approval.</w:t>
      </w:r>
    </w:p>
    <w:p>
      <w:r>
        <w:rPr>
          <w:b w:val="0"/>
          <w:sz w:val="20"/>
        </w:rPr>
        <w:t>3. The bonus amount is not guaranteed and may be adjusted or revoked at the sole discretion of the employer.</w:t>
      </w:r>
    </w:p>
    <w:p>
      <w:r>
        <w:rPr>
          <w:b w:val="0"/>
          <w:sz w:val="20"/>
        </w:rPr>
        <w:t>4. Employee acknowledges and agrees that this bonus does not form part of the regular compensation.</w:t>
      </w:r>
    </w:p>
    <w:p>
      <w:r>
        <w:rPr>
          <w:b w:val="0"/>
          <w:sz w:val="20"/>
        </w:rPr>
        <w:t>5. Any applicable taxes, withholdings, and deductions required by law will be applied.</w:t>
      </w:r>
    </w:p>
    <w:p/>
    <w:p>
      <w:r>
        <w:rPr>
          <w:b/>
          <w:sz w:val="20"/>
        </w:rPr>
        <w:t>Bonus Payment:</w:t>
      </w:r>
    </w:p>
    <w:p>
      <w:r>
        <w:rPr>
          <w:b w:val="0"/>
          <w:sz w:val="20"/>
        </w:rPr>
        <w:t>The bonus will be paid in accordance with the payment schedule specified above. Payment will be made through regular payroll channels unless otherwise agreed in writing. The Employer reserves the right to modify payment timing and amounts in compliance with applicable federal, state, and local laws.</w:t>
      </w:r>
    </w:p>
    <w:p/>
    <w:p>
      <w:r>
        <w:rPr>
          <w:b/>
          <w:sz w:val="20"/>
        </w:rPr>
        <w:t>Confidentiality:</w:t>
      </w:r>
    </w:p>
    <w:p>
      <w:r>
        <w:rPr>
          <w:b w:val="0"/>
          <w:sz w:val="20"/>
        </w:rPr>
        <w:t>Employee agrees to keep the terms and amount of this bonus confidential and not disclose this information to other employees or third parties except as required by law or authorized by the Employer.</w:t>
      </w:r>
    </w:p>
    <w:p/>
    <w:p>
      <w:r>
        <w:rPr>
          <w:b/>
          <w:sz w:val="20"/>
        </w:rPr>
        <w:t>Repayment:</w:t>
      </w:r>
    </w:p>
    <w:p>
      <w:r>
        <w:rPr>
          <w:b w:val="0"/>
          <w:sz w:val="20"/>
        </w:rPr>
        <w:t>If it is determined that the Employee was not eligible for the bonus or if an overpayment occurs, Employee agrees to repay the full amount of the bonus within thirty (30) calendar days of notification by the Employer.</w:t>
      </w:r>
    </w:p>
    <w:p/>
    <w:p>
      <w:r>
        <w:rPr>
          <w:b/>
          <w:sz w:val="20"/>
        </w:rPr>
        <w:t>At-Will Employment:</w:t>
      </w:r>
    </w:p>
    <w:p>
      <w:r>
        <w:rPr>
          <w:b w:val="0"/>
          <w:sz w:val="20"/>
        </w:rPr>
        <w:t>Nothing in this Bonus Agreement changes the at-will nature of the Employee’s employment. Either party may terminate the employment relationship at any time, with or without cause, and with or without notice.</w:t>
      </w:r>
    </w:p>
    <w:p/>
    <w:p>
      <w:r>
        <w:rPr>
          <w:b/>
          <w:sz w:val="20"/>
        </w:rPr>
        <w:t>Governing Law and Jurisdiction:</w:t>
      </w:r>
    </w:p>
    <w:p>
      <w:r>
        <w:rPr>
          <w:b w:val="0"/>
          <w:sz w:val="20"/>
        </w:rPr>
        <w:t>This Agreement shall be governed by and construed in accordance with the laws of the State where the Employer's headquarters is located, without regard to its conflict of law principles. Any disputes arising from this Agreement shall be subject to the exclusive jurisdiction of the state and federal courts located therein.</w:t>
      </w:r>
    </w:p>
    <w:p/>
    <w:p/>
    <w:p>
      <w:r>
        <w:rPr>
          <w:b/>
          <w:sz w:val="20"/>
        </w:rPr>
        <w:t>Acknowledgment and Acceptance:</w:t>
      </w:r>
    </w:p>
    <w:p>
      <w:r>
        <w:rPr>
          <w:b w:val="0"/>
          <w:sz w:val="20"/>
        </w:rPr>
        <w:t>By signing below, the Employee acknowledges that they have read, understood, and agree to the terms and conditions set forth in this Bonus Agreement Form.</w:t>
      </w:r>
    </w:p>
    <w:p/>
    <w:p/>
    <w:p/>
    <w:p>
      <w:r>
        <w:rPr>
          <w:b w:val="0"/>
          <w:sz w:val="20"/>
        </w:rPr>
        <w:t>Employee Signature: ____________________________________________</w:t>
      </w:r>
    </w:p>
    <w:p>
      <w:r>
        <w:rPr>
          <w:b w:val="0"/>
          <w:sz w:val="20"/>
        </w:rPr>
        <w:t>Printed Name: ________________________________________________</w:t>
      </w:r>
    </w:p>
    <w:p>
      <w:r>
        <w:rPr>
          <w:b w:val="0"/>
          <w:sz w:val="20"/>
        </w:rPr>
        <w:t>Date: ____________________________ (to be completed upon signing by Employee)</w:t>
      </w:r>
    </w:p>
    <w:p/>
    <w:p/>
    <w:p>
      <w:r>
        <w:rPr>
          <w:b w:val="0"/>
          <w:sz w:val="20"/>
        </w:rPr>
        <w:t>Employer Representative Signature: _____________________________</w:t>
      </w:r>
    </w:p>
    <w:p>
      <w:r>
        <w:rPr>
          <w:b w:val="0"/>
          <w:sz w:val="20"/>
        </w:rPr>
        <w:t>Printed Name: ________________________________________________</w:t>
      </w:r>
    </w:p>
    <w:p>
      <w:r>
        <w:rPr>
          <w:b w:val="0"/>
          <w:sz w:val="20"/>
        </w:rPr>
        <w:t>Title: ________________________________________________________</w:t>
      </w:r>
    </w:p>
    <w:p>
      <w:r>
        <w:rPr>
          <w:b w:val="0"/>
          <w:sz w:val="20"/>
        </w:rPr>
        <w:t>Date: ____________________________ (to be completed upon signing by Employer Representative)</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Employee Signature:</w:t>
            </w:r>
          </w:p>
        </w:tc>
        <w:tc>
          <w:tcPr>
            <w:tcW w:type="dxa" w:w="4986"/>
            <w:tcBorders>
              <w:top w:val="nil"/>
              <w:left w:val="nil"/>
              <w:bottom w:val="nil"/>
              <w:right w:val="nil"/>
              <w:insideH w:val="nil"/>
              <w:insideV w:val="nil"/>
            </w:tcBorders>
          </w:tcPr>
          <w:p>
            <w:pPr>
              <w:jc w:val="center"/>
            </w:pPr>
            <w:r>
              <w:t>Employer Representative Signature:</w:t>
            </w:r>
          </w:p>
        </w:tc>
      </w:tr>
      <w:tr>
        <w:tc>
          <w:tcPr>
            <w:tcW w:type="dxa" w:w="4986"/>
            <w:tcBorders>
              <w:top w:val="nil"/>
              <w:left w:val="nil"/>
              <w:bottom w:val="nil"/>
              <w:right w:val="nil"/>
              <w:insideH w:val="nil"/>
              <w:insideV w:val="nil"/>
            </w:tcBorders>
          </w:tcPr>
          <w:p>
            <w:pPr>
              <w:jc w:val="center"/>
            </w:pPr>
            <w:r>
              <w:br/>
              <w:br/>
              <w:t>______________________________</w:t>
            </w:r>
          </w:p>
        </w:tc>
        <w:tc>
          <w:tcPr>
            <w:tcW w:type="dxa" w:w="4986"/>
            <w:tcBorders>
              <w:top w:val="nil"/>
              <w:left w:val="nil"/>
              <w:bottom w:val="nil"/>
              <w:right w:val="nil"/>
              <w:insideH w:val="nil"/>
              <w:insideV w:val="nil"/>
            </w:tcBorders>
          </w:tcPr>
          <w:p>
            <w:pPr>
              <w:jc w:val="center"/>
            </w:pPr>
            <w:r>
              <w:br/>
              <w:br/>
              <w:t>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https://form247-us.com/bonus-form/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https://form247-us.com</w:t>
        </w:r>
      </w:hyperlink>
    </w:p>
    <w:p>
      <w:pPr>
        <w:jc w:val="center"/>
      </w:pPr>
      <w:r>
        <w:rPr>
          <w:color w:val="808080"/>
          <w:sz w:val="20"/>
        </w:rPr>
        <w:t>This template is intended exclusively for personal, non-commercial use.</w:t>
        <w:br/>
        <w:t>If distributed or published, the source must be mentioned. © form247-us.com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form247-us.com/bonus-form/" TargetMode="External"/><Relationship Id="rId10" Type="http://schemas.openxmlformats.org/officeDocument/2006/relationships/hyperlink" Target="https://form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