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BILL OF SALE</w:t>
      </w:r>
    </w:p>
    <w:p/>
    <w:p/>
    <w:p>
      <w:r>
        <w:rPr>
          <w:b/>
          <w:sz w:val="20"/>
        </w:rPr>
        <w:t>SELLER INFORMATION</w:t>
      </w:r>
    </w:p>
    <w:p>
      <w:r>
        <w:rPr>
          <w:b w:val="0"/>
          <w:sz w:val="20"/>
        </w:rPr>
        <w:t>Full Legal Name: ______________________________________________________________</w:t>
      </w:r>
    </w:p>
    <w:p>
      <w:r>
        <w:rPr>
          <w:b w:val="0"/>
          <w:sz w:val="20"/>
        </w:rPr>
        <w:t>Address: ______________________________________________________________________</w:t>
      </w:r>
    </w:p>
    <w:p>
      <w:r>
        <w:rPr>
          <w:b w:val="0"/>
          <w:sz w:val="20"/>
        </w:rPr>
        <w:t>City, State, ZIP Code: 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BUYER INFORMATION</w:t>
      </w:r>
    </w:p>
    <w:p>
      <w:r>
        <w:rPr>
          <w:b w:val="0"/>
          <w:sz w:val="20"/>
        </w:rPr>
        <w:t>Full Legal Name: ______________________________________________________________</w:t>
      </w:r>
    </w:p>
    <w:p>
      <w:r>
        <w:rPr>
          <w:b w:val="0"/>
          <w:sz w:val="20"/>
        </w:rPr>
        <w:t>Address: ______________________________________________________________________</w:t>
      </w:r>
    </w:p>
    <w:p>
      <w:r>
        <w:rPr>
          <w:b w:val="0"/>
          <w:sz w:val="20"/>
        </w:rPr>
        <w:t>City, State, ZIP Code: 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p>
      <w:r>
        <w:rPr>
          <w:b/>
          <w:sz w:val="20"/>
        </w:rPr>
        <w:t>DESCRIPTION OF PROPERTY SOLD</w:t>
      </w:r>
    </w:p>
    <w:p>
      <w:r>
        <w:rPr>
          <w:b w:val="0"/>
          <w:sz w:val="20"/>
        </w:rPr>
        <w:t>The Seller hereby sells, transfers, and conveys to the Buyer the following property (the “Property”):</w:t>
      </w:r>
    </w:p>
    <w:p>
      <w:r>
        <w:rPr>
          <w:b w:val="0"/>
          <w:sz w:val="20"/>
        </w:rPr>
        <w:t>Type of Property: ______________________________________________________________</w:t>
      </w:r>
    </w:p>
    <w:p>
      <w:r>
        <w:rPr>
          <w:b w:val="0"/>
          <w:sz w:val="20"/>
        </w:rPr>
        <w:t>Make/Model: ___________________________________________________________________</w:t>
      </w:r>
    </w:p>
    <w:p>
      <w:r>
        <w:rPr>
          <w:b w:val="0"/>
          <w:sz w:val="20"/>
        </w:rPr>
        <w:t>Year: _______________________ Color: ___________________________________________</w:t>
      </w:r>
    </w:p>
    <w:p>
      <w:r>
        <w:rPr>
          <w:b w:val="0"/>
          <w:sz w:val="20"/>
        </w:rPr>
        <w:t>Identification Number (VIN, Serial No., or Other): ________________________________</w:t>
      </w:r>
    </w:p>
    <w:p>
      <w:r>
        <w:rPr>
          <w:b w:val="0"/>
          <w:sz w:val="20"/>
        </w:rPr>
        <w:t>Odometer Reading (if applicable): _______________________________________________</w:t>
      </w:r>
    </w:p>
    <w:p>
      <w:r>
        <w:rPr>
          <w:b w:val="0"/>
          <w:sz w:val="20"/>
        </w:rPr>
        <w:t>Additional Description: _________________________________________________________</w:t>
      </w:r>
    </w:p>
    <w:p/>
    <w:p/>
    <w:p>
      <w:r>
        <w:rPr>
          <w:b/>
          <w:sz w:val="20"/>
        </w:rPr>
        <w:t>PURCHASE PRICE AND PAYMENT TERMS</w:t>
      </w:r>
    </w:p>
    <w:p>
      <w:r>
        <w:rPr>
          <w:b w:val="0"/>
          <w:sz w:val="20"/>
        </w:rPr>
        <w:t>The total purchase price for the Property is: $____________________________ (USD).</w:t>
      </w:r>
    </w:p>
    <w:p>
      <w:r>
        <w:rPr>
          <w:b w:val="0"/>
          <w:sz w:val="20"/>
        </w:rPr>
        <w:t>The Buyer agrees to pay the purchase price as follows:</w:t>
      </w:r>
    </w:p>
    <w:p>
      <w:r>
        <w:rPr>
          <w:b w:val="0"/>
          <w:sz w:val="20"/>
        </w:rPr>
        <w:t>- Amount Paid at Sale: $_______________________</w:t>
      </w:r>
    </w:p>
    <w:p>
      <w:r>
        <w:rPr>
          <w:b w:val="0"/>
          <w:sz w:val="20"/>
        </w:rPr>
        <w:t>- Balance Due (if any): $_______________________</w:t>
      </w:r>
    </w:p>
    <w:p>
      <w:r>
        <w:rPr>
          <w:b w:val="0"/>
          <w:sz w:val="20"/>
        </w:rPr>
        <w:t>Payment Method: _______________________________________________________________</w:t>
      </w:r>
    </w:p>
    <w:p/>
    <w:p>
      <w:r>
        <w:rPr>
          <w:b/>
          <w:sz w:val="20"/>
        </w:rPr>
        <w:t>WARRANTIES AND REPRESENTATIONS</w:t>
      </w:r>
    </w:p>
    <w:p>
      <w:r>
        <w:rPr>
          <w:b w:val="0"/>
          <w:sz w:val="20"/>
        </w:rPr>
        <w:t>The Seller represents and warrants that:</w:t>
      </w:r>
    </w:p>
    <w:p>
      <w:r>
        <w:rPr>
          <w:b w:val="0"/>
          <w:sz w:val="20"/>
        </w:rPr>
        <w:t>- The Seller is the sole legal owner of the Property and has full right and authority to sell it.</w:t>
      </w:r>
    </w:p>
    <w:p>
      <w:r>
        <w:rPr>
          <w:b w:val="0"/>
          <w:sz w:val="20"/>
        </w:rPr>
        <w:t>- The Property is free and clear of all liens, claims, encumbrances, or security interests except as disclosed herein: ________________</w:t>
      </w:r>
    </w:p>
    <w:p>
      <w:r>
        <w:rPr>
          <w:b w:val="0"/>
          <w:sz w:val="20"/>
        </w:rPr>
        <w:t>- The Property is sold "AS IS," without any warranties or guarantees, express or implied, including but not limited to warranties of merchantability or fitness for a particular purpose, except as expressly stated in this document.</w:t>
      </w:r>
    </w:p>
    <w:p>
      <w:r>
        <w:rPr>
          <w:b w:val="0"/>
          <w:sz w:val="20"/>
        </w:rPr>
        <w:t>- The Seller has disclosed to the Buyer all known defects or issues affecting the Property: ______________________________</w:t>
      </w:r>
    </w:p>
    <w:p/>
    <w:p>
      <w:r>
        <w:rPr>
          <w:b/>
          <w:sz w:val="20"/>
        </w:rPr>
        <w:t>BUYER’S ACKNOWLEDGMENTS</w:t>
      </w:r>
    </w:p>
    <w:p>
      <w:r>
        <w:rPr>
          <w:b w:val="0"/>
          <w:sz w:val="20"/>
        </w:rPr>
        <w:t>The Buyer acknowledges and agrees that:</w:t>
      </w:r>
    </w:p>
    <w:p>
      <w:r>
        <w:rPr>
          <w:b w:val="0"/>
          <w:sz w:val="20"/>
        </w:rPr>
        <w:t>- The Buyer has inspected the Property and accepts it in its current condition.</w:t>
      </w:r>
    </w:p>
    <w:p>
      <w:r>
        <w:rPr>
          <w:b w:val="0"/>
          <w:sz w:val="20"/>
        </w:rPr>
        <w:t>- The Buyer understands that no warranties, express or implied, are made by the Seller except those stated herein.</w:t>
      </w:r>
    </w:p>
    <w:p>
      <w:r>
        <w:rPr>
          <w:b w:val="0"/>
          <w:sz w:val="20"/>
        </w:rPr>
        <w:t>- The Buyer accepts full responsibility for the Property upon transfer of ownership.</w:t>
      </w:r>
    </w:p>
    <w:p/>
    <w:p>
      <w:r>
        <w:rPr>
          <w:b/>
          <w:sz w:val="20"/>
        </w:rPr>
        <w:t>TRANSFER OF OWNERSHIP</w:t>
      </w:r>
    </w:p>
    <w:p>
      <w:r>
        <w:rPr>
          <w:b w:val="0"/>
          <w:sz w:val="20"/>
        </w:rPr>
        <w:t>Ownership and possession of the Property shall be transferred to the Buyer upon receipt of full payment by the Seller.</w:t>
      </w:r>
    </w:p>
    <w:p>
      <w:r>
        <w:rPr>
          <w:b w:val="0"/>
          <w:sz w:val="20"/>
        </w:rPr>
        <w:t>The Seller agrees to execute and deliver any documents necessary to effect the transfer of title or ownership to the Buyer.</w:t>
      </w:r>
    </w:p>
    <w:p/>
    <w:p>
      <w:r>
        <w:rPr>
          <w:b/>
          <w:sz w:val="20"/>
        </w:rPr>
        <w:t>GOVERNING LAW AND JURISDICTION</w:t>
      </w:r>
    </w:p>
    <w:p>
      <w:r>
        <w:rPr>
          <w:b w:val="0"/>
          <w:sz w:val="20"/>
        </w:rPr>
        <w:t>This Bill of Sale shall be governed by and construed in accordance with the laws of the State of _____________________________.</w:t>
      </w:r>
    </w:p>
    <w:p>
      <w:r>
        <w:rPr>
          <w:b w:val="0"/>
          <w:sz w:val="20"/>
        </w:rPr>
        <w:t>Any dispute arising out of or relating to this Bill of Sale shall be resolved in the courts located within the State of ______________________.</w:t>
      </w:r>
    </w:p>
    <w:p/>
    <w:p>
      <w:r>
        <w:rPr>
          <w:b/>
          <w:sz w:val="20"/>
        </w:rPr>
        <w:t>ENTIRE AGREEMENT</w:t>
      </w:r>
    </w:p>
    <w:p>
      <w:r>
        <w:rPr>
          <w:b w:val="0"/>
          <w:sz w:val="20"/>
        </w:rPr>
        <w:t>This document constitutes the entire agreement between the Parties regarding the Property and supersedes any and all prior agreements, understandings, or representations.</w:t>
      </w:r>
    </w:p>
    <w:p/>
    <w:p>
      <w:r>
        <w:rPr>
          <w:b/>
          <w:sz w:val="20"/>
        </w:rPr>
        <w:t>SEVERABILITY</w:t>
      </w:r>
    </w:p>
    <w:p>
      <w:r>
        <w:rPr>
          <w:b w:val="0"/>
          <w:sz w:val="20"/>
        </w:rPr>
        <w:t>If any provision of this Bill of Sale is found to be invalid or unenforceable, the remaining provisions shall continue in full force and effect.</w:t>
      </w:r>
    </w:p>
    <w:p/>
    <w:p>
      <w:r>
        <w:rPr>
          <w:b/>
          <w:sz w:val="20"/>
        </w:rPr>
        <w:t>SIGNATURES</w:t>
      </w:r>
    </w:p>
    <w:p>
      <w:r>
        <w:rPr>
          <w:b w:val="0"/>
          <w:sz w:val="20"/>
        </w:rPr>
        <w:t>By signing below, the Parties acknowledge and agree to the terms set forth in this Bill of Sale.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bl>
    <w:p/>
    <w:p/>
    <w:p>
      <w:r>
        <w:rPr>
          <w:b/>
          <w:sz w:val="20"/>
        </w:rPr>
        <w:t>NOTARY ACKNOWLEDGMENT</w:t>
      </w:r>
    </w:p>
    <w:p>
      <w:r>
        <w:rPr>
          <w:b w:val="0"/>
          <w:sz w:val="20"/>
        </w:rPr>
        <w:t>State of ____________________</w:t>
      </w:r>
    </w:p>
    <w:p>
      <w:r>
        <w:rPr>
          <w:b w:val="0"/>
          <w:sz w:val="20"/>
        </w:rPr>
        <w:t>County of __________________</w:t>
      </w:r>
    </w:p>
    <w:p>
      <w:r>
        <w:rPr>
          <w:b w:val="0"/>
          <w:sz w:val="20"/>
        </w:rPr>
        <w:t>On this ______ day of ________________, before me, the undersigned Notary Public, personally appeared the Seller and Buyer, proved to me on the basis of satisfactory evidence to be the persons whose names are subscribed to this instrument, and acknowledged that they executed the same for the purposes therein contained.</w:t>
      </w:r>
    </w:p>
    <w:p>
      <w:r>
        <w:rPr>
          <w:b w:val="0"/>
          <w:sz w:val="20"/>
        </w:rPr>
        <w:t>In witness whereof, I hereunto set my hand and official seal.</w:t>
      </w:r>
    </w:p>
    <w:p/>
    <w:p/>
    <w:p>
      <w:r>
        <w:rPr>
          <w:b w:val="0"/>
          <w:sz w:val="20"/>
        </w:rPr>
        <w:t>Notary Public Signature: ____________________________________________</w:t>
      </w:r>
    </w:p>
    <w:p>
      <w:r>
        <w:rPr>
          <w:b w:val="0"/>
          <w:sz w:val="20"/>
        </w:rPr>
        <w:t>My Commission Expires: 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https://form247-us.com/bill-of-sale-form/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bill-of-sale-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