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BASEBALL REGISTRATION FORM</w:t>
      </w:r>
    </w:p>
    <w:p/>
    <w:p/>
    <w:p>
      <w:r>
        <w:rPr>
          <w:b/>
          <w:sz w:val="20"/>
        </w:rPr>
        <w:t>Player Information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Date of Birth (MM/DD/YYYY): ______________________________________________</w:t>
      </w:r>
    </w:p>
    <w:p>
      <w:r>
        <w:rPr>
          <w:b w:val="0"/>
          <w:sz w:val="20"/>
        </w:rPr>
        <w:t>Gender: _________________________________________________________________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City: __________________________ State: _____________ ZIP Code: 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Parent/Guardian Information (If Player is Under 18)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Relationship to Player: 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Emergency Contact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</w:t>
      </w:r>
    </w:p>
    <w:p>
      <w:r>
        <w:rPr>
          <w:b w:val="0"/>
          <w:sz w:val="20"/>
        </w:rPr>
        <w:t>Phone Number (Primary): _________________________________________________</w:t>
      </w:r>
    </w:p>
    <w:p>
      <w:r>
        <w:rPr>
          <w:b w:val="0"/>
          <w:sz w:val="20"/>
        </w:rPr>
        <w:t>Phone Number (Secondary): _______________________________________________</w:t>
      </w:r>
    </w:p>
    <w:p/>
    <w:p>
      <w:r>
        <w:rPr>
          <w:b/>
          <w:sz w:val="20"/>
        </w:rPr>
        <w:t>Medical Information</w:t>
      </w:r>
    </w:p>
    <w:p>
      <w:r>
        <w:rPr>
          <w:b w:val="0"/>
          <w:sz w:val="20"/>
        </w:rPr>
        <w:t>Physician Name: __________________________________________________________</w:t>
      </w:r>
    </w:p>
    <w:p>
      <w:r>
        <w:rPr>
          <w:b w:val="0"/>
          <w:sz w:val="20"/>
        </w:rPr>
        <w:t>Physician Phone Number: _________________________________________________</w:t>
      </w:r>
    </w:p>
    <w:p>
      <w:r>
        <w:rPr>
          <w:b w:val="0"/>
          <w:sz w:val="20"/>
        </w:rPr>
        <w:t>Allergies or Medical Conditions: _________________________________________</w:t>
      </w:r>
    </w:p>
    <w:p>
      <w:r>
        <w:rPr>
          <w:b w:val="0"/>
          <w:sz w:val="20"/>
        </w:rPr>
        <w:t>Medications Currently Taken: _____________________________________________</w:t>
      </w:r>
    </w:p>
    <w:p>
      <w:r>
        <w:rPr>
          <w:b w:val="0"/>
          <w:sz w:val="20"/>
        </w:rPr>
        <w:t>Insurance Provider: ______________________________________________________</w:t>
      </w:r>
    </w:p>
    <w:p>
      <w:r>
        <w:rPr>
          <w:b w:val="0"/>
          <w:sz w:val="20"/>
        </w:rPr>
        <w:t>Policy Number: __________________________________________________________</w:t>
      </w:r>
    </w:p>
    <w:p>
      <w:r>
        <w:rPr>
          <w:b w:val="0"/>
          <w:sz w:val="20"/>
        </w:rPr>
        <w:t>Any Physical Restrictions or Limitations: _________________________________</w:t>
      </w:r>
    </w:p>
    <w:p/>
    <w:p>
      <w:r>
        <w:rPr>
          <w:b/>
          <w:sz w:val="20"/>
        </w:rPr>
        <w:t>Baseball Experience</w:t>
      </w:r>
    </w:p>
    <w:p>
      <w:r>
        <w:rPr>
          <w:b w:val="0"/>
          <w:sz w:val="20"/>
        </w:rPr>
        <w:t>Have you played organized baseball before? (Yes/No) _______________________</w:t>
      </w:r>
    </w:p>
    <w:p>
      <w:r>
        <w:rPr>
          <w:b w:val="0"/>
          <w:sz w:val="20"/>
        </w:rPr>
        <w:t>If Yes, please provide details (teams, leagues, years): 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Position(s) Preferred: ____________________________________________________</w:t>
      </w:r>
    </w:p>
    <w:p/>
    <w:p>
      <w:r>
        <w:rPr>
          <w:b/>
          <w:sz w:val="20"/>
        </w:rPr>
        <w:t>Uniform Information</w:t>
      </w:r>
    </w:p>
    <w:p>
      <w:r>
        <w:rPr>
          <w:b w:val="0"/>
          <w:sz w:val="20"/>
        </w:rPr>
        <w:t>Jersey Size: _____________________________________________________________</w:t>
      </w:r>
    </w:p>
    <w:p>
      <w:r>
        <w:rPr>
          <w:b w:val="0"/>
          <w:sz w:val="20"/>
        </w:rPr>
        <w:t>Pant Size: _______________________________________________________________</w:t>
      </w:r>
    </w:p>
    <w:p>
      <w:r>
        <w:rPr>
          <w:b w:val="0"/>
          <w:sz w:val="20"/>
        </w:rPr>
        <w:t>Hat Size: ________________________________________________________________</w:t>
      </w:r>
    </w:p>
    <w:p/>
    <w:p>
      <w:r>
        <w:rPr>
          <w:b/>
          <w:sz w:val="20"/>
        </w:rPr>
        <w:t>Registration Fees and Payment</w:t>
      </w:r>
    </w:p>
    <w:p>
      <w:r>
        <w:rPr>
          <w:b w:val="0"/>
          <w:sz w:val="20"/>
        </w:rPr>
        <w:t>Registration Fee: $____________________</w:t>
      </w:r>
    </w:p>
    <w:p>
      <w:r>
        <w:rPr>
          <w:b w:val="0"/>
          <w:sz w:val="20"/>
        </w:rPr>
        <w:t>Payment Method (Check One): [ ] Cash   [ ] Check   [ ] Credit Card   [ ] Other</w:t>
      </w:r>
    </w:p>
    <w:p/>
    <w:p>
      <w:r>
        <w:rPr>
          <w:b/>
          <w:sz w:val="20"/>
        </w:rPr>
        <w:t>Consent and Liability Waiver</w:t>
      </w:r>
    </w:p>
    <w:p>
      <w:r>
        <w:rPr>
          <w:b w:val="0"/>
          <w:sz w:val="20"/>
        </w:rPr>
        <w:t>I, the undersigned, hereby consent to the participation of the above-named player in the baseball program organized by the league.</w:t>
      </w:r>
    </w:p>
    <w:p>
      <w:r>
        <w:rPr>
          <w:b w:val="0"/>
          <w:sz w:val="20"/>
        </w:rPr>
        <w:t>I acknowledge that participation in baseball involves risks of injury, including serious injury, and I assume all risks associated with participation.</w:t>
      </w:r>
    </w:p>
    <w:p>
      <w:r>
        <w:rPr>
          <w:b w:val="0"/>
          <w:sz w:val="20"/>
        </w:rPr>
        <w:t>I release and hold harmless the league, its organizers, coaches, volunteers, and sponsors from any and all liability for injury, loss, or damage arising out of or in connection with participation.</w:t>
      </w:r>
    </w:p>
    <w:p>
      <w:r>
        <w:rPr>
          <w:b w:val="0"/>
          <w:sz w:val="20"/>
        </w:rPr>
        <w:t>I certify that the player is physically fit to participate and has no medical conditions that would limit participation, except as noted above.</w:t>
      </w:r>
    </w:p>
    <w:p>
      <w:r>
        <w:rPr>
          <w:b w:val="0"/>
          <w:sz w:val="20"/>
        </w:rPr>
        <w:t>I understand that I am responsible for all medical expenses incurred as a result of injury during participation.</w:t>
      </w:r>
    </w:p>
    <w:p/>
    <w:p>
      <w:r>
        <w:rPr>
          <w:b/>
          <w:sz w:val="20"/>
        </w:rPr>
        <w:t>Photo and Media Release</w:t>
      </w:r>
    </w:p>
    <w:p>
      <w:r>
        <w:rPr>
          <w:b w:val="0"/>
          <w:sz w:val="20"/>
        </w:rPr>
        <w:t>I hereby grant permission to the league to use photographs, video, or other media of the player for promotional, educational, or informational purposes without compensation.</w:t>
      </w:r>
    </w:p>
    <w:p>
      <w:r>
        <w:rPr>
          <w:b w:val="0"/>
          <w:sz w:val="20"/>
        </w:rPr>
        <w:t>This permission extends to any media or promotional materials produced by the league.</w:t>
      </w:r>
    </w:p>
    <w:p/>
    <w:p>
      <w:r>
        <w:rPr>
          <w:b/>
          <w:sz w:val="20"/>
        </w:rPr>
        <w:t>Code of Conduct Agreement</w:t>
      </w:r>
    </w:p>
    <w:p>
      <w:r>
        <w:rPr>
          <w:b w:val="0"/>
          <w:sz w:val="20"/>
        </w:rPr>
        <w:t>I agree to abide by the rules and regulations of the league and to conduct myself in a sportsmanlike manner.</w:t>
      </w:r>
    </w:p>
    <w:p>
      <w:r>
        <w:rPr>
          <w:b w:val="0"/>
          <w:sz w:val="20"/>
        </w:rPr>
        <w:t>I understand that failure to adhere to the code of conduct may result in disciplinary action, including suspension or removal from the league.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Player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Parent/Guardian Signature (If Player Under 18)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https://form247-us.com/baseball-registration-form/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baseball-registr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