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BACKGROUND CHECK CONSENT FORM</w:t>
      </w:r>
    </w:p>
    <w:p/>
    <w:p>
      <w:r>
        <w:rPr>
          <w:b/>
          <w:sz w:val="20"/>
        </w:rPr>
        <w:t>I. INTRODUCTION</w:t>
      </w:r>
    </w:p>
    <w:p>
      <w:r>
        <w:rPr>
          <w:b w:val="0"/>
          <w:sz w:val="20"/>
        </w:rPr>
        <w:t>This Background Check Consent Form ("Consent") is provided in connection with my application for employment, volunteer service, tenancy, or other engagement with the requesting party ("Requester"). I understand that the Requester may obtain reports concerning my background from various sources, including but not limited to criminal history, credit reports, employment history, education verification, and driving records, if applicable.</w:t>
      </w:r>
    </w:p>
    <w:p/>
    <w:p>
      <w:r>
        <w:rPr>
          <w:b/>
          <w:sz w:val="20"/>
        </w:rPr>
        <w:t>II. AUTHORIZATION AND CONSENT</w:t>
      </w:r>
    </w:p>
    <w:p>
      <w:r>
        <w:rPr>
          <w:b w:val="0"/>
          <w:sz w:val="20"/>
        </w:rPr>
        <w:t>I hereby authorize the Requester and its agents, representatives, or employees to obtain background information about me. This authorization includes, but is not limited to, obtaining consumer reports and investigative consumer reports as defined by the Fair Credit Reporting Act (FCRA), 15 U.S.C. §§ 1681 et seq., from third-party consumer reporting agencies and other sources.</w:t>
      </w:r>
    </w:p>
    <w:p/>
    <w:p>
      <w:r>
        <w:rPr>
          <w:b/>
          <w:sz w:val="20"/>
        </w:rPr>
        <w:t>III. SCOPE OF BACKGROUND CHECK</w:t>
      </w:r>
    </w:p>
    <w:p>
      <w:r>
        <w:rPr>
          <w:b w:val="0"/>
          <w:sz w:val="20"/>
        </w:rPr>
        <w:t>I understand and agree that the background check may include information regarding my criminal records, civil litigation history, credit history, driving records, employment verification, education verification, professional licenses and certifications, and other related information relevant to my application or engagement.</w:t>
      </w:r>
    </w:p>
    <w:p/>
    <w:p>
      <w:r>
        <w:rPr>
          <w:b/>
          <w:sz w:val="20"/>
        </w:rPr>
        <w:t>IV. DISCLOSURE AND USE OF INFORMATION</w:t>
      </w:r>
    </w:p>
    <w:p>
      <w:r>
        <w:rPr>
          <w:b w:val="0"/>
          <w:sz w:val="20"/>
        </w:rPr>
        <w:t>I understand that the information obtained pursuant to this Consent will be used solely for the purpose of evaluating my suitability for employment, volunteer service, tenancy, or other engagement with the Requester. The information will be kept confidential and shared only with individuals involved in the decision-making process.</w:t>
      </w:r>
    </w:p>
    <w:p/>
    <w:p>
      <w:r>
        <w:rPr>
          <w:b/>
          <w:sz w:val="20"/>
        </w:rPr>
        <w:t>V. RIGHTS UNDER THE FAIR CREDIT REPORTING ACT (FCRA)</w:t>
      </w:r>
    </w:p>
    <w:p>
      <w:r>
        <w:rPr>
          <w:b w:val="0"/>
          <w:sz w:val="20"/>
        </w:rPr>
        <w:t>I understand that upon written request to the Requester, I may obtain a complete and accurate disclosure of the nature and scope of the background check and the sources of information. I also understand that I have rights under the FCRA, including the right to dispute inaccurate or incomplete information contained in any consumer report obtained about me.</w:t>
      </w:r>
    </w:p>
    <w:p/>
    <w:p>
      <w:r>
        <w:rPr>
          <w:b/>
          <w:sz w:val="20"/>
        </w:rPr>
        <w:t>VI. RELEASE AND INDEMNIFICATION</w:t>
      </w:r>
    </w:p>
    <w:p>
      <w:r>
        <w:rPr>
          <w:b w:val="0"/>
          <w:sz w:val="20"/>
        </w:rPr>
        <w:t>I hereby release and hold harmless the Requester, its agents, employees, and any consumer reporting agencies or other third parties providing information from liability for any claims, damages, or losses arising out of or related to the use of the background information obtained pursuant to this Consent.</w:t>
      </w:r>
    </w:p>
    <w:p/>
    <w:p>
      <w:r>
        <w:rPr>
          <w:b/>
          <w:sz w:val="20"/>
        </w:rPr>
        <w:t>VII. CERTIFICATION</w:t>
      </w:r>
    </w:p>
    <w:p>
      <w:r>
        <w:rPr>
          <w:b w:val="0"/>
          <w:sz w:val="20"/>
        </w:rPr>
        <w:t>I certify that all information provided by me in connection with this Consent and any application or related documents is true, correct, and complete to the best of my knowledge. I understand that providing false information may result in denial of employment or other engagement, or termination if discovered after engagement.</w:t>
      </w:r>
    </w:p>
    <w:p/>
    <w:p>
      <w:r>
        <w:rPr>
          <w:b/>
          <w:sz w:val="20"/>
        </w:rPr>
        <w:t>VIII. ACKNOWLEDGMENT</w:t>
      </w:r>
    </w:p>
    <w:p>
      <w:r>
        <w:rPr>
          <w:b w:val="0"/>
          <w:sz w:val="20"/>
        </w:rPr>
        <w:t>By signing below, I acknowledge that I have read and understand this Background Check Consent Form, that I have had the opportunity to ask questions and seek independent advice if I so chose, and that I voluntarily authorize the Requester to conduct the background check as described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Signature</w:t>
            </w:r>
          </w:p>
        </w:tc>
        <w:tc>
          <w:tcPr>
            <w:tcW w:type="dxa" w:w="4986"/>
            <w:tcBorders>
              <w:top w:val="nil"/>
              <w:left w:val="nil"/>
              <w:bottom w:val="nil"/>
              <w:right w:val="nil"/>
              <w:insideH w:val="nil"/>
              <w:insideV w:val="nil"/>
            </w:tcBorders>
          </w:tcPr>
          <w:p>
            <w:pPr>
              <w:jc w:val="center"/>
            </w:pPr>
            <w:r>
              <w:t>Printed Name</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Name: ____________________________________</w:t>
            </w:r>
          </w:p>
        </w:tc>
      </w:tr>
      <w:tr>
        <w:tc>
          <w:tcPr>
            <w:tcW w:type="dxa" w:w="4986"/>
            <w:tcBorders>
              <w:top w:val="nil"/>
              <w:left w:val="nil"/>
              <w:bottom w:val="nil"/>
              <w:right w:val="nil"/>
              <w:insideH w:val="nil"/>
              <w:insideV w:val="nil"/>
            </w:tcBorders>
          </w:tcPr>
          <w:p>
            <w:pPr>
              <w:jc w:val="center"/>
            </w:pPr>
            <w:r>
              <w:t>Date Signed</w:t>
            </w:r>
          </w:p>
        </w:tc>
        <w:tc>
          <w:tcPr>
            <w:tcW w:type="dxa" w:w="4986"/>
            <w:tcBorders>
              <w:top w:val="nil"/>
              <w:left w:val="nil"/>
              <w:bottom w:val="nil"/>
              <w:right w:val="nil"/>
              <w:insideH w:val="nil"/>
              <w:insideV w:val="nil"/>
            </w:tcBorders>
          </w:tcPr>
          <w:p>
            <w:pPr>
              <w:jc w:val="center"/>
            </w:pPr>
            <w:r>
              <w:t>Identification Number (e.g., Driver’s License, Passport)</w:t>
            </w:r>
          </w:p>
        </w:tc>
      </w:tr>
      <w:tr>
        <w:tc>
          <w:tcPr>
            <w:tcW w:type="dxa" w:w="4986"/>
            <w:tcBorders>
              <w:top w:val="nil"/>
              <w:left w:val="nil"/>
              <w:bottom w:val="nil"/>
              <w:right w:val="nil"/>
              <w:insideH w:val="nil"/>
              <w:insideV w:val="nil"/>
            </w:tcBorders>
          </w:tcPr>
          <w:p>
            <w:pPr>
              <w:jc w:val="center"/>
            </w:pPr>
            <w:r>
              <w:br/>
              <w:br/>
              <w:t>_______________________________</w:t>
            </w:r>
          </w:p>
        </w:tc>
        <w:tc>
          <w:tcPr>
            <w:tcW w:type="dxa" w:w="4986"/>
            <w:tcBorders>
              <w:top w:val="nil"/>
              <w:left w:val="nil"/>
              <w:bottom w:val="nil"/>
              <w:right w:val="nil"/>
              <w:insideH w:val="nil"/>
              <w:insideV w:val="nil"/>
            </w:tcBorders>
          </w:tcPr>
          <w:p>
            <w:pPr>
              <w:jc w:val="center"/>
            </w:pPr>
            <w:r>
              <w:br/>
              <w:br/>
              <w:t>__________________________________________</w:t>
            </w:r>
          </w:p>
        </w:tc>
      </w:tr>
    </w:tbl>
    <w:p/>
    <w:p/>
    <w:p>
      <w:r>
        <w:rPr>
          <w:b/>
          <w:sz w:val="20"/>
        </w:rPr>
        <w:t>IX. PRIVACY NOTICE</w:t>
      </w:r>
    </w:p>
    <w:p>
      <w:r>
        <w:rPr>
          <w:b w:val="0"/>
          <w:sz w:val="20"/>
        </w:rPr>
        <w:t>The Requester is committed to protecting your personal information in accordance with applicable federal and state laws. Information collected will be stored securely and only retained as long as necessary for legitimate business purposes and compliance with legal obligations.</w:t>
      </w:r>
    </w:p>
    <w:p/>
    <w:p>
      <w:r>
        <w:rPr>
          <w:b/>
          <w:sz w:val="20"/>
        </w:rPr>
        <w:t>X. CONTACT INFORMATION</w:t>
      </w:r>
    </w:p>
    <w:p>
      <w:r>
        <w:rPr>
          <w:b w:val="0"/>
          <w:sz w:val="20"/>
        </w:rPr>
        <w:t>If you have questions regarding this Consent or the background check process, please contact the Requester at:</w:t>
      </w:r>
    </w:p>
    <w:p>
      <w:r>
        <w:rPr>
          <w:b w:val="0"/>
          <w:sz w:val="20"/>
        </w:rPr>
        <w:t>Company Name: _________________________________________________</w:t>
      </w:r>
    </w:p>
    <w:p>
      <w:r>
        <w:rPr>
          <w:b w:val="0"/>
          <w:sz w:val="20"/>
        </w:rPr>
        <w:t>Address: _______________________________________________________</w:t>
      </w:r>
    </w:p>
    <w:p>
      <w:r>
        <w:rPr>
          <w:b w:val="0"/>
          <w:sz w:val="20"/>
        </w:rPr>
        <w:t>Phone: _________________________________________________________</w:t>
      </w:r>
    </w:p>
    <w:p>
      <w:r>
        <w:rPr>
          <w:b w:val="0"/>
          <w:sz w:val="20"/>
        </w:rPr>
        <w:t>Email: _________________________________________________________</w:t>
      </w:r>
    </w:p>
    <w:p/>
    <w:p/>
    <w:p>
      <w:r>
        <w:rPr>
          <w:b/>
          <w:sz w:val="20"/>
        </w:rPr>
        <w:t>XI. ADVERSE ACTION NOTICE</w:t>
      </w:r>
    </w:p>
    <w:p>
      <w:r>
        <w:rPr>
          <w:b w:val="0"/>
          <w:sz w:val="20"/>
        </w:rPr>
        <w:t>If any adverse action is taken based on the information obtained through this background check, you will be provided with a pre-adverse action disclosure, a copy of the consumer report used, and a summary of your rights under the FCRA prior to finalizing such action.</w:t>
      </w:r>
    </w:p>
    <w:p/>
    <w:p/>
    <w:p>
      <w:r>
        <w:br w:type="page"/>
      </w:r>
    </w:p>
    <w:p>
      <w:pPr>
        <w:jc w:val="center"/>
      </w:pPr>
      <w:r>
        <w:rPr>
          <w:color w:val="555555"/>
          <w:sz w:val="24"/>
        </w:rPr>
        <w:t>Original source of this document:</w:t>
      </w:r>
    </w:p>
    <w:p>
      <w:pPr>
        <w:jc w:val="center"/>
      </w:pPr>
      <w:hyperlink r:id="rId9">
        <w:r>
          <w:rPr>
            <w:color w:val="0000FF"/>
            <w:u w:val="single"/>
          </w:rPr>
          <w:t>https://form247-us.com/background-check-consent-form/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background-check-consen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