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ANIMAL SURRENDER AND RELEASE FORM</w:t>
      </w:r>
    </w:p>
    <w:p/>
    <w:p/>
    <w:p>
      <w:r>
        <w:rPr>
          <w:b/>
          <w:sz w:val="22"/>
        </w:rPr>
        <w:t>Owner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City: ___________________________ State: ___________ Zip Code: _________</w:t>
      </w:r>
    </w:p>
    <w:p>
      <w:r>
        <w:rPr>
          <w:b w:val="0"/>
          <w:sz w:val="20"/>
        </w:rPr>
        <w:t>Phone Number: _________________________________________________________</w:t>
      </w:r>
    </w:p>
    <w:p>
      <w:r>
        <w:rPr>
          <w:b w:val="0"/>
          <w:sz w:val="20"/>
        </w:rPr>
        <w:t>Email Address: _________________________________________________________</w:t>
      </w:r>
    </w:p>
    <w:p/>
    <w:p>
      <w:r>
        <w:rPr>
          <w:b/>
          <w:sz w:val="22"/>
        </w:rPr>
        <w:t>Animal Information:</w:t>
      </w:r>
    </w:p>
    <w:p>
      <w:r>
        <w:rPr>
          <w:b w:val="0"/>
          <w:sz w:val="20"/>
        </w:rPr>
        <w:t>Name: _________________________________________________________________</w:t>
      </w:r>
    </w:p>
    <w:p>
      <w:r>
        <w:rPr>
          <w:b w:val="0"/>
          <w:sz w:val="20"/>
        </w:rPr>
        <w:t>Species (Dog, Cat, etc.): _______________________________________________</w:t>
      </w:r>
    </w:p>
    <w:p>
      <w:r>
        <w:rPr>
          <w:b w:val="0"/>
          <w:sz w:val="20"/>
        </w:rPr>
        <w:t>Breed: ________________________________________________________________</w:t>
      </w:r>
    </w:p>
    <w:p>
      <w:r>
        <w:rPr>
          <w:b w:val="0"/>
          <w:sz w:val="20"/>
        </w:rPr>
        <w:t>Color/Markings: _______________________________________________________</w:t>
      </w:r>
    </w:p>
    <w:p>
      <w:r>
        <w:rPr>
          <w:b w:val="0"/>
          <w:sz w:val="20"/>
        </w:rPr>
        <w:t>Age or Date of Birth: _________________________________________________</w:t>
      </w:r>
    </w:p>
    <w:p>
      <w:r>
        <w:rPr>
          <w:b w:val="0"/>
          <w:sz w:val="20"/>
        </w:rPr>
        <w:t>Sex: _____________________ Spayed/Neutered: □ Yes □ No</w:t>
      </w:r>
    </w:p>
    <w:p>
      <w:r>
        <w:rPr>
          <w:b w:val="0"/>
          <w:sz w:val="20"/>
        </w:rPr>
        <w:t>Microchip Number (if applicable): _______________________________________</w:t>
      </w:r>
    </w:p>
    <w:p/>
    <w:p>
      <w:r>
        <w:rPr>
          <w:b/>
          <w:sz w:val="22"/>
        </w:rPr>
        <w:t>Health and Behavior Information:</w:t>
      </w:r>
    </w:p>
    <w:p>
      <w:r>
        <w:rPr>
          <w:b w:val="0"/>
          <w:sz w:val="20"/>
        </w:rPr>
        <w:t>Veterinary Clinic Name: ________________________________________________</w:t>
      </w:r>
    </w:p>
    <w:p>
      <w:r>
        <w:rPr>
          <w:b w:val="0"/>
          <w:sz w:val="20"/>
        </w:rPr>
        <w:t>Veterinarian Name: _____________________________________________________</w:t>
      </w:r>
    </w:p>
    <w:p>
      <w:r>
        <w:rPr>
          <w:b w:val="0"/>
          <w:sz w:val="20"/>
        </w:rPr>
        <w:t>Last Vaccination Date: ________________________________________________</w:t>
      </w:r>
    </w:p>
    <w:p>
      <w:r>
        <w:rPr>
          <w:b w:val="0"/>
          <w:sz w:val="20"/>
        </w:rPr>
        <w:t>Describe any current medical conditions, medications, or special needs: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Has the animal ever bitten a person or another animal? □ Yes □ No</w:t>
      </w:r>
    </w:p>
    <w:p>
      <w:r>
        <w:rPr>
          <w:b w:val="0"/>
          <w:sz w:val="20"/>
        </w:rPr>
        <w:t>If yes, please explain: _________________________________________________</w:t>
      </w:r>
    </w:p>
    <w:p>
      <w:r>
        <w:rPr>
          <w:b w:val="0"/>
          <w:sz w:val="20"/>
        </w:rPr>
        <w:t>______________________________________________________________________</w:t>
      </w:r>
    </w:p>
    <w:p>
      <w:r>
        <w:rPr>
          <w:b w:val="0"/>
          <w:sz w:val="20"/>
        </w:rPr>
        <w:t>Describe any known behavioral issues (aggression, anxiety, escape attempts, etc.):</w:t>
      </w:r>
    </w:p>
    <w:p>
      <w:r>
        <w:rPr>
          <w:b w:val="0"/>
          <w:sz w:val="20"/>
        </w:rPr>
        <w:t>______________________________________________________________________</w:t>
      </w:r>
    </w:p>
    <w:p>
      <w:r>
        <w:rPr>
          <w:b w:val="0"/>
          <w:sz w:val="20"/>
        </w:rPr>
        <w:t>______________________________________________________________________</w:t>
      </w:r>
    </w:p>
    <w:p/>
    <w:p>
      <w:r>
        <w:rPr>
          <w:b/>
          <w:sz w:val="22"/>
        </w:rPr>
        <w:t>Reason for Surrender:</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2"/>
        </w:rPr>
        <w:t>Owner's Acknowledgments and Representations:</w:t>
      </w:r>
    </w:p>
    <w:p>
      <w:r>
        <w:rPr>
          <w:b w:val="0"/>
          <w:sz w:val="20"/>
        </w:rPr>
        <w:t>1. I am the legal owner of the animal described above, and I have the full authority to surrender the animal.</w:t>
      </w:r>
    </w:p>
    <w:p>
      <w:r>
        <w:rPr>
          <w:b w:val="0"/>
          <w:sz w:val="20"/>
        </w:rPr>
        <w:t>2. I understand that by signing this form, I am permanently surrendering all rights and interests in the animal to the receiving organization.</w:t>
      </w:r>
    </w:p>
    <w:p>
      <w:r>
        <w:rPr>
          <w:b w:val="0"/>
          <w:sz w:val="20"/>
        </w:rPr>
        <w:t>3. I certify that all information provided is true and accurate to the best of my knowledge.</w:t>
      </w:r>
    </w:p>
    <w:p>
      <w:r>
        <w:rPr>
          <w:b w:val="0"/>
          <w:sz w:val="20"/>
        </w:rPr>
        <w:t>4. I disclose all known medical and behavioral information regarding the animal and understand that failure to disclose may affect the animal’s care and placement.</w:t>
      </w:r>
    </w:p>
    <w:p>
      <w:r>
        <w:rPr>
          <w:b w:val="0"/>
          <w:sz w:val="20"/>
        </w:rPr>
        <w:t>5. I understand that the receiving organization is not responsible for any future medical or behavioral issues the animal may develop.</w:t>
      </w:r>
    </w:p>
    <w:p>
      <w:r>
        <w:rPr>
          <w:b w:val="0"/>
          <w:sz w:val="20"/>
        </w:rPr>
        <w:t>6. I release and hold harmless the receiving organization, its officers, employees, and agents from any liability related to the animal after surrender.</w:t>
      </w:r>
    </w:p>
    <w:p/>
    <w:p>
      <w:r>
        <w:rPr>
          <w:b/>
          <w:sz w:val="22"/>
        </w:rPr>
        <w:t>Consent to Treatment and Care:</w:t>
      </w:r>
    </w:p>
    <w:p>
      <w:r>
        <w:rPr>
          <w:b w:val="0"/>
          <w:sz w:val="20"/>
        </w:rPr>
        <w:t>I authorize the receiving organization and its veterinarians to provide medical care, treatments, vaccinations, and any necessary procedures for the health and welfare of the animal.</w:t>
      </w:r>
    </w:p>
    <w:p>
      <w:r>
        <w:rPr>
          <w:b w:val="0"/>
          <w:sz w:val="20"/>
        </w:rPr>
        <w:t>I understand that the receiving organization will make decisions on the animal’s behalf in its best interest, including but not limited to adoption, foster care, or humane euthanasia if deemed necessary.</w:t>
      </w:r>
    </w:p>
    <w:p/>
    <w:p>
      <w:r>
        <w:rPr>
          <w:b/>
          <w:sz w:val="22"/>
        </w:rPr>
        <w:t>Release of Liability:</w:t>
      </w:r>
    </w:p>
    <w:p>
      <w:r>
        <w:rPr>
          <w:b w:val="0"/>
          <w:sz w:val="20"/>
        </w:rPr>
        <w:t>I hereby release, waive, and discharge the receiving organization, its agents, employees, and volunteers from any and all liability, claims, demands, or causes of action arising out of or related to the surrender of the animal.</w:t>
      </w:r>
    </w:p>
    <w:p>
      <w:r>
        <w:rPr>
          <w:b w:val="0"/>
          <w:sz w:val="20"/>
        </w:rPr>
        <w:t>This release extends to any injury, illness, or damages that may occur to the animal or others after surrender.</w:t>
      </w:r>
    </w:p>
    <w:p/>
    <w:p>
      <w:r>
        <w:rPr>
          <w:b/>
          <w:sz w:val="22"/>
        </w:rPr>
        <w:t>Signatures:</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RECEIVING ORGANIZATION REPRESENTATIVE</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Printed Name: ___________________________</w:t>
              <w:br/>
              <w:t>Date: _______________</w:t>
            </w:r>
          </w:p>
        </w:tc>
        <w:tc>
          <w:tcPr>
            <w:tcW w:type="dxa" w:w="4986"/>
            <w:tcBorders>
              <w:top w:val="nil"/>
              <w:left w:val="nil"/>
              <w:bottom w:val="nil"/>
              <w:right w:val="nil"/>
              <w:insideH w:val="nil"/>
              <w:insideV w:val="nil"/>
            </w:tcBorders>
          </w:tcPr>
          <w:p>
            <w:pPr>
              <w:jc w:val="center"/>
            </w:pPr>
            <w:r>
              <w:t>Printed Name: ___________________________</w:t>
              <w:br/>
              <w:t>Date: _______________</w:t>
            </w:r>
          </w:p>
        </w:tc>
      </w:tr>
    </w:tbl>
    <w:p/>
    <w:p/>
    <w:p>
      <w:r>
        <w:rPr>
          <w:b/>
          <w:sz w:val="22"/>
        </w:rPr>
        <w:t>Witness (Optional):</w:t>
      </w:r>
    </w:p>
    <w:p>
      <w:r>
        <w:rPr>
          <w:b w:val="0"/>
          <w:sz w:val="20"/>
        </w:rPr>
        <w:t>Name: ________________________________________________________________</w:t>
      </w:r>
    </w:p>
    <w:p>
      <w:r>
        <w:rPr>
          <w:b w:val="0"/>
          <w:sz w:val="20"/>
        </w:rPr>
        <w:t>Signature: _____________________________________________________________</w:t>
      </w:r>
    </w:p>
    <w:p>
      <w:r>
        <w:rPr>
          <w:b w:val="0"/>
          <w:sz w:val="20"/>
        </w:rPr>
        <w:t>Date: _________________________________________________________________</w:t>
      </w:r>
    </w:p>
    <w:p/>
    <w:p/>
    <w:p>
      <w:r>
        <w:rPr>
          <w:b/>
          <w:sz w:val="22"/>
        </w:rPr>
        <w:t>Privacy Notice:</w:t>
      </w:r>
    </w:p>
    <w:p>
      <w:r>
        <w:rPr>
          <w:b w:val="0"/>
          <w:sz w:val="20"/>
        </w:rPr>
        <w:t>The information collected on this form is confidential and will be used solely for purposes related to the care and placement of the surrendered animal.</w:t>
      </w:r>
    </w:p>
    <w:p>
      <w:r>
        <w:rPr>
          <w:b w:val="0"/>
          <w:sz w:val="20"/>
        </w:rPr>
        <w:t>It will not be shared with unauthorized parties without your consent, except as required by law.</w:t>
      </w:r>
    </w:p>
    <w:p/>
    <w:p>
      <w:r>
        <w:rPr>
          <w:b/>
          <w:sz w:val="22"/>
        </w:rPr>
        <w:t>Emergency Contact Information (optional):</w:t>
      </w:r>
    </w:p>
    <w:p>
      <w:r>
        <w:rPr>
          <w:b w:val="0"/>
          <w:sz w:val="20"/>
        </w:rPr>
        <w:t>Name: _________________________________________________________________</w:t>
      </w:r>
    </w:p>
    <w:p>
      <w:r>
        <w:rPr>
          <w:b w:val="0"/>
          <w:sz w:val="20"/>
        </w:rPr>
        <w:t>Relationship: __________________________________________________________</w:t>
      </w:r>
    </w:p>
    <w:p>
      <w:r>
        <w:rPr>
          <w:b w:val="0"/>
          <w:sz w:val="20"/>
        </w:rPr>
        <w:t>Phone Number: _________________________________________________________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https://form247-us.com/animal-surrender-form/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animal-surrender-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